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BAF86" w14:textId="77777777" w:rsidR="00CD71FC" w:rsidRPr="00D50259" w:rsidRDefault="006B5664">
      <w:pPr>
        <w:pStyle w:val="Titre1"/>
        <w:rPr>
          <w:lang w:val="fr-FR"/>
        </w:rPr>
      </w:pPr>
      <w:bookmarkStart w:id="0" w:name="OLE_LINK15"/>
      <w:bookmarkStart w:id="1" w:name="OLE_LINK6"/>
      <w:r w:rsidRPr="00D50259">
        <w:rPr>
          <w:lang w:val="fr-FR"/>
        </w:rPr>
        <w:t>Objectifs et périmètre</w:t>
      </w:r>
    </w:p>
    <w:p w14:paraId="5D4950E4" w14:textId="77777777" w:rsidR="00CD71FC" w:rsidRPr="00D50259" w:rsidRDefault="006B5664">
      <w:pPr>
        <w:rPr>
          <w:lang w:val="fr-FR"/>
        </w:rPr>
      </w:pPr>
      <w:r w:rsidRPr="00D50259">
        <w:rPr>
          <w:lang w:val="fr-FR"/>
        </w:rPr>
        <w:t>Ce document fournit un parcours complet pour configurer et valider un réseau sur commutateurs Cisco Business Séries 250 et 350 (CBS250/350). Il inclut des questions de compréhension par chapitre et des TPs pas-à-pas (CLI et WebUI), avec un corrigé en fin de document.</w:t>
      </w:r>
    </w:p>
    <w:p w14:paraId="60B110EB" w14:textId="77777777" w:rsidR="00CD71FC" w:rsidRPr="00D50259" w:rsidRDefault="006B5664">
      <w:pPr>
        <w:rPr>
          <w:lang w:val="fr-FR"/>
        </w:rPr>
      </w:pPr>
      <w:r w:rsidRPr="00D50259">
        <w:rPr>
          <w:lang w:val="fr-FR"/>
        </w:rPr>
        <w:t>Compatibilité : CBS250 et CBS350 – menus VLAN Management/Port to VLAN, fonctions SVI/L3 statique selon firmware.</w:t>
      </w:r>
    </w:p>
    <w:p w14:paraId="03E2FC43" w14:textId="77777777" w:rsidR="00CD71FC" w:rsidRPr="00D50259" w:rsidRDefault="006B5664">
      <w:pPr>
        <w:pStyle w:val="Titre1"/>
        <w:rPr>
          <w:lang w:val="fr-FR"/>
        </w:rPr>
      </w:pPr>
      <w:r w:rsidRPr="00D50259">
        <w:rPr>
          <w:lang w:val="fr-FR"/>
        </w:rPr>
        <w:t>Plan d’adressage de référence</w:t>
      </w:r>
    </w:p>
    <w:p w14:paraId="35F4579A" w14:textId="77777777" w:rsidR="00CD71FC" w:rsidRPr="00D50259" w:rsidRDefault="006B5664">
      <w:pPr>
        <w:rPr>
          <w:lang w:val="fr-FR"/>
        </w:rPr>
      </w:pPr>
      <w:r w:rsidRPr="00D50259">
        <w:rPr>
          <w:lang w:val="fr-FR"/>
        </w:rPr>
        <w:t>• VLAN 10 – Formateurs : 192.168.10.0/24 – Passerelle 192.168.10.1</w:t>
      </w:r>
    </w:p>
    <w:p w14:paraId="79D190CC" w14:textId="77777777" w:rsidR="00CD71FC" w:rsidRPr="00D50259" w:rsidRDefault="006B5664">
      <w:pPr>
        <w:rPr>
          <w:lang w:val="fr-FR"/>
        </w:rPr>
      </w:pPr>
      <w:r w:rsidRPr="00D50259">
        <w:rPr>
          <w:lang w:val="fr-FR"/>
        </w:rPr>
        <w:t>• VLAN 20 – Apprenants : 192.168.20.0/24 – Passerelle 192.168.20.1</w:t>
      </w:r>
    </w:p>
    <w:p w14:paraId="77ACEADA" w14:textId="77777777" w:rsidR="00CD71FC" w:rsidRPr="00D50259" w:rsidRDefault="006B5664">
      <w:pPr>
        <w:rPr>
          <w:lang w:val="fr-FR"/>
        </w:rPr>
      </w:pPr>
      <w:r w:rsidRPr="00D50259">
        <w:rPr>
          <w:lang w:val="fr-FR"/>
        </w:rPr>
        <w:t>• VLAN 30 – Transit L3 vers pare‑feu : 10.0.30.0/30 – Switch 10.0.30.2 ; Pare‑feu 10.0.30.1</w:t>
      </w:r>
    </w:p>
    <w:p w14:paraId="3FBA9A11" w14:textId="77777777" w:rsidR="00CD71FC" w:rsidRDefault="006B5664">
      <w:pPr>
        <w:rPr>
          <w:lang w:val="fr-FR"/>
        </w:rPr>
      </w:pPr>
      <w:r w:rsidRPr="00D50259">
        <w:rPr>
          <w:lang w:val="fr-FR"/>
        </w:rPr>
        <w:t>• VLAN 99 – Management : 192.168.99.0/24 – SVI 192.168.99.2 (IP d’admin)</w:t>
      </w:r>
    </w:p>
    <w:p w14:paraId="169099E1" w14:textId="77777777" w:rsidR="00554AB1" w:rsidRDefault="00554AB1">
      <w:pPr>
        <w:rPr>
          <w:lang w:val="fr-FR"/>
        </w:rPr>
      </w:pPr>
    </w:p>
    <w:p w14:paraId="390AA4A2" w14:textId="2CF30B45" w:rsidR="00554AB1" w:rsidRPr="00D50259" w:rsidRDefault="00554AB1" w:rsidP="00554AB1">
      <w:pPr>
        <w:ind w:left="-709" w:hanging="851"/>
        <w:jc w:val="center"/>
        <w:rPr>
          <w:lang w:val="fr-FR"/>
        </w:rPr>
      </w:pPr>
      <w:r>
        <w:rPr>
          <w:noProof/>
          <w:lang w:val="fr-FR"/>
        </w:rPr>
        <w:lastRenderedPageBreak/>
        <w:drawing>
          <wp:inline distT="0" distB="0" distL="0" distR="0" wp14:anchorId="150AFF01" wp14:editId="30CDD656">
            <wp:extent cx="6619875" cy="555104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70409" cy="5593416"/>
                    </a:xfrm>
                    <a:prstGeom prst="rect">
                      <a:avLst/>
                    </a:prstGeom>
                    <a:noFill/>
                    <a:ln>
                      <a:noFill/>
                    </a:ln>
                  </pic:spPr>
                </pic:pic>
              </a:graphicData>
            </a:graphic>
          </wp:inline>
        </w:drawing>
      </w:r>
    </w:p>
    <w:p w14:paraId="4363D64C" w14:textId="77777777" w:rsidR="00A54DB5" w:rsidRDefault="00A54DB5">
      <w:bookmarkStart w:id="2" w:name="OLE_LINK1"/>
      <w:bookmarkEnd w:id="1"/>
      <w:r>
        <w:br w:type="page"/>
      </w:r>
    </w:p>
    <w:p w14:paraId="27CE18F2" w14:textId="77777777" w:rsidR="00A54DB5" w:rsidRDefault="00A54DB5">
      <w:r w:rsidRPr="00A54DB5">
        <w:lastRenderedPageBreak/>
        <w:drawing>
          <wp:inline distT="0" distB="0" distL="0" distR="0" wp14:anchorId="32172E21" wp14:editId="527646C9">
            <wp:extent cx="5486400" cy="3745230"/>
            <wp:effectExtent l="0" t="0" r="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6400" cy="3745230"/>
                    </a:xfrm>
                    <a:prstGeom prst="rect">
                      <a:avLst/>
                    </a:prstGeom>
                  </pic:spPr>
                </pic:pic>
              </a:graphicData>
            </a:graphic>
          </wp:inline>
        </w:drawing>
      </w:r>
    </w:p>
    <w:p w14:paraId="11678DFB" w14:textId="1E86789E" w:rsidR="00554AB1" w:rsidRDefault="00554AB1">
      <w:r>
        <w:br w:type="page"/>
      </w:r>
    </w:p>
    <w:p w14:paraId="1A90A6C4" w14:textId="77777777" w:rsidR="00A54DB5" w:rsidRDefault="00A54DB5">
      <w:pPr>
        <w:rPr>
          <w:rFonts w:asciiTheme="majorHAnsi" w:eastAsiaTheme="majorEastAsia" w:hAnsiTheme="majorHAnsi" w:cstheme="majorBidi"/>
          <w:b/>
          <w:bCs/>
          <w:color w:val="365F91" w:themeColor="accent1" w:themeShade="BF"/>
          <w:sz w:val="28"/>
          <w:szCs w:val="28"/>
        </w:rPr>
      </w:pPr>
    </w:p>
    <w:p w14:paraId="74B5552A" w14:textId="0CA0D712" w:rsidR="00CD71FC" w:rsidRDefault="006B5664">
      <w:pPr>
        <w:pStyle w:val="Titre1"/>
      </w:pPr>
      <w:r>
        <w:t>Questions – Ethernet &amp; IPv4</w:t>
      </w:r>
    </w:p>
    <w:p w14:paraId="6B912809" w14:textId="758C084C" w:rsidR="00CD71FC" w:rsidRPr="005E0CCF" w:rsidRDefault="006B5664">
      <w:pPr>
        <w:pStyle w:val="Listenumros"/>
        <w:rPr>
          <w:b/>
          <w:bCs/>
          <w:lang w:val="fr-FR"/>
        </w:rPr>
      </w:pPr>
      <w:r w:rsidRPr="005E0CCF">
        <w:rPr>
          <w:b/>
          <w:bCs/>
          <w:lang w:val="fr-FR"/>
        </w:rPr>
        <w:t>Citez et expliquez les champs d’une trame Ethernet II (MAC dest/src, EtherType, Données, FCS/CRC).</w:t>
      </w:r>
    </w:p>
    <w:p w14:paraId="6245EA89" w14:textId="77777777" w:rsidR="00800108" w:rsidRDefault="00800108" w:rsidP="00800108">
      <w:pPr>
        <w:pStyle w:val="Listenumros"/>
        <w:numPr>
          <w:ilvl w:val="0"/>
          <w:numId w:val="0"/>
        </w:numPr>
        <w:ind w:left="360"/>
        <w:rPr>
          <w:lang w:val="fr-FR"/>
        </w:rPr>
      </w:pPr>
    </w:p>
    <w:p w14:paraId="0B15FC42" w14:textId="11FCD065" w:rsidR="00800108" w:rsidRPr="00800108" w:rsidRDefault="00800108" w:rsidP="00800108">
      <w:pPr>
        <w:pStyle w:val="Listenumros"/>
        <w:numPr>
          <w:ilvl w:val="0"/>
          <w:numId w:val="0"/>
        </w:numPr>
        <w:ind w:left="360"/>
        <w:rPr>
          <w:lang w:val="fr-FR"/>
        </w:rPr>
      </w:pPr>
      <w:r w:rsidRPr="00800108">
        <w:rPr>
          <w:b/>
          <w:bCs/>
          <w:lang w:val="fr-FR"/>
        </w:rPr>
        <w:t>MAC destination</w:t>
      </w:r>
      <w:r w:rsidRPr="00800108">
        <w:rPr>
          <w:lang w:val="fr-FR"/>
        </w:rPr>
        <w:t xml:space="preserve"> : adresse L2 du destinataire sur le LAN (unicast/multicast/broadcast). Sert au switch pour commuter vers le bon port.</w:t>
      </w:r>
    </w:p>
    <w:p w14:paraId="42EBC9B5" w14:textId="0DEA60A9" w:rsidR="00800108" w:rsidRPr="00800108" w:rsidRDefault="00800108" w:rsidP="00800108">
      <w:pPr>
        <w:pStyle w:val="Listenumros"/>
        <w:numPr>
          <w:ilvl w:val="0"/>
          <w:numId w:val="0"/>
        </w:numPr>
        <w:ind w:left="360"/>
        <w:rPr>
          <w:lang w:val="fr-FR"/>
        </w:rPr>
      </w:pPr>
      <w:r w:rsidRPr="00800108">
        <w:rPr>
          <w:b/>
          <w:bCs/>
          <w:lang w:val="fr-FR"/>
        </w:rPr>
        <w:t>MAC source</w:t>
      </w:r>
      <w:r w:rsidRPr="00800108">
        <w:rPr>
          <w:lang w:val="fr-FR"/>
        </w:rPr>
        <w:t xml:space="preserve"> : adresse L2 de l’émetteur. Sert à l’apprentissage CAM/MAC table du switch.</w:t>
      </w:r>
    </w:p>
    <w:p w14:paraId="7A33C0C5" w14:textId="28740D83" w:rsidR="00800108" w:rsidRPr="00800108" w:rsidRDefault="00800108" w:rsidP="00800108">
      <w:pPr>
        <w:pStyle w:val="Listenumros"/>
        <w:numPr>
          <w:ilvl w:val="0"/>
          <w:numId w:val="0"/>
        </w:numPr>
        <w:ind w:left="360"/>
        <w:rPr>
          <w:lang w:val="fr-FR"/>
        </w:rPr>
      </w:pPr>
      <w:r w:rsidRPr="00800108">
        <w:rPr>
          <w:b/>
          <w:bCs/>
          <w:lang w:val="fr-FR"/>
        </w:rPr>
        <w:t>EtherType</w:t>
      </w:r>
      <w:r w:rsidRPr="00800108">
        <w:rPr>
          <w:lang w:val="fr-FR"/>
        </w:rPr>
        <w:t xml:space="preserve"> : indique le protocole encapsulé en couche 3. 0x0800 (IPv4), 0x86DD (IPv6), 0x0806 (ARP).</w:t>
      </w:r>
    </w:p>
    <w:p w14:paraId="317FDF85" w14:textId="27D1A05F" w:rsidR="00800108" w:rsidRPr="00800108" w:rsidRDefault="00800108" w:rsidP="00800108">
      <w:pPr>
        <w:pStyle w:val="Listenumros"/>
        <w:numPr>
          <w:ilvl w:val="0"/>
          <w:numId w:val="0"/>
        </w:numPr>
        <w:ind w:left="360"/>
        <w:rPr>
          <w:lang w:val="fr-FR"/>
        </w:rPr>
      </w:pPr>
      <w:r w:rsidRPr="00773AA3">
        <w:rPr>
          <w:b/>
          <w:bCs/>
          <w:lang w:val="fr-FR"/>
        </w:rPr>
        <w:t>Données</w:t>
      </w:r>
      <w:r w:rsidR="00773AA3">
        <w:rPr>
          <w:lang w:val="fr-FR"/>
        </w:rPr>
        <w:t xml:space="preserve"> </w:t>
      </w:r>
      <w:r w:rsidRPr="00800108">
        <w:rPr>
          <w:lang w:val="fr-FR"/>
        </w:rPr>
        <w:t xml:space="preserve">: contient le paquet L3 </w:t>
      </w:r>
      <w:r>
        <w:rPr>
          <w:lang w:val="fr-FR"/>
        </w:rPr>
        <w:t>(</w:t>
      </w:r>
      <w:r w:rsidRPr="00800108">
        <w:rPr>
          <w:lang w:val="fr-FR"/>
        </w:rPr>
        <w:t>IP</w:t>
      </w:r>
      <w:r>
        <w:rPr>
          <w:lang w:val="fr-FR"/>
        </w:rPr>
        <w:t xml:space="preserve"> par ex.</w:t>
      </w:r>
      <w:r w:rsidRPr="00800108">
        <w:rPr>
          <w:lang w:val="fr-FR"/>
        </w:rPr>
        <w:t>)</w:t>
      </w:r>
      <w:r>
        <w:rPr>
          <w:lang w:val="fr-FR"/>
        </w:rPr>
        <w:t>.</w:t>
      </w:r>
      <w:r w:rsidRPr="00800108">
        <w:rPr>
          <w:lang w:val="fr-FR"/>
        </w:rPr>
        <w:t xml:space="preserve"> </w:t>
      </w:r>
    </w:p>
    <w:p w14:paraId="77C15E69" w14:textId="573A6C17" w:rsidR="005E0CCF" w:rsidRDefault="00800108" w:rsidP="00554AB1">
      <w:pPr>
        <w:pStyle w:val="Listenumros"/>
        <w:numPr>
          <w:ilvl w:val="0"/>
          <w:numId w:val="0"/>
        </w:numPr>
        <w:ind w:left="360"/>
        <w:rPr>
          <w:lang w:val="fr-FR"/>
        </w:rPr>
      </w:pPr>
      <w:r w:rsidRPr="00773AA3">
        <w:rPr>
          <w:rFonts w:hint="eastAsia"/>
          <w:b/>
          <w:bCs/>
          <w:lang w:val="fr-FR"/>
        </w:rPr>
        <w:t>FCS / CRC</w:t>
      </w:r>
      <w:r w:rsidRPr="00800108">
        <w:rPr>
          <w:rFonts w:hint="eastAsia"/>
          <w:lang w:val="fr-FR"/>
        </w:rPr>
        <w:t xml:space="preserve"> : contrôle d</w:t>
      </w:r>
      <w:r w:rsidR="00773AA3">
        <w:rPr>
          <w:lang w:val="fr-FR"/>
        </w:rPr>
        <w:t>’</w:t>
      </w:r>
      <w:r w:rsidRPr="00800108">
        <w:rPr>
          <w:rFonts w:hint="eastAsia"/>
          <w:lang w:val="fr-FR"/>
        </w:rPr>
        <w:t>erreu</w:t>
      </w:r>
      <w:r w:rsidR="00773AA3">
        <w:rPr>
          <w:lang w:val="fr-FR"/>
        </w:rPr>
        <w:t>r</w:t>
      </w:r>
      <w:r w:rsidRPr="00800108">
        <w:rPr>
          <w:rFonts w:hint="eastAsia"/>
          <w:lang w:val="fr-FR"/>
        </w:rPr>
        <w:t xml:space="preserve"> pour détecter une trame corrompue.</w:t>
      </w:r>
    </w:p>
    <w:p w14:paraId="0E69D1C3" w14:textId="77777777" w:rsidR="00554AB1" w:rsidRPr="00554AB1" w:rsidRDefault="00554AB1" w:rsidP="00554AB1">
      <w:pPr>
        <w:pStyle w:val="Listenumros"/>
        <w:numPr>
          <w:ilvl w:val="0"/>
          <w:numId w:val="0"/>
        </w:numPr>
        <w:ind w:left="360"/>
        <w:rPr>
          <w:lang w:val="fr-FR"/>
        </w:rPr>
      </w:pPr>
    </w:p>
    <w:p w14:paraId="3AB9E42B" w14:textId="30A9A8E6" w:rsidR="00CD71FC" w:rsidRPr="005E0CCF" w:rsidRDefault="006B5664">
      <w:pPr>
        <w:pStyle w:val="Listenumros"/>
        <w:rPr>
          <w:b/>
          <w:bCs/>
          <w:lang w:val="fr-FR"/>
        </w:rPr>
      </w:pPr>
      <w:r w:rsidRPr="005E0CCF">
        <w:rPr>
          <w:b/>
          <w:bCs/>
          <w:lang w:val="fr-FR"/>
        </w:rPr>
        <w:t>Que permet le tag 802.1Q (TPID/TCI) et quand l’observe‑t‑on ?</w:t>
      </w:r>
    </w:p>
    <w:p w14:paraId="13EFA988" w14:textId="77777777" w:rsidR="008C2206" w:rsidRDefault="008C2206" w:rsidP="008C2206">
      <w:pPr>
        <w:pStyle w:val="Listenumros"/>
        <w:numPr>
          <w:ilvl w:val="0"/>
          <w:numId w:val="0"/>
        </w:numPr>
        <w:ind w:left="360" w:hanging="360"/>
        <w:rPr>
          <w:lang w:val="fr-FR"/>
        </w:rPr>
      </w:pPr>
    </w:p>
    <w:p w14:paraId="3EEC3438" w14:textId="5AEFD4DF" w:rsidR="005E0CCF" w:rsidRPr="005E0CCF" w:rsidRDefault="008C2206" w:rsidP="005E0CCF">
      <w:pPr>
        <w:pStyle w:val="Listenumros"/>
        <w:numPr>
          <w:ilvl w:val="0"/>
          <w:numId w:val="0"/>
        </w:numPr>
        <w:ind w:left="360"/>
        <w:rPr>
          <w:lang w:val="fr-FR"/>
        </w:rPr>
      </w:pPr>
      <w:r w:rsidRPr="008C2206">
        <w:rPr>
          <w:lang w:val="fr-FR"/>
        </w:rPr>
        <w:t xml:space="preserve">802.1Q ajoute </w:t>
      </w:r>
      <w:r w:rsidRPr="0033284F">
        <w:rPr>
          <w:b/>
          <w:bCs/>
          <w:lang w:val="fr-FR"/>
        </w:rPr>
        <w:t>un tag VLAN</w:t>
      </w:r>
      <w:r w:rsidRPr="008C2206">
        <w:rPr>
          <w:lang w:val="fr-FR"/>
        </w:rPr>
        <w:t xml:space="preserve"> dans la trame Ethernet</w:t>
      </w:r>
      <w:r w:rsidR="005E0CCF">
        <w:rPr>
          <w:lang w:val="fr-FR"/>
        </w:rPr>
        <w:t>.</w:t>
      </w:r>
      <w:r w:rsidR="005E0CCF">
        <w:rPr>
          <w:lang w:val="fr-FR"/>
        </w:rPr>
        <w:br/>
      </w:r>
      <w:r w:rsidR="005E0CCF" w:rsidRPr="0033284F">
        <w:rPr>
          <w:rFonts w:hint="eastAsia"/>
          <w:b/>
          <w:bCs/>
          <w:lang w:val="fr-FR"/>
        </w:rPr>
        <w:t>TPID</w:t>
      </w:r>
      <w:r w:rsidR="005E0CCF" w:rsidRPr="005E0CCF">
        <w:rPr>
          <w:rFonts w:hint="eastAsia"/>
          <w:lang w:val="fr-FR"/>
        </w:rPr>
        <w:t xml:space="preserve"> </w:t>
      </w:r>
      <w:r w:rsidR="005E0CCF" w:rsidRPr="005E0CCF">
        <w:rPr>
          <w:rFonts w:hint="eastAsia"/>
          <w:lang w:val="fr-FR"/>
        </w:rPr>
        <w:t>→</w:t>
      </w:r>
      <w:r w:rsidR="005E0CCF" w:rsidRPr="005E0CCF">
        <w:rPr>
          <w:rFonts w:hint="eastAsia"/>
          <w:lang w:val="fr-FR"/>
        </w:rPr>
        <w:t xml:space="preserve"> Tag Protocol Identifier, 16 bits</w:t>
      </w:r>
    </w:p>
    <w:p w14:paraId="25AA13CC" w14:textId="77777777" w:rsidR="005E0CCF" w:rsidRDefault="005E0CCF" w:rsidP="005E0CCF">
      <w:pPr>
        <w:pStyle w:val="Listenumros"/>
        <w:numPr>
          <w:ilvl w:val="0"/>
          <w:numId w:val="0"/>
        </w:numPr>
        <w:ind w:left="360"/>
        <w:rPr>
          <w:lang w:val="fr-FR"/>
        </w:rPr>
      </w:pPr>
      <w:r w:rsidRPr="0033284F">
        <w:rPr>
          <w:rFonts w:hint="eastAsia"/>
          <w:b/>
          <w:bCs/>
          <w:lang w:val="fr-FR"/>
        </w:rPr>
        <w:t xml:space="preserve">TCI </w:t>
      </w:r>
      <w:r w:rsidRPr="005E0CCF">
        <w:rPr>
          <w:rFonts w:hint="eastAsia"/>
          <w:lang w:val="fr-FR"/>
        </w:rPr>
        <w:t>→</w:t>
      </w:r>
      <w:r w:rsidRPr="005E0CCF">
        <w:rPr>
          <w:rFonts w:hint="eastAsia"/>
          <w:lang w:val="fr-FR"/>
        </w:rPr>
        <w:t xml:space="preserve"> Tag Control Information, 16 bits</w:t>
      </w:r>
      <w:r>
        <w:rPr>
          <w:lang w:val="fr-FR"/>
        </w:rPr>
        <w:t xml:space="preserve"> : </w:t>
      </w:r>
    </w:p>
    <w:p w14:paraId="457D983D" w14:textId="77777777" w:rsidR="005E0CCF" w:rsidRDefault="005E0CCF" w:rsidP="005E0CCF">
      <w:pPr>
        <w:pStyle w:val="Listenumros"/>
        <w:numPr>
          <w:ilvl w:val="0"/>
          <w:numId w:val="12"/>
        </w:numPr>
        <w:rPr>
          <w:lang w:val="fr-FR"/>
        </w:rPr>
      </w:pPr>
      <w:r w:rsidRPr="0033284F">
        <w:rPr>
          <w:b/>
          <w:bCs/>
          <w:lang w:val="fr-FR"/>
        </w:rPr>
        <w:t>PCP</w:t>
      </w:r>
      <w:r w:rsidRPr="005E0CCF">
        <w:rPr>
          <w:lang w:val="fr-FR"/>
        </w:rPr>
        <w:t xml:space="preserve"> (3 bits) : priorité (QoS)</w:t>
      </w:r>
    </w:p>
    <w:p w14:paraId="0BAD2887" w14:textId="77777777" w:rsidR="005E0CCF" w:rsidRDefault="005E0CCF" w:rsidP="005E0CCF">
      <w:pPr>
        <w:pStyle w:val="Listenumros"/>
        <w:numPr>
          <w:ilvl w:val="0"/>
          <w:numId w:val="12"/>
        </w:numPr>
        <w:rPr>
          <w:lang w:val="fr-FR"/>
        </w:rPr>
      </w:pPr>
      <w:r w:rsidRPr="0033284F">
        <w:rPr>
          <w:b/>
          <w:bCs/>
          <w:lang w:val="fr-FR"/>
        </w:rPr>
        <w:t>DEI</w:t>
      </w:r>
      <w:r w:rsidRPr="005E0CCF">
        <w:rPr>
          <w:lang w:val="fr-FR"/>
        </w:rPr>
        <w:t xml:space="preserve"> (1 bit) : marquage congestion</w:t>
      </w:r>
    </w:p>
    <w:p w14:paraId="13D6C0A8" w14:textId="77777777" w:rsidR="005E0CCF" w:rsidRDefault="005E0CCF" w:rsidP="005E0CCF">
      <w:pPr>
        <w:pStyle w:val="Listenumros"/>
        <w:numPr>
          <w:ilvl w:val="0"/>
          <w:numId w:val="12"/>
        </w:numPr>
        <w:rPr>
          <w:lang w:val="fr-FR"/>
        </w:rPr>
      </w:pPr>
      <w:r w:rsidRPr="0033284F">
        <w:rPr>
          <w:b/>
          <w:bCs/>
          <w:lang w:val="fr-FR"/>
        </w:rPr>
        <w:t>VID</w:t>
      </w:r>
      <w:r w:rsidRPr="005E0CCF">
        <w:rPr>
          <w:lang w:val="fr-FR"/>
        </w:rPr>
        <w:t xml:space="preserve"> (12 bits) : VLAN ID (1–4094)</w:t>
      </w:r>
    </w:p>
    <w:p w14:paraId="350D0A79" w14:textId="15A297AA" w:rsidR="008C2206" w:rsidRDefault="005E0CCF" w:rsidP="005E0CCF">
      <w:pPr>
        <w:pStyle w:val="Listenumros"/>
        <w:numPr>
          <w:ilvl w:val="0"/>
          <w:numId w:val="0"/>
        </w:numPr>
        <w:ind w:left="360"/>
        <w:rPr>
          <w:lang w:val="fr-FR"/>
        </w:rPr>
      </w:pPr>
      <w:r>
        <w:rPr>
          <w:lang w:val="fr-FR"/>
        </w:rPr>
        <w:t>On observe le tag 802.1Q s</w:t>
      </w:r>
      <w:r w:rsidRPr="005E0CCF">
        <w:rPr>
          <w:lang w:val="fr-FR"/>
        </w:rPr>
        <w:t xml:space="preserve">ur </w:t>
      </w:r>
      <w:r w:rsidRPr="0033284F">
        <w:rPr>
          <w:b/>
          <w:bCs/>
          <w:lang w:val="fr-FR"/>
        </w:rPr>
        <w:t>un lien trunk qui transporte plusieurs VLAN</w:t>
      </w:r>
      <w:r w:rsidRPr="005E0CCF">
        <w:rPr>
          <w:lang w:val="fr-FR"/>
        </w:rPr>
        <w:t>.</w:t>
      </w:r>
    </w:p>
    <w:p w14:paraId="0DDC3C1D" w14:textId="77777777" w:rsidR="008C2206" w:rsidRPr="00D50259" w:rsidRDefault="008C2206" w:rsidP="008C2206">
      <w:pPr>
        <w:pStyle w:val="Listenumros"/>
        <w:numPr>
          <w:ilvl w:val="0"/>
          <w:numId w:val="0"/>
        </w:numPr>
        <w:ind w:left="360" w:hanging="360"/>
        <w:rPr>
          <w:lang w:val="fr-FR"/>
        </w:rPr>
      </w:pPr>
    </w:p>
    <w:p w14:paraId="08732C0D" w14:textId="1D3B56FD" w:rsidR="00CD71FC" w:rsidRPr="005E0CCF" w:rsidRDefault="006B5664">
      <w:pPr>
        <w:pStyle w:val="Listenumros"/>
        <w:rPr>
          <w:b/>
          <w:bCs/>
          <w:lang w:val="fr-FR"/>
        </w:rPr>
      </w:pPr>
      <w:r w:rsidRPr="005E0CCF">
        <w:rPr>
          <w:b/>
          <w:bCs/>
          <w:lang w:val="fr-FR"/>
        </w:rPr>
        <w:t>Différenciez domaine de collision et domaine de broadcast ; donnez un exemple d’équipement pour chacun.</w:t>
      </w:r>
    </w:p>
    <w:p w14:paraId="558B8C04" w14:textId="77777777" w:rsidR="005E0CCF" w:rsidRDefault="005E0CCF" w:rsidP="005E0CCF">
      <w:pPr>
        <w:pStyle w:val="Listenumros"/>
        <w:numPr>
          <w:ilvl w:val="0"/>
          <w:numId w:val="0"/>
        </w:numPr>
        <w:ind w:left="360" w:hanging="360"/>
        <w:rPr>
          <w:lang w:val="fr-FR"/>
        </w:rPr>
      </w:pPr>
    </w:p>
    <w:p w14:paraId="595D6261" w14:textId="77777777" w:rsidR="00FB3D70" w:rsidRDefault="00FB3D70" w:rsidP="00FB3D70">
      <w:pPr>
        <w:pStyle w:val="Listenumros"/>
        <w:numPr>
          <w:ilvl w:val="0"/>
          <w:numId w:val="0"/>
        </w:numPr>
        <w:ind w:left="360"/>
        <w:rPr>
          <w:lang w:val="fr-FR"/>
        </w:rPr>
      </w:pPr>
      <w:r w:rsidRPr="00FB3D70">
        <w:rPr>
          <w:lang w:val="fr-FR"/>
        </w:rPr>
        <w:t>Le</w:t>
      </w:r>
      <w:r w:rsidRPr="0033284F">
        <w:rPr>
          <w:b/>
          <w:bCs/>
          <w:lang w:val="fr-FR"/>
        </w:rPr>
        <w:t xml:space="preserve"> domaine de collision</w:t>
      </w:r>
      <w:r w:rsidRPr="00FB3D70">
        <w:rPr>
          <w:lang w:val="fr-FR"/>
        </w:rPr>
        <w:t xml:space="preserve"> est la zone où des trames peuvent entrer en collision</w:t>
      </w:r>
      <w:r>
        <w:rPr>
          <w:lang w:val="fr-FR"/>
        </w:rPr>
        <w:t xml:space="preserve">. </w:t>
      </w:r>
    </w:p>
    <w:p w14:paraId="41015BAD" w14:textId="23F142D2" w:rsidR="00FB3D70" w:rsidRDefault="00FB3D70" w:rsidP="00FB3D70">
      <w:pPr>
        <w:pStyle w:val="Listenumros"/>
        <w:numPr>
          <w:ilvl w:val="0"/>
          <w:numId w:val="0"/>
        </w:numPr>
        <w:ind w:left="360"/>
        <w:rPr>
          <w:lang w:val="fr-FR"/>
        </w:rPr>
      </w:pPr>
      <w:r>
        <w:rPr>
          <w:lang w:val="fr-FR"/>
        </w:rPr>
        <w:t>→ Équipement typique : un hub.</w:t>
      </w:r>
    </w:p>
    <w:p w14:paraId="2678D730" w14:textId="77777777" w:rsidR="00FB3D70" w:rsidRDefault="00FB3D70" w:rsidP="00FB3D70">
      <w:pPr>
        <w:pStyle w:val="Listenumros"/>
        <w:numPr>
          <w:ilvl w:val="0"/>
          <w:numId w:val="0"/>
        </w:numPr>
        <w:ind w:left="360"/>
        <w:rPr>
          <w:lang w:val="fr-FR"/>
        </w:rPr>
      </w:pPr>
    </w:p>
    <w:p w14:paraId="125E88E8" w14:textId="056D9E45" w:rsidR="005E0CCF" w:rsidRDefault="00FB3D70" w:rsidP="00FB3D70">
      <w:pPr>
        <w:pStyle w:val="Listenumros"/>
        <w:numPr>
          <w:ilvl w:val="0"/>
          <w:numId w:val="0"/>
        </w:numPr>
        <w:ind w:left="360"/>
        <w:rPr>
          <w:lang w:val="fr-FR"/>
        </w:rPr>
      </w:pPr>
      <w:r>
        <w:rPr>
          <w:lang w:val="fr-FR"/>
        </w:rPr>
        <w:t>L</w:t>
      </w:r>
      <w:r w:rsidRPr="00FB3D70">
        <w:rPr>
          <w:lang w:val="fr-FR"/>
        </w:rPr>
        <w:t xml:space="preserve">e </w:t>
      </w:r>
      <w:r w:rsidRPr="0033284F">
        <w:rPr>
          <w:b/>
          <w:bCs/>
          <w:lang w:val="fr-FR"/>
        </w:rPr>
        <w:t>domaine de broadcast</w:t>
      </w:r>
      <w:r w:rsidRPr="00FB3D70">
        <w:rPr>
          <w:lang w:val="fr-FR"/>
        </w:rPr>
        <w:t xml:space="preserve"> est la zone où un broadcast L2 est diffusé.</w:t>
      </w:r>
    </w:p>
    <w:p w14:paraId="347C751E" w14:textId="13C2C5C3" w:rsidR="005E0CCF" w:rsidRDefault="00FB3D70" w:rsidP="005E0CCF">
      <w:pPr>
        <w:pStyle w:val="Listenumros"/>
        <w:numPr>
          <w:ilvl w:val="0"/>
          <w:numId w:val="0"/>
        </w:numPr>
        <w:ind w:left="360" w:hanging="360"/>
        <w:rPr>
          <w:lang w:val="fr-FR"/>
        </w:rPr>
      </w:pPr>
      <w:r>
        <w:rPr>
          <w:lang w:val="fr-FR"/>
        </w:rPr>
        <w:tab/>
        <w:t>→ Équipement typique : un switch.</w:t>
      </w:r>
    </w:p>
    <w:p w14:paraId="7B54EE21" w14:textId="77777777" w:rsidR="00FB3D70" w:rsidRPr="00D50259" w:rsidRDefault="00FB3D70" w:rsidP="005E0CCF">
      <w:pPr>
        <w:pStyle w:val="Listenumros"/>
        <w:numPr>
          <w:ilvl w:val="0"/>
          <w:numId w:val="0"/>
        </w:numPr>
        <w:ind w:left="360" w:hanging="360"/>
        <w:rPr>
          <w:lang w:val="fr-FR"/>
        </w:rPr>
      </w:pPr>
    </w:p>
    <w:p w14:paraId="456DADD0" w14:textId="5B47F28B" w:rsidR="00CD71FC" w:rsidRPr="005E0CCF" w:rsidRDefault="006B5664">
      <w:pPr>
        <w:pStyle w:val="Listenumros"/>
        <w:rPr>
          <w:b/>
          <w:bCs/>
          <w:lang w:val="fr-FR"/>
        </w:rPr>
      </w:pPr>
      <w:r w:rsidRPr="005E0CCF">
        <w:rPr>
          <w:b/>
          <w:bCs/>
          <w:lang w:val="fr-FR"/>
        </w:rPr>
        <w:t>Dans IPv4, expliquez TTL, protocole et checksum ; pourquoi le TTL décrémente à chaque saut ?</w:t>
      </w:r>
    </w:p>
    <w:p w14:paraId="6443547D" w14:textId="77777777" w:rsidR="005E0CCF" w:rsidRDefault="005E0CCF" w:rsidP="005E0CCF">
      <w:pPr>
        <w:pStyle w:val="Listenumros"/>
        <w:numPr>
          <w:ilvl w:val="0"/>
          <w:numId w:val="0"/>
        </w:numPr>
        <w:ind w:left="360" w:hanging="360"/>
        <w:rPr>
          <w:lang w:val="fr-FR"/>
        </w:rPr>
      </w:pPr>
    </w:p>
    <w:p w14:paraId="42B359B6" w14:textId="140C0CC4" w:rsidR="005E0CCF" w:rsidRDefault="00FB3D70" w:rsidP="00FB3D70">
      <w:pPr>
        <w:pStyle w:val="Listenumros"/>
        <w:numPr>
          <w:ilvl w:val="0"/>
          <w:numId w:val="0"/>
        </w:numPr>
        <w:ind w:left="720" w:hanging="360"/>
        <w:rPr>
          <w:lang w:val="fr-FR"/>
        </w:rPr>
      </w:pPr>
      <w:r w:rsidRPr="0033284F">
        <w:rPr>
          <w:b/>
          <w:bCs/>
          <w:lang w:val="fr-FR"/>
        </w:rPr>
        <w:t xml:space="preserve">TTL </w:t>
      </w:r>
      <w:r w:rsidR="0033284F" w:rsidRPr="0033284F">
        <w:rPr>
          <w:b/>
          <w:bCs/>
          <w:lang w:val="fr-FR"/>
        </w:rPr>
        <w:t>/</w:t>
      </w:r>
      <w:r w:rsidRPr="0033284F">
        <w:rPr>
          <w:b/>
          <w:bCs/>
          <w:lang w:val="fr-FR"/>
        </w:rPr>
        <w:t xml:space="preserve"> Time To Live</w:t>
      </w:r>
      <w:r>
        <w:rPr>
          <w:lang w:val="fr-FR"/>
        </w:rPr>
        <w:t xml:space="preserve"> → Composé de 8 bits. </w:t>
      </w:r>
    </w:p>
    <w:p w14:paraId="5BED9A54" w14:textId="5D9C36AB" w:rsidR="00022B7F" w:rsidRDefault="00FB3D70" w:rsidP="00022B7F">
      <w:pPr>
        <w:pStyle w:val="Listenumros"/>
        <w:numPr>
          <w:ilvl w:val="0"/>
          <w:numId w:val="0"/>
        </w:numPr>
        <w:ind w:left="360"/>
        <w:rPr>
          <w:lang w:val="fr-FR"/>
        </w:rPr>
      </w:pPr>
      <w:r>
        <w:rPr>
          <w:lang w:val="fr-FR"/>
        </w:rPr>
        <w:lastRenderedPageBreak/>
        <w:t>C’est un compteur anti-boucle et chaque routeur le décrémente de 1</w:t>
      </w:r>
      <w:r w:rsidR="00022B7F">
        <w:rPr>
          <w:lang w:val="fr-FR"/>
        </w:rPr>
        <w:t xml:space="preserve"> pour éviter qu’un paquet tourne indéfiniement en cas de boucle de routage car si le TTL arrive à 0 alors le paquet est détruit. → ça limite l’impact de la boucle et force l’expiration du paquet.</w:t>
      </w:r>
    </w:p>
    <w:p w14:paraId="6D1772CB" w14:textId="77777777" w:rsidR="00022B7F" w:rsidRDefault="00022B7F" w:rsidP="00022B7F">
      <w:pPr>
        <w:pStyle w:val="Listenumros"/>
        <w:numPr>
          <w:ilvl w:val="0"/>
          <w:numId w:val="0"/>
        </w:numPr>
        <w:ind w:left="360"/>
        <w:rPr>
          <w:lang w:val="fr-FR"/>
        </w:rPr>
      </w:pPr>
    </w:p>
    <w:p w14:paraId="6FD9117B" w14:textId="7560D202" w:rsidR="00022B7F" w:rsidRDefault="00022B7F" w:rsidP="00022B7F">
      <w:pPr>
        <w:pStyle w:val="Listenumros"/>
        <w:numPr>
          <w:ilvl w:val="0"/>
          <w:numId w:val="0"/>
        </w:numPr>
        <w:ind w:left="360"/>
        <w:rPr>
          <w:lang w:val="fr-FR"/>
        </w:rPr>
      </w:pPr>
      <w:r w:rsidRPr="0033284F">
        <w:rPr>
          <w:b/>
          <w:bCs/>
          <w:lang w:val="fr-FR"/>
        </w:rPr>
        <w:t>Protocole</w:t>
      </w:r>
      <w:r w:rsidRPr="00022B7F">
        <w:rPr>
          <w:lang w:val="fr-FR"/>
        </w:rPr>
        <w:t xml:space="preserve"> </w:t>
      </w:r>
      <w:r>
        <w:rPr>
          <w:lang w:val="fr-FR"/>
        </w:rPr>
        <w:t xml:space="preserve">→ </w:t>
      </w:r>
      <w:r w:rsidRPr="00022B7F">
        <w:rPr>
          <w:lang w:val="fr-FR"/>
        </w:rPr>
        <w:t xml:space="preserve">8 bits : </w:t>
      </w:r>
      <w:r>
        <w:rPr>
          <w:lang w:val="fr-FR"/>
        </w:rPr>
        <w:t xml:space="preserve">Il </w:t>
      </w:r>
      <w:r w:rsidRPr="00022B7F">
        <w:rPr>
          <w:lang w:val="fr-FR"/>
        </w:rPr>
        <w:t>identifie la couche 4 transport/encapsulée.</w:t>
      </w:r>
    </w:p>
    <w:p w14:paraId="3A1F9D00" w14:textId="77777777" w:rsidR="00022B7F" w:rsidRDefault="00022B7F" w:rsidP="00022B7F">
      <w:pPr>
        <w:pStyle w:val="Listenumros"/>
        <w:numPr>
          <w:ilvl w:val="0"/>
          <w:numId w:val="0"/>
        </w:numPr>
        <w:ind w:left="360"/>
        <w:rPr>
          <w:lang w:val="fr-FR"/>
        </w:rPr>
      </w:pPr>
    </w:p>
    <w:p w14:paraId="470EACB4" w14:textId="1DFA4151" w:rsidR="00022B7F" w:rsidRPr="00022B7F" w:rsidRDefault="00022B7F" w:rsidP="00022B7F">
      <w:pPr>
        <w:pStyle w:val="Listenumros"/>
        <w:numPr>
          <w:ilvl w:val="0"/>
          <w:numId w:val="0"/>
        </w:numPr>
        <w:ind w:left="360"/>
        <w:rPr>
          <w:lang w:val="fr-FR"/>
        </w:rPr>
      </w:pPr>
      <w:r w:rsidRPr="0033284F">
        <w:rPr>
          <w:b/>
          <w:bCs/>
          <w:lang w:val="fr-FR"/>
        </w:rPr>
        <w:t>Checksum</w:t>
      </w:r>
      <w:r w:rsidRPr="00022B7F">
        <w:rPr>
          <w:lang w:val="fr-FR"/>
        </w:rPr>
        <w:t xml:space="preserve"> </w:t>
      </w:r>
      <w:r>
        <w:rPr>
          <w:lang w:val="fr-FR"/>
        </w:rPr>
        <w:t xml:space="preserve">→ </w:t>
      </w:r>
      <w:r w:rsidRPr="00022B7F">
        <w:rPr>
          <w:lang w:val="fr-FR"/>
        </w:rPr>
        <w:t xml:space="preserve">16 bits : </w:t>
      </w:r>
      <w:r>
        <w:rPr>
          <w:lang w:val="fr-FR"/>
        </w:rPr>
        <w:t>C</w:t>
      </w:r>
      <w:r w:rsidRPr="00022B7F">
        <w:rPr>
          <w:lang w:val="fr-FR"/>
        </w:rPr>
        <w:t>hecksum</w:t>
      </w:r>
      <w:r>
        <w:rPr>
          <w:lang w:val="fr-FR"/>
        </w:rPr>
        <w:t xml:space="preserve"> (somme de contrôle)</w:t>
      </w:r>
      <w:r w:rsidRPr="00022B7F">
        <w:rPr>
          <w:lang w:val="fr-FR"/>
        </w:rPr>
        <w:t xml:space="preserve"> de l’en-tête IPv4 (pas des</w:t>
      </w:r>
      <w:r>
        <w:rPr>
          <w:lang w:val="fr-FR"/>
        </w:rPr>
        <w:t xml:space="preserve"> </w:t>
      </w:r>
      <w:r w:rsidRPr="00022B7F">
        <w:rPr>
          <w:lang w:val="fr-FR"/>
        </w:rPr>
        <w:t>données).</w:t>
      </w:r>
    </w:p>
    <w:p w14:paraId="71875DC5" w14:textId="1B249748" w:rsidR="00022B7F" w:rsidRDefault="00022B7F" w:rsidP="00022B7F">
      <w:pPr>
        <w:pStyle w:val="Listenumros"/>
        <w:numPr>
          <w:ilvl w:val="0"/>
          <w:numId w:val="0"/>
        </w:numPr>
        <w:ind w:left="360"/>
        <w:rPr>
          <w:lang w:val="fr-FR"/>
        </w:rPr>
      </w:pPr>
      <w:r>
        <w:rPr>
          <w:lang w:val="fr-FR"/>
        </w:rPr>
        <w:t>Le checksum</w:t>
      </w:r>
      <w:r w:rsidRPr="00022B7F">
        <w:rPr>
          <w:rFonts w:hint="eastAsia"/>
          <w:lang w:val="fr-FR"/>
        </w:rPr>
        <w:t xml:space="preserve"> doit être recalculé à chaque routeur car le TTL change </w:t>
      </w:r>
      <w:r>
        <w:rPr>
          <w:lang w:val="fr-FR"/>
        </w:rPr>
        <w:t>donc</w:t>
      </w:r>
      <w:r w:rsidRPr="00022B7F">
        <w:rPr>
          <w:rFonts w:hint="eastAsia"/>
          <w:lang w:val="fr-FR"/>
        </w:rPr>
        <w:t xml:space="preserve"> l</w:t>
      </w:r>
      <w:r>
        <w:rPr>
          <w:lang w:val="fr-FR"/>
        </w:rPr>
        <w:t>’</w:t>
      </w:r>
      <w:r w:rsidRPr="00022B7F">
        <w:rPr>
          <w:rFonts w:hint="eastAsia"/>
          <w:lang w:val="fr-FR"/>
        </w:rPr>
        <w:t xml:space="preserve">en-tête change </w:t>
      </w:r>
      <w:r>
        <w:rPr>
          <w:lang w:val="fr-FR"/>
        </w:rPr>
        <w:t>donc</w:t>
      </w:r>
      <w:r w:rsidRPr="00022B7F">
        <w:rPr>
          <w:rFonts w:hint="eastAsia"/>
          <w:lang w:val="fr-FR"/>
        </w:rPr>
        <w:t xml:space="preserve"> checksum change.</w:t>
      </w:r>
    </w:p>
    <w:p w14:paraId="1B6072A1" w14:textId="77777777" w:rsidR="005E0CCF" w:rsidRPr="00D50259" w:rsidRDefault="005E0CCF" w:rsidP="005E0CCF">
      <w:pPr>
        <w:pStyle w:val="Listenumros"/>
        <w:numPr>
          <w:ilvl w:val="0"/>
          <w:numId w:val="0"/>
        </w:numPr>
        <w:ind w:left="360" w:hanging="360"/>
        <w:rPr>
          <w:lang w:val="fr-FR"/>
        </w:rPr>
      </w:pPr>
    </w:p>
    <w:p w14:paraId="2F60830F" w14:textId="49D972C2" w:rsidR="005E0CCF" w:rsidRDefault="006B5664" w:rsidP="0033284F">
      <w:pPr>
        <w:pStyle w:val="Listenumros"/>
        <w:rPr>
          <w:b/>
          <w:bCs/>
          <w:lang w:val="fr-FR"/>
        </w:rPr>
      </w:pPr>
      <w:r w:rsidRPr="005E0CCF">
        <w:rPr>
          <w:b/>
          <w:bCs/>
          <w:lang w:val="fr-FR"/>
        </w:rPr>
        <w:t>Avec 192.168.0.0/29 : calculez masque, nombre d’hôtes utilisables, première et dernière IP.</w:t>
      </w:r>
    </w:p>
    <w:p w14:paraId="463D27B8" w14:textId="77777777" w:rsidR="0033284F" w:rsidRDefault="0033284F" w:rsidP="0033284F">
      <w:pPr>
        <w:pStyle w:val="Listenumros"/>
        <w:numPr>
          <w:ilvl w:val="0"/>
          <w:numId w:val="0"/>
        </w:numPr>
        <w:ind w:left="360" w:hanging="360"/>
        <w:rPr>
          <w:b/>
          <w:bCs/>
          <w:lang w:val="fr-FR"/>
        </w:rPr>
      </w:pPr>
    </w:p>
    <w:p w14:paraId="5B00C506" w14:textId="302B4F76" w:rsidR="0033284F" w:rsidRDefault="0033284F" w:rsidP="0033284F">
      <w:pPr>
        <w:pStyle w:val="Listenumros"/>
        <w:numPr>
          <w:ilvl w:val="0"/>
          <w:numId w:val="0"/>
        </w:numPr>
        <w:ind w:left="360"/>
        <w:rPr>
          <w:lang w:val="fr-FR"/>
        </w:rPr>
      </w:pPr>
      <w:r w:rsidRPr="0033284F">
        <w:rPr>
          <w:b/>
          <w:bCs/>
          <w:lang w:val="fr-FR"/>
        </w:rPr>
        <w:t>Masque</w:t>
      </w:r>
      <w:r w:rsidRPr="0033284F">
        <w:rPr>
          <w:lang w:val="fr-FR"/>
        </w:rPr>
        <w:t xml:space="preserve"> : 11111111.11111111.11111111.11111000 → </w:t>
      </w:r>
      <w:r w:rsidRPr="0033284F">
        <w:rPr>
          <w:b/>
          <w:bCs/>
          <w:lang w:val="fr-FR"/>
        </w:rPr>
        <w:t>255.255.255.248</w:t>
      </w:r>
    </w:p>
    <w:p w14:paraId="195370E2" w14:textId="697D8326" w:rsidR="0033284F" w:rsidRPr="0033284F" w:rsidRDefault="0033284F" w:rsidP="0033284F">
      <w:pPr>
        <w:pStyle w:val="Listenumros"/>
        <w:numPr>
          <w:ilvl w:val="0"/>
          <w:numId w:val="0"/>
        </w:numPr>
        <w:ind w:left="360"/>
        <w:rPr>
          <w:lang w:val="fr-FR"/>
        </w:rPr>
      </w:pPr>
      <w:r>
        <w:rPr>
          <w:lang w:val="fr-FR"/>
        </w:rPr>
        <w:t xml:space="preserve">Nb adresses = 2^3 = 8 donc nombre hôte utilisable = 8 - adresse réseau - adresse broadcast = </w:t>
      </w:r>
      <w:r w:rsidRPr="0033284F">
        <w:rPr>
          <w:b/>
          <w:bCs/>
          <w:lang w:val="fr-FR"/>
        </w:rPr>
        <w:t>6 hôtes utilisables</w:t>
      </w:r>
      <w:r>
        <w:rPr>
          <w:lang w:val="fr-FR"/>
        </w:rPr>
        <w:t xml:space="preserve"> </w:t>
      </w:r>
    </w:p>
    <w:p w14:paraId="357C31B3" w14:textId="73970C8D" w:rsidR="0033284F" w:rsidRPr="0033284F" w:rsidRDefault="0033284F" w:rsidP="0033284F">
      <w:pPr>
        <w:pStyle w:val="Listenumros"/>
        <w:numPr>
          <w:ilvl w:val="0"/>
          <w:numId w:val="0"/>
        </w:numPr>
        <w:ind w:left="360" w:hanging="360"/>
        <w:rPr>
          <w:b/>
          <w:bCs/>
          <w:lang w:val="fr-FR"/>
        </w:rPr>
      </w:pPr>
      <w:r>
        <w:rPr>
          <w:b/>
          <w:bCs/>
          <w:lang w:val="fr-FR"/>
        </w:rPr>
        <w:tab/>
        <w:t xml:space="preserve">Première IP = </w:t>
      </w:r>
      <w:r w:rsidRPr="0033284F">
        <w:rPr>
          <w:lang w:val="fr-FR"/>
        </w:rPr>
        <w:t>Adresse réseau :</w:t>
      </w:r>
      <w:r>
        <w:rPr>
          <w:b/>
          <w:bCs/>
          <w:lang w:val="fr-FR"/>
        </w:rPr>
        <w:t xml:space="preserve"> 192.168.0.0 / Dernière IP </w:t>
      </w:r>
      <w:r w:rsidRPr="0033284F">
        <w:rPr>
          <w:lang w:val="fr-FR"/>
        </w:rPr>
        <w:t>= Broadcast :</w:t>
      </w:r>
      <w:r>
        <w:rPr>
          <w:b/>
          <w:bCs/>
          <w:lang w:val="fr-FR"/>
        </w:rPr>
        <w:t xml:space="preserve"> 192.168.0.7 </w:t>
      </w:r>
    </w:p>
    <w:p w14:paraId="6523BFF4" w14:textId="77777777" w:rsidR="005E0CCF" w:rsidRPr="00D50259" w:rsidRDefault="005E0CCF" w:rsidP="005E0CCF">
      <w:pPr>
        <w:pStyle w:val="Listenumros"/>
        <w:numPr>
          <w:ilvl w:val="0"/>
          <w:numId w:val="0"/>
        </w:numPr>
        <w:ind w:left="360" w:hanging="360"/>
        <w:rPr>
          <w:lang w:val="fr-FR"/>
        </w:rPr>
      </w:pPr>
    </w:p>
    <w:p w14:paraId="1157AAF9" w14:textId="77777777" w:rsidR="00CD71FC" w:rsidRDefault="006B5664">
      <w:pPr>
        <w:pStyle w:val="Titre1"/>
      </w:pPr>
      <w:bookmarkStart w:id="3" w:name="OLE_LINK2"/>
      <w:bookmarkEnd w:id="2"/>
      <w:r>
        <w:t>Questions – Routage</w:t>
      </w:r>
    </w:p>
    <w:p w14:paraId="6B46CE06" w14:textId="2EE81DFE" w:rsidR="00CD71FC" w:rsidRPr="00423103" w:rsidRDefault="006B5664">
      <w:pPr>
        <w:pStyle w:val="Listenumros"/>
        <w:rPr>
          <w:b/>
          <w:bCs/>
          <w:lang w:val="fr-FR"/>
        </w:rPr>
      </w:pPr>
      <w:r w:rsidRPr="00423103">
        <w:rPr>
          <w:b/>
          <w:bCs/>
          <w:lang w:val="fr-FR"/>
        </w:rPr>
        <w:t>Quelle est la fonction d’une SVI sur un switch couche 3 ?</w:t>
      </w:r>
    </w:p>
    <w:p w14:paraId="36922621" w14:textId="77777777" w:rsidR="00774126" w:rsidRDefault="00774126" w:rsidP="00774126">
      <w:pPr>
        <w:pStyle w:val="Listenumros"/>
        <w:numPr>
          <w:ilvl w:val="0"/>
          <w:numId w:val="0"/>
        </w:numPr>
        <w:ind w:left="360" w:hanging="360"/>
        <w:rPr>
          <w:lang w:val="fr-FR"/>
        </w:rPr>
      </w:pPr>
    </w:p>
    <w:p w14:paraId="40B98C49" w14:textId="77777777" w:rsidR="00423103" w:rsidRDefault="00423103" w:rsidP="00423103">
      <w:pPr>
        <w:pStyle w:val="Listenumros"/>
        <w:numPr>
          <w:ilvl w:val="0"/>
          <w:numId w:val="0"/>
        </w:numPr>
        <w:ind w:left="360"/>
        <w:rPr>
          <w:lang w:val="fr-FR"/>
        </w:rPr>
      </w:pPr>
      <w:r w:rsidRPr="00423103">
        <w:rPr>
          <w:lang w:val="fr-FR"/>
        </w:rPr>
        <w:t xml:space="preserve">Une SVI </w:t>
      </w:r>
      <w:r w:rsidRPr="00423103">
        <w:rPr>
          <w:i/>
          <w:iCs/>
          <w:lang w:val="fr-FR"/>
        </w:rPr>
        <w:t>(= Switch Virtual Interface)</w:t>
      </w:r>
      <w:r>
        <w:rPr>
          <w:lang w:val="fr-FR"/>
        </w:rPr>
        <w:t xml:space="preserve"> </w:t>
      </w:r>
      <w:r w:rsidRPr="00423103">
        <w:rPr>
          <w:lang w:val="fr-FR"/>
        </w:rPr>
        <w:t xml:space="preserve">est une interface logique associée à un VLAN sur un switch L3. </w:t>
      </w:r>
    </w:p>
    <w:p w14:paraId="447BF91A" w14:textId="4BE8E582" w:rsidR="00423103" w:rsidRPr="00423103" w:rsidRDefault="00423103" w:rsidP="00423103">
      <w:pPr>
        <w:pStyle w:val="Listenumros"/>
        <w:numPr>
          <w:ilvl w:val="0"/>
          <w:numId w:val="0"/>
        </w:numPr>
        <w:ind w:left="360"/>
        <w:rPr>
          <w:lang w:val="fr-FR"/>
        </w:rPr>
      </w:pPr>
      <w:r w:rsidRPr="00423103">
        <w:rPr>
          <w:lang w:val="fr-FR"/>
        </w:rPr>
        <w:t>Elle permet :</w:t>
      </w:r>
    </w:p>
    <w:p w14:paraId="7E3FD6DF" w14:textId="4CEA32D6" w:rsidR="00423103" w:rsidRPr="00423103" w:rsidRDefault="00423103" w:rsidP="00423103">
      <w:pPr>
        <w:pStyle w:val="Listenumros"/>
        <w:numPr>
          <w:ilvl w:val="0"/>
          <w:numId w:val="12"/>
        </w:numPr>
        <w:rPr>
          <w:lang w:val="fr-FR"/>
        </w:rPr>
      </w:pPr>
      <w:r>
        <w:rPr>
          <w:lang w:val="fr-FR"/>
        </w:rPr>
        <w:t>L</w:t>
      </w:r>
      <w:r w:rsidRPr="00423103">
        <w:rPr>
          <w:lang w:val="fr-FR"/>
        </w:rPr>
        <w:t>e routage inter-VLAN directement sur le switch (</w:t>
      </w:r>
      <w:r>
        <w:rPr>
          <w:lang w:val="fr-FR"/>
        </w:rPr>
        <w:t>passerelle</w:t>
      </w:r>
      <w:r w:rsidRPr="00423103">
        <w:rPr>
          <w:lang w:val="fr-FR"/>
        </w:rPr>
        <w:t xml:space="preserve"> des hôtes),</w:t>
      </w:r>
    </w:p>
    <w:p w14:paraId="490DDEDE" w14:textId="65BEB2F0" w:rsidR="00423103" w:rsidRPr="00423103" w:rsidRDefault="00423103" w:rsidP="00423103">
      <w:pPr>
        <w:pStyle w:val="Listenumros"/>
        <w:numPr>
          <w:ilvl w:val="0"/>
          <w:numId w:val="12"/>
        </w:numPr>
        <w:rPr>
          <w:lang w:val="fr-FR"/>
        </w:rPr>
      </w:pPr>
      <w:r>
        <w:rPr>
          <w:lang w:val="fr-FR"/>
        </w:rPr>
        <w:t>L’</w:t>
      </w:r>
      <w:r w:rsidRPr="00423103">
        <w:rPr>
          <w:rFonts w:hint="eastAsia"/>
          <w:lang w:val="fr-FR"/>
        </w:rPr>
        <w:t>adressage IP du VLAN,</w:t>
      </w:r>
    </w:p>
    <w:p w14:paraId="10DB2188" w14:textId="7CCF72F3" w:rsidR="00423103" w:rsidRPr="00423103" w:rsidRDefault="00423103" w:rsidP="00423103">
      <w:pPr>
        <w:pStyle w:val="Listenumros"/>
        <w:numPr>
          <w:ilvl w:val="0"/>
          <w:numId w:val="12"/>
        </w:numPr>
        <w:rPr>
          <w:lang w:val="fr-FR"/>
        </w:rPr>
      </w:pPr>
      <w:r>
        <w:rPr>
          <w:lang w:val="fr-FR"/>
        </w:rPr>
        <w:t>Et l</w:t>
      </w:r>
      <w:r w:rsidRPr="00423103">
        <w:rPr>
          <w:lang w:val="fr-FR"/>
        </w:rPr>
        <w:t>’application de politiques L3 (ACL, QoS, DHCP relay).</w:t>
      </w:r>
    </w:p>
    <w:p w14:paraId="5C5575B6" w14:textId="49F025F9" w:rsidR="00774126" w:rsidRDefault="00423103" w:rsidP="00423103">
      <w:pPr>
        <w:pStyle w:val="Listenumros"/>
        <w:numPr>
          <w:ilvl w:val="0"/>
          <w:numId w:val="0"/>
        </w:numPr>
        <w:ind w:left="360"/>
        <w:rPr>
          <w:lang w:val="fr-FR"/>
        </w:rPr>
      </w:pPr>
      <w:r>
        <w:rPr>
          <w:lang w:val="fr-FR"/>
        </w:rPr>
        <w:t>→ C</w:t>
      </w:r>
      <w:r w:rsidRPr="00423103">
        <w:rPr>
          <w:lang w:val="fr-FR"/>
        </w:rPr>
        <w:t>haque VLAN a sa passerelle locale, sans repasser par un routeur externe.</w:t>
      </w:r>
    </w:p>
    <w:p w14:paraId="52F4B957" w14:textId="77777777" w:rsidR="00774126" w:rsidRPr="00D50259" w:rsidRDefault="00774126" w:rsidP="00774126">
      <w:pPr>
        <w:pStyle w:val="Listenumros"/>
        <w:numPr>
          <w:ilvl w:val="0"/>
          <w:numId w:val="0"/>
        </w:numPr>
        <w:ind w:left="360" w:hanging="360"/>
        <w:rPr>
          <w:lang w:val="fr-FR"/>
        </w:rPr>
      </w:pPr>
    </w:p>
    <w:p w14:paraId="165AA588" w14:textId="3E13D0A5" w:rsidR="00CD71FC" w:rsidRPr="00423103" w:rsidRDefault="006B5664">
      <w:pPr>
        <w:pStyle w:val="Listenumros"/>
        <w:rPr>
          <w:b/>
          <w:bCs/>
          <w:lang w:val="fr-FR"/>
        </w:rPr>
      </w:pPr>
      <w:r w:rsidRPr="00423103">
        <w:rPr>
          <w:b/>
          <w:bCs/>
          <w:lang w:val="fr-FR"/>
        </w:rPr>
        <w:t>Expliquez la notion de route par défaut et de next‑hop.</w:t>
      </w:r>
    </w:p>
    <w:p w14:paraId="24CE729A" w14:textId="77777777" w:rsidR="00774126" w:rsidRDefault="00774126" w:rsidP="00774126">
      <w:pPr>
        <w:pStyle w:val="Listenumros"/>
        <w:numPr>
          <w:ilvl w:val="0"/>
          <w:numId w:val="0"/>
        </w:numPr>
        <w:ind w:left="360" w:hanging="360"/>
        <w:rPr>
          <w:lang w:val="fr-FR"/>
        </w:rPr>
      </w:pPr>
    </w:p>
    <w:p w14:paraId="4AFB8B15" w14:textId="33AE5810" w:rsidR="00423103" w:rsidRDefault="00423103" w:rsidP="00423103">
      <w:pPr>
        <w:pStyle w:val="Listenumros"/>
        <w:numPr>
          <w:ilvl w:val="0"/>
          <w:numId w:val="0"/>
        </w:numPr>
        <w:ind w:left="360"/>
      </w:pPr>
      <w:r w:rsidRPr="00423103">
        <w:t xml:space="preserve">Une </w:t>
      </w:r>
      <w:r w:rsidRPr="00B57732">
        <w:rPr>
          <w:b/>
          <w:bCs/>
        </w:rPr>
        <w:t>route par défaut</w:t>
      </w:r>
      <w:r w:rsidRPr="00423103">
        <w:t xml:space="preserve"> dans le réseau TCP / IP est un paramètre qui indique au périphérique comment transférer les paquets lorsque leur IP de destination n'est pas dans le même sous-réseau du périphérique.</w:t>
      </w:r>
    </w:p>
    <w:p w14:paraId="354F82E9" w14:textId="77777777" w:rsidR="00423103" w:rsidRDefault="00423103" w:rsidP="00423103">
      <w:pPr>
        <w:pStyle w:val="Listenumros"/>
        <w:numPr>
          <w:ilvl w:val="0"/>
          <w:numId w:val="0"/>
        </w:numPr>
        <w:ind w:left="360"/>
      </w:pPr>
    </w:p>
    <w:p w14:paraId="1F578874" w14:textId="0E139E3F" w:rsidR="00423103" w:rsidRDefault="00423103" w:rsidP="00423103">
      <w:pPr>
        <w:pStyle w:val="Listenumros"/>
        <w:numPr>
          <w:ilvl w:val="0"/>
          <w:numId w:val="0"/>
        </w:numPr>
        <w:ind w:left="360"/>
        <w:rPr>
          <w:lang w:val="fr-FR"/>
        </w:rPr>
      </w:pPr>
      <w:r>
        <w:t>Le</w:t>
      </w:r>
      <w:r w:rsidRPr="00B57732">
        <w:rPr>
          <w:b/>
          <w:bCs/>
        </w:rPr>
        <w:t xml:space="preserve"> “next-hop”</w:t>
      </w:r>
      <w:r>
        <w:t xml:space="preserve"> (= “le prochain saut”) </w:t>
      </w:r>
      <w:r w:rsidRPr="00423103">
        <w:t>est le routeur immédiatement accessible par le réseau. C</w:t>
      </w:r>
      <w:r w:rsidR="00B57732">
        <w:t>’est un</w:t>
      </w:r>
      <w:r w:rsidRPr="00423103">
        <w:t xml:space="preserve"> concept fondamental du routage </w:t>
      </w:r>
      <w:r w:rsidR="00B57732">
        <w:t xml:space="preserve">qui </w:t>
      </w:r>
      <w:r w:rsidRPr="00423103">
        <w:t xml:space="preserve">permet aux routeurs de </w:t>
      </w:r>
      <w:r w:rsidRPr="00423103">
        <w:lastRenderedPageBreak/>
        <w:t>déterminer le meilleur chemin pour acheminer efficacement les paquets de données vers leur destination finale.</w:t>
      </w:r>
    </w:p>
    <w:p w14:paraId="5777365C" w14:textId="77777777" w:rsidR="00774126" w:rsidRPr="00D50259" w:rsidRDefault="00774126" w:rsidP="00774126">
      <w:pPr>
        <w:pStyle w:val="Listenumros"/>
        <w:numPr>
          <w:ilvl w:val="0"/>
          <w:numId w:val="0"/>
        </w:numPr>
        <w:ind w:left="360" w:hanging="360"/>
        <w:rPr>
          <w:lang w:val="fr-FR"/>
        </w:rPr>
      </w:pPr>
    </w:p>
    <w:p w14:paraId="2E8D14DE" w14:textId="42ED8CDD" w:rsidR="00CD71FC" w:rsidRPr="00B57732" w:rsidRDefault="006B5664">
      <w:pPr>
        <w:pStyle w:val="Listenumros"/>
        <w:rPr>
          <w:b/>
          <w:bCs/>
          <w:lang w:val="fr-FR"/>
        </w:rPr>
      </w:pPr>
      <w:r w:rsidRPr="00B57732">
        <w:rPr>
          <w:b/>
          <w:bCs/>
          <w:lang w:val="fr-FR"/>
        </w:rPr>
        <w:t>Qu’est‑ce qu’une distance administrative ? Donnez des valeurs usuelles (statique, OSPF, RIP).</w:t>
      </w:r>
    </w:p>
    <w:p w14:paraId="6150BA4E" w14:textId="77777777" w:rsidR="00774126" w:rsidRDefault="00774126" w:rsidP="00774126">
      <w:pPr>
        <w:pStyle w:val="Listenumros"/>
        <w:numPr>
          <w:ilvl w:val="0"/>
          <w:numId w:val="0"/>
        </w:numPr>
        <w:ind w:left="360" w:hanging="360"/>
        <w:rPr>
          <w:lang w:val="fr-FR"/>
        </w:rPr>
      </w:pPr>
    </w:p>
    <w:p w14:paraId="5F89B7E1" w14:textId="77C19562" w:rsidR="00774126" w:rsidRDefault="00B57732" w:rsidP="00B57732">
      <w:pPr>
        <w:pStyle w:val="Listenumros"/>
        <w:numPr>
          <w:ilvl w:val="0"/>
          <w:numId w:val="0"/>
        </w:numPr>
        <w:ind w:left="360"/>
        <w:rPr>
          <w:lang w:val="fr-FR"/>
        </w:rPr>
      </w:pPr>
      <w:r w:rsidRPr="00B57732">
        <w:rPr>
          <w:lang w:val="fr-FR"/>
        </w:rPr>
        <w:t>La distance administrative fait référence à une mesure utilisée par les</w:t>
      </w:r>
      <w:r>
        <w:rPr>
          <w:lang w:val="fr-FR"/>
        </w:rPr>
        <w:t xml:space="preserve"> </w:t>
      </w:r>
      <w:r w:rsidRPr="00B57732">
        <w:rPr>
          <w:lang w:val="fr-FR"/>
        </w:rPr>
        <w:t>routeurs pour sélectionner le meilleur chemin lorsque plusieurs protocoles de routage fournissent des informations d'itinéraire pour la même destination. Il s'agit d'un concept important dans les réseaux informatiques, en particulier dans le contexte des protocoles de routage dynamique et du transfert de trafic. Chaque protocole de routage attribue une valeur numérique à ses routes, appelée distance administrative, pour indiquer la fiabilité de la source de cette route. Des valeurs de distance administrative plus faibles signifient des itinéraires plus fiables. Lorsqu'un routeur reçoit des informations de routage provenant de différentes sources, il compare les distances administratives des routes pour déterminer celle la plus fiable à utiliser pour transférer les paquets.</w:t>
      </w:r>
    </w:p>
    <w:p w14:paraId="2C530AAC" w14:textId="77777777" w:rsidR="00B57732" w:rsidRDefault="00B57732" w:rsidP="00B57732">
      <w:pPr>
        <w:pStyle w:val="Listenumros"/>
        <w:numPr>
          <w:ilvl w:val="0"/>
          <w:numId w:val="0"/>
        </w:numPr>
        <w:ind w:left="360"/>
        <w:rPr>
          <w:lang w:val="fr-FR"/>
        </w:rPr>
      </w:pPr>
    </w:p>
    <w:p w14:paraId="42DE39B3" w14:textId="30FE9273" w:rsidR="00B57732" w:rsidRDefault="00B57732" w:rsidP="00B57732">
      <w:pPr>
        <w:pStyle w:val="Listenumros"/>
        <w:numPr>
          <w:ilvl w:val="0"/>
          <w:numId w:val="0"/>
        </w:numPr>
        <w:ind w:left="360"/>
        <w:rPr>
          <w:lang w:val="fr-FR"/>
        </w:rPr>
      </w:pPr>
      <w:r>
        <w:rPr>
          <w:lang w:val="fr-FR"/>
        </w:rPr>
        <w:t>Valeurs usuelles : Statique → 1, OSPF → 110, RIP → 120</w:t>
      </w:r>
    </w:p>
    <w:p w14:paraId="75A9FB79" w14:textId="77777777" w:rsidR="00B57732" w:rsidRDefault="00B57732" w:rsidP="00B57732">
      <w:pPr>
        <w:pStyle w:val="Listenumros"/>
        <w:numPr>
          <w:ilvl w:val="0"/>
          <w:numId w:val="0"/>
        </w:numPr>
        <w:ind w:left="360"/>
        <w:rPr>
          <w:lang w:val="fr-FR"/>
        </w:rPr>
      </w:pPr>
    </w:p>
    <w:p w14:paraId="3AFF85EC" w14:textId="77777777" w:rsidR="00B57732" w:rsidRDefault="00B57732" w:rsidP="00B57732">
      <w:pPr>
        <w:pStyle w:val="Listenumros"/>
        <w:numPr>
          <w:ilvl w:val="0"/>
          <w:numId w:val="0"/>
        </w:numPr>
        <w:ind w:left="360"/>
        <w:rPr>
          <w:lang w:val="fr-FR"/>
        </w:rPr>
      </w:pPr>
    </w:p>
    <w:p w14:paraId="1FFFB6B6" w14:textId="77777777" w:rsidR="00774126" w:rsidRPr="00D50259" w:rsidRDefault="00774126" w:rsidP="00774126">
      <w:pPr>
        <w:pStyle w:val="Listenumros"/>
        <w:numPr>
          <w:ilvl w:val="0"/>
          <w:numId w:val="0"/>
        </w:numPr>
        <w:ind w:left="360" w:hanging="360"/>
        <w:rPr>
          <w:lang w:val="fr-FR"/>
        </w:rPr>
      </w:pPr>
    </w:p>
    <w:p w14:paraId="756666E8" w14:textId="347514BA" w:rsidR="00CD71FC" w:rsidRPr="00A17619" w:rsidRDefault="006B5664">
      <w:pPr>
        <w:pStyle w:val="Listenumros"/>
        <w:rPr>
          <w:b/>
          <w:bCs/>
          <w:lang w:val="fr-FR"/>
        </w:rPr>
      </w:pPr>
      <w:r w:rsidRPr="00A17619">
        <w:rPr>
          <w:b/>
          <w:bCs/>
          <w:lang w:val="fr-FR"/>
        </w:rPr>
        <w:t>Décrivez la méthode Router‑on‑a‑stick ; avantages et limites vs SVI.</w:t>
      </w:r>
    </w:p>
    <w:p w14:paraId="1D861414" w14:textId="77777777" w:rsidR="00774126" w:rsidRDefault="00774126" w:rsidP="00774126">
      <w:pPr>
        <w:pStyle w:val="Listenumros"/>
        <w:numPr>
          <w:ilvl w:val="0"/>
          <w:numId w:val="0"/>
        </w:numPr>
        <w:ind w:left="360" w:hanging="360"/>
        <w:rPr>
          <w:lang w:val="fr-FR"/>
        </w:rPr>
      </w:pPr>
    </w:p>
    <w:p w14:paraId="5E8E8373" w14:textId="24334141" w:rsidR="00774126" w:rsidRDefault="0009041F" w:rsidP="0009041F">
      <w:pPr>
        <w:pStyle w:val="Listenumros"/>
        <w:numPr>
          <w:ilvl w:val="0"/>
          <w:numId w:val="0"/>
        </w:numPr>
        <w:rPr>
          <w:lang w:val="fr-FR"/>
        </w:rPr>
      </w:pPr>
      <w:r>
        <w:rPr>
          <w:lang w:val="fr-FR"/>
        </w:rPr>
        <w:t xml:space="preserve">C’est un routeur avec une seule </w:t>
      </w:r>
      <w:r w:rsidRPr="0009041F">
        <w:rPr>
          <w:lang w:val="fr-FR"/>
        </w:rPr>
        <w:t>interface physique, découpée en sous-interfaces 802.1Q (une par VLAN)</w:t>
      </w:r>
      <w:r>
        <w:rPr>
          <w:lang w:val="fr-FR"/>
        </w:rPr>
        <w:t xml:space="preserve"> et le lien switch – routeur est un trunk.</w:t>
      </w:r>
    </w:p>
    <w:p w14:paraId="0CD31084" w14:textId="77777777" w:rsidR="0009041F" w:rsidRDefault="0009041F" w:rsidP="0009041F">
      <w:pPr>
        <w:pStyle w:val="Listenumros"/>
        <w:numPr>
          <w:ilvl w:val="0"/>
          <w:numId w:val="0"/>
        </w:numPr>
        <w:rPr>
          <w:lang w:val="fr-FR"/>
        </w:rPr>
      </w:pPr>
    </w:p>
    <w:p w14:paraId="1F9C0B24" w14:textId="77DAEE08" w:rsidR="0009041F" w:rsidRDefault="0009041F" w:rsidP="0009041F">
      <w:pPr>
        <w:pStyle w:val="Listenumros"/>
        <w:numPr>
          <w:ilvl w:val="0"/>
          <w:numId w:val="0"/>
        </w:numPr>
        <w:rPr>
          <w:lang w:val="fr-FR"/>
        </w:rPr>
      </w:pPr>
      <w:r>
        <w:rPr>
          <w:lang w:val="fr-FR"/>
        </w:rPr>
        <w:t>Avantages :</w:t>
      </w:r>
    </w:p>
    <w:p w14:paraId="55BD5314" w14:textId="49DF25D2" w:rsidR="0009041F" w:rsidRDefault="0009041F" w:rsidP="0009041F">
      <w:pPr>
        <w:pStyle w:val="Listenumros"/>
        <w:numPr>
          <w:ilvl w:val="0"/>
          <w:numId w:val="12"/>
        </w:numPr>
        <w:rPr>
          <w:lang w:val="fr-FR"/>
        </w:rPr>
      </w:pPr>
      <w:r>
        <w:rPr>
          <w:lang w:val="fr-FR"/>
        </w:rPr>
        <w:t>Simplicité de mise en place,</w:t>
      </w:r>
    </w:p>
    <w:p w14:paraId="66D9E64C" w14:textId="3C3E96D3" w:rsidR="0009041F" w:rsidRDefault="0009041F" w:rsidP="0009041F">
      <w:pPr>
        <w:pStyle w:val="Listenumros"/>
        <w:numPr>
          <w:ilvl w:val="0"/>
          <w:numId w:val="12"/>
        </w:numPr>
        <w:rPr>
          <w:lang w:val="fr-FR"/>
        </w:rPr>
      </w:pPr>
      <w:r>
        <w:rPr>
          <w:lang w:val="fr-FR"/>
        </w:rPr>
        <w:t>Économique (un seul lien, routeur standard),</w:t>
      </w:r>
    </w:p>
    <w:p w14:paraId="7EF93CF4" w14:textId="48B69A94" w:rsidR="0009041F" w:rsidRDefault="0009041F" w:rsidP="0009041F">
      <w:pPr>
        <w:pStyle w:val="Listenumros"/>
        <w:numPr>
          <w:ilvl w:val="0"/>
          <w:numId w:val="12"/>
        </w:numPr>
        <w:rPr>
          <w:lang w:val="fr-FR"/>
        </w:rPr>
      </w:pPr>
      <w:r>
        <w:rPr>
          <w:lang w:val="fr-FR"/>
        </w:rPr>
        <w:t>Suffisant pour de petits environnements.</w:t>
      </w:r>
    </w:p>
    <w:p w14:paraId="74B6BAF9" w14:textId="77777777" w:rsidR="0009041F" w:rsidRDefault="0009041F" w:rsidP="0009041F">
      <w:pPr>
        <w:pStyle w:val="Listenumros"/>
        <w:numPr>
          <w:ilvl w:val="0"/>
          <w:numId w:val="0"/>
        </w:numPr>
        <w:ind w:left="360" w:hanging="360"/>
        <w:rPr>
          <w:lang w:val="fr-FR"/>
        </w:rPr>
      </w:pPr>
    </w:p>
    <w:p w14:paraId="42AD3ADF" w14:textId="6B814F8B" w:rsidR="0009041F" w:rsidRDefault="0009041F" w:rsidP="0009041F">
      <w:pPr>
        <w:pStyle w:val="Listenumros"/>
        <w:numPr>
          <w:ilvl w:val="0"/>
          <w:numId w:val="0"/>
        </w:numPr>
        <w:ind w:left="360" w:hanging="360"/>
        <w:rPr>
          <w:lang w:val="fr-FR"/>
        </w:rPr>
      </w:pPr>
      <w:r>
        <w:rPr>
          <w:lang w:val="fr-FR"/>
        </w:rPr>
        <w:t>Limites :</w:t>
      </w:r>
    </w:p>
    <w:p w14:paraId="48C17E05" w14:textId="1C881620" w:rsidR="0009041F" w:rsidRDefault="00A17619" w:rsidP="0009041F">
      <w:pPr>
        <w:pStyle w:val="Listenumros"/>
        <w:numPr>
          <w:ilvl w:val="0"/>
          <w:numId w:val="12"/>
        </w:numPr>
        <w:rPr>
          <w:lang w:val="fr-FR"/>
        </w:rPr>
      </w:pPr>
      <w:r>
        <w:rPr>
          <w:lang w:val="fr-FR"/>
        </w:rPr>
        <w:t>Tout le trafic inter-VLAN passe par un seul lien → risque de goulot d’étranglement,</w:t>
      </w:r>
    </w:p>
    <w:p w14:paraId="527F9E90" w14:textId="3440AB2C" w:rsidR="00A17619" w:rsidRDefault="00A17619" w:rsidP="0009041F">
      <w:pPr>
        <w:pStyle w:val="Listenumros"/>
        <w:numPr>
          <w:ilvl w:val="0"/>
          <w:numId w:val="12"/>
        </w:numPr>
        <w:rPr>
          <w:lang w:val="fr-FR"/>
        </w:rPr>
      </w:pPr>
      <w:r>
        <w:rPr>
          <w:lang w:val="fr-FR"/>
        </w:rPr>
        <w:t>Performances plus limitées, moins scalable,</w:t>
      </w:r>
    </w:p>
    <w:p w14:paraId="7656A69D" w14:textId="16AB1376" w:rsidR="00A17619" w:rsidRDefault="00A17619" w:rsidP="0009041F">
      <w:pPr>
        <w:pStyle w:val="Listenumros"/>
        <w:numPr>
          <w:ilvl w:val="0"/>
          <w:numId w:val="12"/>
        </w:numPr>
        <w:rPr>
          <w:lang w:val="fr-FR"/>
        </w:rPr>
      </w:pPr>
      <w:r>
        <w:rPr>
          <w:lang w:val="fr-FR"/>
        </w:rPr>
        <w:t>Forte dépendance au routeur</w:t>
      </w:r>
    </w:p>
    <w:p w14:paraId="29BAD1DC" w14:textId="77777777" w:rsidR="00A17619" w:rsidRDefault="00A17619" w:rsidP="00A17619">
      <w:pPr>
        <w:pStyle w:val="Listenumros"/>
        <w:numPr>
          <w:ilvl w:val="0"/>
          <w:numId w:val="0"/>
        </w:numPr>
        <w:rPr>
          <w:lang w:val="fr-FR"/>
        </w:rPr>
      </w:pPr>
    </w:p>
    <w:p w14:paraId="126AEC14" w14:textId="5FB9E26B" w:rsidR="00A17619" w:rsidRPr="00A17619" w:rsidRDefault="00A17619" w:rsidP="00A17619">
      <w:pPr>
        <w:pStyle w:val="Listenumros"/>
        <w:numPr>
          <w:ilvl w:val="0"/>
          <w:numId w:val="0"/>
        </w:numPr>
        <w:ind w:left="360" w:hanging="360"/>
        <w:rPr>
          <w:lang w:val="fr-FR"/>
        </w:rPr>
      </w:pPr>
      <w:r w:rsidRPr="00A17619">
        <w:rPr>
          <w:lang w:val="fr-FR"/>
        </w:rPr>
        <w:t>SVI = routage dans le switch, très performant, scalable, idéal en prod</w:t>
      </w:r>
      <w:r>
        <w:rPr>
          <w:lang w:val="fr-FR"/>
        </w:rPr>
        <w:t>uction</w:t>
      </w:r>
    </w:p>
    <w:p w14:paraId="61D0EA0F" w14:textId="0DB8B93B" w:rsidR="00A17619" w:rsidRPr="00A17619" w:rsidRDefault="00A17619" w:rsidP="00A17619">
      <w:pPr>
        <w:pStyle w:val="Listenumros"/>
        <w:numPr>
          <w:ilvl w:val="0"/>
          <w:numId w:val="0"/>
        </w:numPr>
        <w:rPr>
          <w:lang w:val="fr-FR"/>
        </w:rPr>
      </w:pPr>
      <w:r w:rsidRPr="00A17619">
        <w:rPr>
          <w:lang w:val="fr-FR"/>
        </w:rPr>
        <w:t>Router-on-a-stick = solution fonctionnelle mais</w:t>
      </w:r>
      <w:r>
        <w:rPr>
          <w:lang w:val="fr-FR"/>
        </w:rPr>
        <w:t xml:space="preserve"> idéalement</w:t>
      </w:r>
      <w:r w:rsidRPr="00A17619">
        <w:rPr>
          <w:lang w:val="fr-FR"/>
        </w:rPr>
        <w:t xml:space="preserve"> transitoire.</w:t>
      </w:r>
    </w:p>
    <w:p w14:paraId="1E16B7B6" w14:textId="77777777" w:rsidR="00774126" w:rsidRPr="00D50259" w:rsidRDefault="00774126" w:rsidP="00774126">
      <w:pPr>
        <w:pStyle w:val="Listenumros"/>
        <w:numPr>
          <w:ilvl w:val="0"/>
          <w:numId w:val="0"/>
        </w:numPr>
        <w:ind w:left="360" w:hanging="360"/>
        <w:rPr>
          <w:lang w:val="fr-FR"/>
        </w:rPr>
      </w:pPr>
    </w:p>
    <w:p w14:paraId="7486BF73" w14:textId="04F221DA" w:rsidR="00CD71FC" w:rsidRPr="00A17619" w:rsidRDefault="006B5664">
      <w:pPr>
        <w:pStyle w:val="Listenumros"/>
        <w:rPr>
          <w:b/>
          <w:bCs/>
          <w:lang w:val="fr-FR"/>
        </w:rPr>
      </w:pPr>
      <w:r w:rsidRPr="00A17619">
        <w:rPr>
          <w:b/>
          <w:bCs/>
          <w:lang w:val="fr-FR"/>
        </w:rPr>
        <w:t>Pourquoi un lien transit L3 dédié vers le pare‑feu est recommandé ?</w:t>
      </w:r>
    </w:p>
    <w:p w14:paraId="56AF2FF5" w14:textId="77777777" w:rsidR="00774126" w:rsidRDefault="00774126" w:rsidP="00774126">
      <w:pPr>
        <w:pStyle w:val="Listenumros"/>
        <w:numPr>
          <w:ilvl w:val="0"/>
          <w:numId w:val="0"/>
        </w:numPr>
        <w:ind w:left="360" w:hanging="360"/>
        <w:rPr>
          <w:lang w:val="fr-FR"/>
        </w:rPr>
      </w:pPr>
    </w:p>
    <w:p w14:paraId="6496CEE6" w14:textId="4209E9AF" w:rsidR="00A17619" w:rsidRPr="00A17619" w:rsidRDefault="00A17619" w:rsidP="00A17619">
      <w:pPr>
        <w:pStyle w:val="Listenumros"/>
        <w:numPr>
          <w:ilvl w:val="0"/>
          <w:numId w:val="0"/>
        </w:numPr>
        <w:ind w:left="360" w:hanging="360"/>
        <w:rPr>
          <w:lang w:val="fr-FR"/>
        </w:rPr>
      </w:pPr>
      <w:r w:rsidRPr="00A17619">
        <w:rPr>
          <w:lang w:val="fr-FR"/>
        </w:rPr>
        <w:lastRenderedPageBreak/>
        <w:t xml:space="preserve">Un lien L3 dédié entre </w:t>
      </w:r>
      <w:r w:rsidR="000A6742">
        <w:rPr>
          <w:lang w:val="fr-FR"/>
        </w:rPr>
        <w:t xml:space="preserve">le </w:t>
      </w:r>
      <w:r w:rsidRPr="00A17619">
        <w:rPr>
          <w:lang w:val="fr-FR"/>
        </w:rPr>
        <w:t xml:space="preserve">cœur réseau et </w:t>
      </w:r>
      <w:r w:rsidR="000A6742">
        <w:rPr>
          <w:lang w:val="fr-FR"/>
        </w:rPr>
        <w:t xml:space="preserve">le </w:t>
      </w:r>
      <w:r w:rsidRPr="00A17619">
        <w:rPr>
          <w:lang w:val="fr-FR"/>
        </w:rPr>
        <w:t>pare-feu apporte :</w:t>
      </w:r>
    </w:p>
    <w:p w14:paraId="064B62C9" w14:textId="7490D1FC" w:rsidR="00A17619" w:rsidRPr="00A17619" w:rsidRDefault="00A17619" w:rsidP="00A17619">
      <w:pPr>
        <w:pStyle w:val="Listenumros"/>
        <w:numPr>
          <w:ilvl w:val="0"/>
          <w:numId w:val="12"/>
        </w:numPr>
        <w:rPr>
          <w:lang w:val="fr-FR"/>
        </w:rPr>
      </w:pPr>
      <w:r w:rsidRPr="00A17619">
        <w:rPr>
          <w:lang w:val="fr-FR"/>
        </w:rPr>
        <w:t>Clarté d’architecture : séparation nette LAN ↔ sécurité,</w:t>
      </w:r>
    </w:p>
    <w:p w14:paraId="0CD12563" w14:textId="02EB6E2F" w:rsidR="00A17619" w:rsidRPr="00A17619" w:rsidRDefault="00A17619" w:rsidP="00A17619">
      <w:pPr>
        <w:pStyle w:val="Listenumros"/>
        <w:numPr>
          <w:ilvl w:val="0"/>
          <w:numId w:val="12"/>
        </w:numPr>
        <w:rPr>
          <w:lang w:val="fr-FR"/>
        </w:rPr>
      </w:pPr>
      <w:r w:rsidRPr="00A17619">
        <w:rPr>
          <w:lang w:val="fr-FR"/>
        </w:rPr>
        <w:t>Maîtrise des flux : politiques explicites, routage lisible,</w:t>
      </w:r>
    </w:p>
    <w:p w14:paraId="1FF85BD6" w14:textId="45FD4AE1" w:rsidR="00A17619" w:rsidRPr="00A17619" w:rsidRDefault="00A17619" w:rsidP="00A17619">
      <w:pPr>
        <w:pStyle w:val="Listenumros"/>
        <w:numPr>
          <w:ilvl w:val="0"/>
          <w:numId w:val="12"/>
        </w:numPr>
        <w:rPr>
          <w:lang w:val="fr-FR"/>
        </w:rPr>
      </w:pPr>
      <w:r w:rsidRPr="00A17619">
        <w:rPr>
          <w:lang w:val="fr-FR"/>
        </w:rPr>
        <w:t>Réduction du broadcast (pas de L2),</w:t>
      </w:r>
    </w:p>
    <w:p w14:paraId="04BC2445" w14:textId="52FCC91F" w:rsidR="00A17619" w:rsidRPr="00A17619" w:rsidRDefault="00A17619" w:rsidP="00A17619">
      <w:pPr>
        <w:pStyle w:val="Listenumros"/>
        <w:numPr>
          <w:ilvl w:val="0"/>
          <w:numId w:val="12"/>
        </w:numPr>
        <w:rPr>
          <w:lang w:val="fr-FR"/>
        </w:rPr>
      </w:pPr>
      <w:r w:rsidRPr="00A17619">
        <w:rPr>
          <w:lang w:val="fr-FR"/>
        </w:rPr>
        <w:t>Sécurité accrue : pas de VLAN étendu jusqu’au firewall,</w:t>
      </w:r>
    </w:p>
    <w:p w14:paraId="27EEFA89" w14:textId="4995F98C" w:rsidR="00774126" w:rsidRPr="00D50259" w:rsidRDefault="00A17619" w:rsidP="00A17619">
      <w:pPr>
        <w:pStyle w:val="Listenumros"/>
        <w:numPr>
          <w:ilvl w:val="0"/>
          <w:numId w:val="12"/>
        </w:numPr>
        <w:rPr>
          <w:lang w:val="fr-FR"/>
        </w:rPr>
      </w:pPr>
      <w:r w:rsidRPr="00A17619">
        <w:rPr>
          <w:lang w:val="fr-FR"/>
        </w:rPr>
        <w:t>Facilité de troubleshooting (routes, asymétrie, NAT).</w:t>
      </w:r>
    </w:p>
    <w:p w14:paraId="706B91A4" w14:textId="77777777" w:rsidR="00CD71FC" w:rsidRDefault="006B5664">
      <w:pPr>
        <w:pStyle w:val="Titre1"/>
      </w:pPr>
      <w:bookmarkStart w:id="4" w:name="OLE_LINK3"/>
      <w:bookmarkEnd w:id="3"/>
      <w:r>
        <w:t>Questions – VLAN &amp; Port Mapping</w:t>
      </w:r>
    </w:p>
    <w:p w14:paraId="69BF2BF3" w14:textId="38E2009B" w:rsidR="00CD71FC" w:rsidRPr="00201CAB" w:rsidRDefault="006B5664">
      <w:pPr>
        <w:pStyle w:val="Listenumros"/>
        <w:rPr>
          <w:b/>
          <w:bCs/>
          <w:lang w:val="fr-FR"/>
        </w:rPr>
      </w:pPr>
      <w:r w:rsidRPr="00201CAB">
        <w:rPr>
          <w:b/>
          <w:bCs/>
          <w:lang w:val="fr-FR"/>
        </w:rPr>
        <w:t>Différences entre ports Access, Trunk et General sur CBS250/350.</w:t>
      </w:r>
    </w:p>
    <w:p w14:paraId="3C40390C" w14:textId="77777777" w:rsidR="00774126" w:rsidRDefault="00774126" w:rsidP="00774126">
      <w:pPr>
        <w:pStyle w:val="Listenumros"/>
        <w:numPr>
          <w:ilvl w:val="0"/>
          <w:numId w:val="0"/>
        </w:numPr>
        <w:ind w:left="360" w:hanging="360"/>
        <w:rPr>
          <w:lang w:val="fr-FR"/>
        </w:rPr>
      </w:pPr>
    </w:p>
    <w:p w14:paraId="7088C6F2" w14:textId="3E871E2A" w:rsidR="00201CAB" w:rsidRPr="00201CAB" w:rsidRDefault="00201CAB" w:rsidP="00201CAB">
      <w:pPr>
        <w:pStyle w:val="Listenumros"/>
        <w:numPr>
          <w:ilvl w:val="0"/>
          <w:numId w:val="12"/>
        </w:numPr>
        <w:rPr>
          <w:b/>
          <w:bCs/>
          <w:lang w:val="fr-FR"/>
        </w:rPr>
      </w:pPr>
      <w:r w:rsidRPr="00201CAB">
        <w:rPr>
          <w:b/>
          <w:bCs/>
          <w:lang w:val="fr-FR"/>
        </w:rPr>
        <w:t>Access :</w:t>
      </w:r>
    </w:p>
    <w:p w14:paraId="4A451C76" w14:textId="77777777" w:rsidR="00201CAB" w:rsidRPr="00201CAB" w:rsidRDefault="00201CAB" w:rsidP="00201CAB">
      <w:pPr>
        <w:pStyle w:val="Listenumros"/>
        <w:numPr>
          <w:ilvl w:val="0"/>
          <w:numId w:val="0"/>
        </w:numPr>
        <w:ind w:firstLine="360"/>
        <w:rPr>
          <w:lang w:val="fr-FR"/>
        </w:rPr>
      </w:pPr>
      <w:r w:rsidRPr="00201CAB">
        <w:rPr>
          <w:lang w:val="fr-FR"/>
        </w:rPr>
        <w:t>Port associé à un seul VLAN.</w:t>
      </w:r>
    </w:p>
    <w:p w14:paraId="5861C018" w14:textId="77777777" w:rsidR="00201CAB" w:rsidRPr="00201CAB" w:rsidRDefault="00201CAB" w:rsidP="00201CAB">
      <w:pPr>
        <w:pStyle w:val="Listenumros"/>
        <w:numPr>
          <w:ilvl w:val="0"/>
          <w:numId w:val="0"/>
        </w:numPr>
        <w:ind w:firstLine="360"/>
        <w:rPr>
          <w:lang w:val="fr-FR"/>
        </w:rPr>
      </w:pPr>
      <w:r w:rsidRPr="00201CAB">
        <w:rPr>
          <w:lang w:val="fr-FR"/>
        </w:rPr>
        <w:t>Trames non taggées côté équipement final.</w:t>
      </w:r>
    </w:p>
    <w:p w14:paraId="391341C5" w14:textId="086A2A04" w:rsidR="00201CAB" w:rsidRDefault="00201CAB" w:rsidP="00201CAB">
      <w:pPr>
        <w:pStyle w:val="Listenumros"/>
        <w:numPr>
          <w:ilvl w:val="0"/>
          <w:numId w:val="0"/>
        </w:numPr>
        <w:ind w:firstLine="360"/>
        <w:rPr>
          <w:lang w:val="fr-FR"/>
        </w:rPr>
      </w:pPr>
      <w:r w:rsidRPr="00201CAB">
        <w:rPr>
          <w:lang w:val="fr-FR"/>
        </w:rPr>
        <w:t>Usage typique : PC, imprimante, AP simple.</w:t>
      </w:r>
    </w:p>
    <w:p w14:paraId="32CEEF5E" w14:textId="3B6209DB" w:rsidR="00201CAB" w:rsidRPr="00201CAB" w:rsidRDefault="00201CAB" w:rsidP="00201CAB">
      <w:pPr>
        <w:rPr>
          <w:lang w:val="fr-FR"/>
        </w:rPr>
      </w:pPr>
      <w:r>
        <w:rPr>
          <w:lang w:val="fr-FR"/>
        </w:rPr>
        <w:br w:type="page"/>
      </w:r>
    </w:p>
    <w:p w14:paraId="706D898D" w14:textId="62E0137A" w:rsidR="00201CAB" w:rsidRPr="00201CAB" w:rsidRDefault="00201CAB" w:rsidP="00201CAB">
      <w:pPr>
        <w:pStyle w:val="Listenumros"/>
        <w:numPr>
          <w:ilvl w:val="0"/>
          <w:numId w:val="12"/>
        </w:numPr>
        <w:rPr>
          <w:b/>
          <w:bCs/>
          <w:lang w:val="fr-FR"/>
        </w:rPr>
      </w:pPr>
      <w:r w:rsidRPr="00201CAB">
        <w:rPr>
          <w:b/>
          <w:bCs/>
          <w:lang w:val="fr-FR"/>
        </w:rPr>
        <w:lastRenderedPageBreak/>
        <w:t>Trunk :</w:t>
      </w:r>
    </w:p>
    <w:p w14:paraId="3542E65A" w14:textId="77777777" w:rsidR="00201CAB" w:rsidRPr="00201CAB" w:rsidRDefault="00201CAB" w:rsidP="00201CAB">
      <w:pPr>
        <w:pStyle w:val="Listenumros"/>
        <w:numPr>
          <w:ilvl w:val="0"/>
          <w:numId w:val="0"/>
        </w:numPr>
        <w:rPr>
          <w:lang w:val="fr-FR"/>
        </w:rPr>
      </w:pPr>
      <w:r w:rsidRPr="00201CAB">
        <w:rPr>
          <w:lang w:val="fr-FR"/>
        </w:rPr>
        <w:t>Transporte plusieurs VLAN simultanément.</w:t>
      </w:r>
    </w:p>
    <w:p w14:paraId="628BD58C" w14:textId="77777777" w:rsidR="00201CAB" w:rsidRPr="00201CAB" w:rsidRDefault="00201CAB" w:rsidP="00201CAB">
      <w:pPr>
        <w:pStyle w:val="Listenumros"/>
        <w:numPr>
          <w:ilvl w:val="0"/>
          <w:numId w:val="0"/>
        </w:numPr>
        <w:rPr>
          <w:lang w:val="fr-FR"/>
        </w:rPr>
      </w:pPr>
      <w:r w:rsidRPr="00201CAB">
        <w:rPr>
          <w:lang w:val="fr-FR"/>
        </w:rPr>
        <w:t>Trames taggées 802.1Q, sauf éventuellement le VLAN natif.</w:t>
      </w:r>
    </w:p>
    <w:p w14:paraId="298C474F" w14:textId="228767AB" w:rsidR="00201CAB" w:rsidRPr="00201CAB" w:rsidRDefault="00201CAB" w:rsidP="00201CAB">
      <w:pPr>
        <w:pStyle w:val="Listenumros"/>
        <w:numPr>
          <w:ilvl w:val="0"/>
          <w:numId w:val="0"/>
        </w:numPr>
        <w:rPr>
          <w:lang w:val="fr-FR"/>
        </w:rPr>
      </w:pPr>
      <w:r w:rsidRPr="00201CAB">
        <w:rPr>
          <w:lang w:val="fr-FR"/>
        </w:rPr>
        <w:t>Usage : switch</w:t>
      </w:r>
      <w:r>
        <w:rPr>
          <w:lang w:val="fr-FR"/>
        </w:rPr>
        <w:t xml:space="preserve"> - </w:t>
      </w:r>
      <w:r w:rsidRPr="00201CAB">
        <w:rPr>
          <w:lang w:val="fr-FR"/>
        </w:rPr>
        <w:t>switch, switch</w:t>
      </w:r>
      <w:r>
        <w:rPr>
          <w:lang w:val="fr-FR"/>
        </w:rPr>
        <w:t xml:space="preserve"> - </w:t>
      </w:r>
      <w:r w:rsidRPr="00201CAB">
        <w:rPr>
          <w:lang w:val="fr-FR"/>
        </w:rPr>
        <w:t>routeur, switch</w:t>
      </w:r>
      <w:r>
        <w:rPr>
          <w:lang w:val="fr-FR"/>
        </w:rPr>
        <w:t xml:space="preserve"> - </w:t>
      </w:r>
      <w:r w:rsidRPr="00201CAB">
        <w:rPr>
          <w:lang w:val="fr-FR"/>
        </w:rPr>
        <w:t>hyperviseur.</w:t>
      </w:r>
    </w:p>
    <w:p w14:paraId="05986750" w14:textId="77777777" w:rsidR="00201CAB" w:rsidRPr="00201CAB" w:rsidRDefault="00201CAB" w:rsidP="00201CAB">
      <w:pPr>
        <w:pStyle w:val="Listenumros"/>
        <w:numPr>
          <w:ilvl w:val="0"/>
          <w:numId w:val="0"/>
        </w:numPr>
        <w:rPr>
          <w:lang w:val="fr-FR"/>
        </w:rPr>
      </w:pPr>
    </w:p>
    <w:p w14:paraId="2C8F64AA" w14:textId="0BC19357" w:rsidR="00201CAB" w:rsidRPr="00201CAB" w:rsidRDefault="00201CAB" w:rsidP="00201CAB">
      <w:pPr>
        <w:pStyle w:val="Listenumros"/>
        <w:numPr>
          <w:ilvl w:val="0"/>
          <w:numId w:val="12"/>
        </w:numPr>
        <w:rPr>
          <w:b/>
          <w:bCs/>
          <w:lang w:val="fr-FR"/>
        </w:rPr>
      </w:pPr>
      <w:r w:rsidRPr="00201CAB">
        <w:rPr>
          <w:b/>
          <w:bCs/>
          <w:lang w:val="fr-FR"/>
        </w:rPr>
        <w:t>General (spécifique Cisco SMB) :</w:t>
      </w:r>
    </w:p>
    <w:p w14:paraId="5D74BFBF" w14:textId="77777777" w:rsidR="00201CAB" w:rsidRPr="000943AA" w:rsidRDefault="00201CAB" w:rsidP="00201CAB">
      <w:pPr>
        <w:pStyle w:val="Listenumros"/>
        <w:numPr>
          <w:ilvl w:val="0"/>
          <w:numId w:val="0"/>
        </w:numPr>
        <w:rPr>
          <w:strike/>
          <w:lang w:val="fr-FR"/>
        </w:rPr>
      </w:pPr>
      <w:r w:rsidRPr="000943AA">
        <w:rPr>
          <w:strike/>
          <w:lang w:val="fr-FR"/>
        </w:rPr>
        <w:t>Mode hybride : mélange de VLAN taggés et non taggés sur un même port.</w:t>
      </w:r>
    </w:p>
    <w:p w14:paraId="62ECDE8C" w14:textId="033D8BFE" w:rsidR="00201CAB" w:rsidRPr="000943AA" w:rsidRDefault="00201CAB" w:rsidP="00201CAB">
      <w:pPr>
        <w:pStyle w:val="Listenumros"/>
        <w:numPr>
          <w:ilvl w:val="0"/>
          <w:numId w:val="0"/>
        </w:numPr>
        <w:rPr>
          <w:strike/>
          <w:lang w:val="fr-FR"/>
        </w:rPr>
      </w:pPr>
      <w:r w:rsidRPr="000943AA">
        <w:rPr>
          <w:strike/>
          <w:lang w:val="fr-FR"/>
        </w:rPr>
        <w:t>Très flexible mais plus risqué car les erreurs de configuration sont fréquentes.</w:t>
      </w:r>
    </w:p>
    <w:p w14:paraId="5DD789A4" w14:textId="34228ABC" w:rsidR="00774126" w:rsidRDefault="00201CAB" w:rsidP="00201CAB">
      <w:pPr>
        <w:pStyle w:val="Listenumros"/>
        <w:numPr>
          <w:ilvl w:val="0"/>
          <w:numId w:val="0"/>
        </w:numPr>
        <w:rPr>
          <w:strike/>
          <w:lang w:val="fr-FR"/>
        </w:rPr>
      </w:pPr>
      <w:r w:rsidRPr="000943AA">
        <w:rPr>
          <w:strike/>
          <w:lang w:val="fr-FR"/>
        </w:rPr>
        <w:t>À réserver aux cas maîtrisés (AP multi-SSID, besoins legacy).</w:t>
      </w:r>
    </w:p>
    <w:p w14:paraId="1B1FBC54" w14:textId="77777777" w:rsidR="000943AA" w:rsidRDefault="000943AA" w:rsidP="00201CAB">
      <w:pPr>
        <w:pStyle w:val="Listenumros"/>
        <w:numPr>
          <w:ilvl w:val="0"/>
          <w:numId w:val="0"/>
        </w:numPr>
        <w:rPr>
          <w:strike/>
          <w:lang w:val="fr-FR"/>
        </w:rPr>
      </w:pPr>
    </w:p>
    <w:p w14:paraId="32D4F89A" w14:textId="01B2AC33" w:rsidR="000943AA" w:rsidRPr="000943AA" w:rsidRDefault="000943AA" w:rsidP="000943AA">
      <w:pPr>
        <w:pStyle w:val="Listenumros"/>
        <w:numPr>
          <w:ilvl w:val="0"/>
          <w:numId w:val="12"/>
        </w:numPr>
        <w:rPr>
          <w:b/>
          <w:bCs/>
          <w:lang w:val="fr-FR"/>
        </w:rPr>
      </w:pPr>
      <w:r w:rsidRPr="000943AA">
        <w:rPr>
          <w:b/>
          <w:bCs/>
          <w:lang w:val="fr-FR"/>
        </w:rPr>
        <w:t>Voice :</w:t>
      </w:r>
    </w:p>
    <w:p w14:paraId="0AA4EBA9" w14:textId="77777777" w:rsidR="00774126" w:rsidRPr="00D50259" w:rsidRDefault="00774126" w:rsidP="00774126">
      <w:pPr>
        <w:pStyle w:val="Listenumros"/>
        <w:numPr>
          <w:ilvl w:val="0"/>
          <w:numId w:val="0"/>
        </w:numPr>
        <w:ind w:left="360" w:hanging="360"/>
        <w:rPr>
          <w:lang w:val="fr-FR"/>
        </w:rPr>
      </w:pPr>
    </w:p>
    <w:p w14:paraId="6605EE5B" w14:textId="71C0F5FE" w:rsidR="00CD71FC" w:rsidRPr="00201CAB" w:rsidRDefault="006B5664">
      <w:pPr>
        <w:pStyle w:val="Listenumros"/>
        <w:rPr>
          <w:b/>
          <w:bCs/>
          <w:lang w:val="fr-FR"/>
        </w:rPr>
      </w:pPr>
      <w:r w:rsidRPr="00201CAB">
        <w:rPr>
          <w:b/>
          <w:bCs/>
          <w:lang w:val="fr-FR"/>
        </w:rPr>
        <w:t>Pourquoi changer le VLAN natif sur un trunk ?</w:t>
      </w:r>
    </w:p>
    <w:p w14:paraId="0E45948B" w14:textId="77777777" w:rsidR="00774126" w:rsidRDefault="00774126" w:rsidP="00774126">
      <w:pPr>
        <w:pStyle w:val="Listenumros"/>
        <w:numPr>
          <w:ilvl w:val="0"/>
          <w:numId w:val="0"/>
        </w:numPr>
        <w:ind w:left="360" w:hanging="360"/>
        <w:rPr>
          <w:lang w:val="fr-FR"/>
        </w:rPr>
      </w:pPr>
    </w:p>
    <w:p w14:paraId="7ACFB38C" w14:textId="6C037ED6" w:rsidR="00201CAB" w:rsidRPr="00201CAB" w:rsidRDefault="00201CAB" w:rsidP="00201CAB">
      <w:pPr>
        <w:pStyle w:val="Listenumros"/>
        <w:numPr>
          <w:ilvl w:val="0"/>
          <w:numId w:val="0"/>
        </w:numPr>
        <w:ind w:left="360" w:hanging="360"/>
        <w:rPr>
          <w:lang w:val="fr-FR"/>
        </w:rPr>
      </w:pPr>
      <w:r>
        <w:rPr>
          <w:lang w:val="fr-FR"/>
        </w:rPr>
        <w:t xml:space="preserve">- </w:t>
      </w:r>
      <w:r w:rsidRPr="00201CAB">
        <w:rPr>
          <w:lang w:val="fr-FR"/>
        </w:rPr>
        <w:t>Éviter les attaques VLAN hopping basées sur le VLAN 1.</w:t>
      </w:r>
    </w:p>
    <w:p w14:paraId="0D27EA9D" w14:textId="77777777" w:rsidR="00201CAB" w:rsidRPr="00201CAB" w:rsidRDefault="00201CAB" w:rsidP="00201CAB">
      <w:pPr>
        <w:pStyle w:val="Listenumros"/>
        <w:numPr>
          <w:ilvl w:val="0"/>
          <w:numId w:val="0"/>
        </w:numPr>
        <w:ind w:left="360" w:hanging="360"/>
        <w:rPr>
          <w:lang w:val="fr-FR"/>
        </w:rPr>
      </w:pPr>
      <w:r w:rsidRPr="00201CAB">
        <w:rPr>
          <w:lang w:val="fr-FR"/>
        </w:rPr>
        <w:t>- Éviter les mélanges involontaires de trafic non taggé.</w:t>
      </w:r>
    </w:p>
    <w:p w14:paraId="6D7DB614" w14:textId="4F603A1D" w:rsidR="00774126" w:rsidRDefault="00201CAB" w:rsidP="00201CAB">
      <w:pPr>
        <w:pStyle w:val="Listenumros"/>
        <w:numPr>
          <w:ilvl w:val="0"/>
          <w:numId w:val="0"/>
        </w:numPr>
        <w:ind w:left="360" w:hanging="360"/>
        <w:rPr>
          <w:lang w:val="fr-FR"/>
        </w:rPr>
      </w:pPr>
      <w:r w:rsidRPr="00201CAB">
        <w:rPr>
          <w:lang w:val="fr-FR"/>
        </w:rPr>
        <w:t>- Forcer une cohérence stricte entre équipements.</w:t>
      </w:r>
    </w:p>
    <w:p w14:paraId="0EDA5C40" w14:textId="77777777" w:rsidR="00201CAB" w:rsidRDefault="00201CAB" w:rsidP="00201CAB">
      <w:pPr>
        <w:pStyle w:val="Listenumros"/>
        <w:numPr>
          <w:ilvl w:val="0"/>
          <w:numId w:val="0"/>
        </w:numPr>
        <w:ind w:left="360" w:hanging="360"/>
        <w:rPr>
          <w:lang w:val="fr-FR"/>
        </w:rPr>
      </w:pPr>
    </w:p>
    <w:p w14:paraId="441A7510" w14:textId="10EA3EE2" w:rsidR="00201CAB" w:rsidRDefault="00201CAB" w:rsidP="00201CAB">
      <w:pPr>
        <w:pStyle w:val="Listenumros"/>
        <w:numPr>
          <w:ilvl w:val="0"/>
          <w:numId w:val="0"/>
        </w:numPr>
        <w:ind w:left="360" w:hanging="360"/>
        <w:rPr>
          <w:lang w:val="fr-FR"/>
        </w:rPr>
      </w:pPr>
      <w:r w:rsidRPr="00201CAB">
        <w:rPr>
          <w:u w:val="single"/>
          <w:lang w:val="fr-FR"/>
        </w:rPr>
        <w:t>Bonne pratique</w:t>
      </w:r>
      <w:r w:rsidRPr="00201CAB">
        <w:rPr>
          <w:lang w:val="fr-FR"/>
        </w:rPr>
        <w:t xml:space="preserve"> :</w:t>
      </w:r>
      <w:r>
        <w:rPr>
          <w:lang w:val="fr-FR"/>
        </w:rPr>
        <w:t xml:space="preserve"> </w:t>
      </w:r>
      <w:r w:rsidRPr="00201CAB">
        <w:rPr>
          <w:lang w:val="fr-FR"/>
        </w:rPr>
        <w:t>VLAN natif non utilisé, dédié, sans IP</w:t>
      </w:r>
      <w:r>
        <w:rPr>
          <w:lang w:val="fr-FR"/>
        </w:rPr>
        <w:t>, par ex. : VLAN 999</w:t>
      </w:r>
    </w:p>
    <w:p w14:paraId="5D597EB0" w14:textId="77777777" w:rsidR="00774126" w:rsidRPr="00D50259" w:rsidRDefault="00774126" w:rsidP="00774126">
      <w:pPr>
        <w:pStyle w:val="Listenumros"/>
        <w:numPr>
          <w:ilvl w:val="0"/>
          <w:numId w:val="0"/>
        </w:numPr>
        <w:ind w:left="360" w:hanging="360"/>
        <w:rPr>
          <w:lang w:val="fr-FR"/>
        </w:rPr>
      </w:pPr>
    </w:p>
    <w:p w14:paraId="0C95F42D" w14:textId="399FE0C2" w:rsidR="00CD71FC" w:rsidRPr="00D02BE5" w:rsidRDefault="006B5664">
      <w:pPr>
        <w:pStyle w:val="Listenumros"/>
        <w:rPr>
          <w:b/>
          <w:bCs/>
          <w:lang w:val="fr-FR"/>
        </w:rPr>
      </w:pPr>
      <w:r w:rsidRPr="00D02BE5">
        <w:rPr>
          <w:b/>
          <w:bCs/>
          <w:lang w:val="fr-FR"/>
        </w:rPr>
        <w:t>À quoi sert un VLAN de management dédié ?</w:t>
      </w:r>
    </w:p>
    <w:p w14:paraId="2E1B3993" w14:textId="77777777" w:rsidR="00774126" w:rsidRDefault="00774126" w:rsidP="00774126">
      <w:pPr>
        <w:pStyle w:val="Listenumros"/>
        <w:numPr>
          <w:ilvl w:val="0"/>
          <w:numId w:val="0"/>
        </w:numPr>
        <w:ind w:left="360" w:hanging="360"/>
        <w:rPr>
          <w:lang w:val="fr-FR"/>
        </w:rPr>
      </w:pPr>
    </w:p>
    <w:p w14:paraId="737DA9A8" w14:textId="4B24A972" w:rsidR="00774126" w:rsidRDefault="00201CAB" w:rsidP="00774126">
      <w:pPr>
        <w:pStyle w:val="Listenumros"/>
        <w:numPr>
          <w:ilvl w:val="0"/>
          <w:numId w:val="0"/>
        </w:numPr>
        <w:ind w:left="360" w:hanging="360"/>
        <w:rPr>
          <w:lang w:val="fr-FR"/>
        </w:rPr>
      </w:pPr>
      <w:r>
        <w:rPr>
          <w:lang w:val="fr-FR"/>
        </w:rPr>
        <w:t>Un VLAN de management sert à isoler :</w:t>
      </w:r>
    </w:p>
    <w:p w14:paraId="0C436734" w14:textId="3DB291ED" w:rsidR="00201CAB" w:rsidRDefault="00201CAB" w:rsidP="00201CAB">
      <w:pPr>
        <w:pStyle w:val="Listenumros"/>
        <w:numPr>
          <w:ilvl w:val="0"/>
          <w:numId w:val="12"/>
        </w:numPr>
        <w:rPr>
          <w:lang w:val="fr-FR"/>
        </w:rPr>
      </w:pPr>
      <w:r>
        <w:rPr>
          <w:lang w:val="fr-FR"/>
        </w:rPr>
        <w:t>L’accès SSH / HTTPS / SNMP des équipements réseau,</w:t>
      </w:r>
    </w:p>
    <w:p w14:paraId="2077F7DA" w14:textId="5CDAA4D3" w:rsidR="00201CAB" w:rsidRDefault="00201CAB" w:rsidP="00201CAB">
      <w:pPr>
        <w:pStyle w:val="Listenumros"/>
        <w:numPr>
          <w:ilvl w:val="0"/>
          <w:numId w:val="12"/>
        </w:numPr>
        <w:rPr>
          <w:lang w:val="fr-FR"/>
        </w:rPr>
      </w:pPr>
      <w:r>
        <w:rPr>
          <w:lang w:val="fr-FR"/>
        </w:rPr>
        <w:t>L’administration des switchs, routeurs, NAS, etc.</w:t>
      </w:r>
    </w:p>
    <w:p w14:paraId="427453D8" w14:textId="77777777" w:rsidR="00201CAB" w:rsidRDefault="00201CAB" w:rsidP="00201CAB">
      <w:pPr>
        <w:pStyle w:val="Listenumros"/>
        <w:numPr>
          <w:ilvl w:val="0"/>
          <w:numId w:val="0"/>
        </w:numPr>
        <w:ind w:left="360" w:hanging="360"/>
        <w:rPr>
          <w:lang w:val="fr-FR"/>
        </w:rPr>
      </w:pPr>
    </w:p>
    <w:p w14:paraId="2A61432B" w14:textId="0F306738" w:rsidR="00201CAB" w:rsidRDefault="00201CAB" w:rsidP="00201CAB">
      <w:pPr>
        <w:pStyle w:val="Listenumros"/>
        <w:numPr>
          <w:ilvl w:val="0"/>
          <w:numId w:val="0"/>
        </w:numPr>
        <w:ind w:left="360" w:hanging="360"/>
        <w:rPr>
          <w:lang w:val="fr-FR"/>
        </w:rPr>
      </w:pPr>
      <w:r>
        <w:rPr>
          <w:lang w:val="fr-FR"/>
        </w:rPr>
        <w:t xml:space="preserve">Avantages : </w:t>
      </w:r>
    </w:p>
    <w:p w14:paraId="139C575D" w14:textId="03DFB181" w:rsidR="00201CAB" w:rsidRDefault="00201CAB" w:rsidP="00201CAB">
      <w:pPr>
        <w:pStyle w:val="Listenumros"/>
        <w:numPr>
          <w:ilvl w:val="0"/>
          <w:numId w:val="12"/>
        </w:numPr>
        <w:rPr>
          <w:lang w:val="fr-FR"/>
        </w:rPr>
      </w:pPr>
      <w:r>
        <w:rPr>
          <w:lang w:val="fr-FR"/>
        </w:rPr>
        <w:t>Surface d’attaque réduite,</w:t>
      </w:r>
    </w:p>
    <w:p w14:paraId="74BA8D9B" w14:textId="6B0ADC09" w:rsidR="00201CAB" w:rsidRDefault="00D02BE5" w:rsidP="00201CAB">
      <w:pPr>
        <w:pStyle w:val="Listenumros"/>
        <w:numPr>
          <w:ilvl w:val="0"/>
          <w:numId w:val="12"/>
        </w:numPr>
        <w:rPr>
          <w:lang w:val="fr-FR"/>
        </w:rPr>
      </w:pPr>
      <w:r>
        <w:rPr>
          <w:lang w:val="fr-FR"/>
        </w:rPr>
        <w:t>Contrôle d’accès fin (ACL, Firewall).</w:t>
      </w:r>
    </w:p>
    <w:p w14:paraId="4480E480" w14:textId="77777777" w:rsidR="00D02BE5" w:rsidRDefault="00D02BE5" w:rsidP="00D02BE5">
      <w:pPr>
        <w:pStyle w:val="Listenumros"/>
        <w:numPr>
          <w:ilvl w:val="0"/>
          <w:numId w:val="0"/>
        </w:numPr>
        <w:ind w:left="360" w:hanging="360"/>
        <w:rPr>
          <w:lang w:val="fr-FR"/>
        </w:rPr>
      </w:pPr>
    </w:p>
    <w:p w14:paraId="43C46F2B" w14:textId="735C3BFB" w:rsidR="00D02BE5" w:rsidRDefault="00D02BE5" w:rsidP="00D02BE5">
      <w:pPr>
        <w:pStyle w:val="Listenumros"/>
        <w:numPr>
          <w:ilvl w:val="0"/>
          <w:numId w:val="0"/>
        </w:numPr>
        <w:ind w:left="360" w:hanging="360"/>
        <w:rPr>
          <w:lang w:val="fr-FR"/>
        </w:rPr>
      </w:pPr>
      <w:r w:rsidRPr="00D02BE5">
        <w:rPr>
          <w:u w:val="single"/>
          <w:lang w:val="fr-FR"/>
        </w:rPr>
        <w:t>Important</w:t>
      </w:r>
      <w:r>
        <w:rPr>
          <w:lang w:val="fr-FR"/>
        </w:rPr>
        <w:t> : Le VLAN de management ne transporte jamais de trafic utilisateur</w:t>
      </w:r>
    </w:p>
    <w:p w14:paraId="29AFA08C" w14:textId="77777777" w:rsidR="00774126" w:rsidRPr="00D50259" w:rsidRDefault="00774126" w:rsidP="00774126">
      <w:pPr>
        <w:pStyle w:val="Listenumros"/>
        <w:numPr>
          <w:ilvl w:val="0"/>
          <w:numId w:val="0"/>
        </w:numPr>
        <w:ind w:left="360" w:hanging="360"/>
        <w:rPr>
          <w:lang w:val="fr-FR"/>
        </w:rPr>
      </w:pPr>
    </w:p>
    <w:p w14:paraId="6FC51107" w14:textId="631D273F" w:rsidR="00CD71FC" w:rsidRPr="00D02BE5" w:rsidRDefault="006B5664">
      <w:pPr>
        <w:pStyle w:val="Listenumros"/>
        <w:rPr>
          <w:b/>
          <w:bCs/>
        </w:rPr>
      </w:pPr>
      <w:r w:rsidRPr="00D02BE5">
        <w:rPr>
          <w:b/>
          <w:bCs/>
          <w:lang w:val="fr-FR"/>
        </w:rPr>
        <w:t xml:space="preserve">Quelles vérifications réaliser après l’affectation des ports (1,5,10,15…) </w:t>
      </w:r>
      <w:r w:rsidRPr="00D02BE5">
        <w:rPr>
          <w:b/>
          <w:bCs/>
        </w:rPr>
        <w:t>?</w:t>
      </w:r>
    </w:p>
    <w:p w14:paraId="3E1F7D85" w14:textId="77777777" w:rsidR="00774126" w:rsidRDefault="00774126" w:rsidP="00774126">
      <w:pPr>
        <w:pStyle w:val="Listenumros"/>
        <w:numPr>
          <w:ilvl w:val="0"/>
          <w:numId w:val="0"/>
        </w:numPr>
        <w:ind w:left="360" w:hanging="360"/>
      </w:pPr>
    </w:p>
    <w:p w14:paraId="4337C8ED" w14:textId="7083C342" w:rsidR="00D02BE5" w:rsidRDefault="00D02BE5" w:rsidP="00D02BE5">
      <w:pPr>
        <w:pStyle w:val="Listenumros"/>
        <w:numPr>
          <w:ilvl w:val="0"/>
          <w:numId w:val="0"/>
        </w:numPr>
      </w:pPr>
      <w:r>
        <w:t>→ Le bon VLAN est assigné (Access VLAN ou VLAN autorisés sur trunk).</w:t>
      </w:r>
    </w:p>
    <w:p w14:paraId="554CCDA5" w14:textId="5A196A9D" w:rsidR="00D02BE5" w:rsidRDefault="00D02BE5" w:rsidP="00D02BE5">
      <w:pPr>
        <w:pStyle w:val="Listenumros"/>
        <w:numPr>
          <w:ilvl w:val="0"/>
          <w:numId w:val="0"/>
        </w:numPr>
      </w:pPr>
      <w:r>
        <w:t>→ Tag / untag cohérent avec l’équipement connecté.</w:t>
      </w:r>
    </w:p>
    <w:p w14:paraId="2DB8EA44" w14:textId="52C6C098" w:rsidR="00D02BE5" w:rsidRDefault="00D02BE5" w:rsidP="00D02BE5">
      <w:pPr>
        <w:pStyle w:val="Listenumros"/>
        <w:numPr>
          <w:ilvl w:val="0"/>
          <w:numId w:val="0"/>
        </w:numPr>
      </w:pPr>
      <w:r>
        <w:t>→ L’état du port (up/up, vitesse, duplex).</w:t>
      </w:r>
    </w:p>
    <w:p w14:paraId="5D169760" w14:textId="187F5469" w:rsidR="00D02BE5" w:rsidRDefault="00D02BE5" w:rsidP="00D02BE5">
      <w:pPr>
        <w:pStyle w:val="Listenumros"/>
        <w:numPr>
          <w:ilvl w:val="0"/>
          <w:numId w:val="0"/>
        </w:numPr>
      </w:pPr>
      <w:r>
        <w:t>→ L’hôte reçoit une IP du bon sous réseau (DHCP ou statique).</w:t>
      </w:r>
    </w:p>
    <w:p w14:paraId="6FA7B10F" w14:textId="7F44CCF4" w:rsidR="00D02BE5" w:rsidRDefault="00D02BE5" w:rsidP="00D02BE5">
      <w:pPr>
        <w:pStyle w:val="Listenumros"/>
        <w:numPr>
          <w:ilvl w:val="0"/>
          <w:numId w:val="0"/>
        </w:numPr>
      </w:pPr>
      <w:r>
        <w:t>→ Ping de la passerelle, puis inter-VLAN si attendu.</w:t>
      </w:r>
    </w:p>
    <w:p w14:paraId="1E4E6A74" w14:textId="5AA3284E" w:rsidR="00774126" w:rsidRDefault="00D02BE5" w:rsidP="00D02BE5">
      <w:pPr>
        <w:pStyle w:val="Listenumros"/>
        <w:numPr>
          <w:ilvl w:val="0"/>
          <w:numId w:val="0"/>
        </w:numPr>
      </w:pPr>
      <w:r>
        <w:t>→ Pas d’IP dans un mauvais VLAN par défaut (VLAN 1 typiquement).</w:t>
      </w:r>
    </w:p>
    <w:p w14:paraId="15EFEC70" w14:textId="304E37B7" w:rsidR="00774126" w:rsidRDefault="00D02BE5" w:rsidP="00D02BE5">
      <w:r>
        <w:br w:type="page"/>
      </w:r>
    </w:p>
    <w:p w14:paraId="762B1999" w14:textId="410D29DB" w:rsidR="00CD71FC" w:rsidRPr="00FB4ABB" w:rsidRDefault="006B5664">
      <w:pPr>
        <w:pStyle w:val="Listenumros"/>
        <w:rPr>
          <w:b/>
          <w:bCs/>
          <w:lang w:val="fr-FR"/>
        </w:rPr>
      </w:pPr>
      <w:r w:rsidRPr="00FB4ABB">
        <w:rPr>
          <w:b/>
          <w:bCs/>
          <w:lang w:val="fr-FR"/>
        </w:rPr>
        <w:lastRenderedPageBreak/>
        <w:t>Donnez les impacts d’un mauvais tag/untag sur la connectivité.</w:t>
      </w:r>
    </w:p>
    <w:bookmarkEnd w:id="4"/>
    <w:p w14:paraId="5A71BC78" w14:textId="77777777" w:rsidR="00774126" w:rsidRDefault="00774126" w:rsidP="00774126">
      <w:pPr>
        <w:pStyle w:val="Listenumros"/>
        <w:numPr>
          <w:ilvl w:val="0"/>
          <w:numId w:val="0"/>
        </w:numPr>
        <w:ind w:left="360" w:hanging="360"/>
        <w:rPr>
          <w:lang w:val="fr-FR"/>
        </w:rPr>
      </w:pPr>
    </w:p>
    <w:p w14:paraId="498B7F89" w14:textId="3C0BEBF7" w:rsidR="00774126" w:rsidRDefault="00D02BE5" w:rsidP="00774126">
      <w:pPr>
        <w:pStyle w:val="Listenumros"/>
        <w:numPr>
          <w:ilvl w:val="0"/>
          <w:numId w:val="0"/>
        </w:numPr>
        <w:ind w:left="360" w:hanging="360"/>
        <w:rPr>
          <w:lang w:val="fr-FR"/>
        </w:rPr>
      </w:pPr>
      <w:r>
        <w:rPr>
          <w:lang w:val="fr-FR"/>
        </w:rPr>
        <w:t>→ Pas d’IP (DHCP vu dans un autre VLAN)</w:t>
      </w:r>
    </w:p>
    <w:p w14:paraId="2A1C3C62" w14:textId="2B52FC8C" w:rsidR="00D02BE5" w:rsidRDefault="00D02BE5" w:rsidP="00774126">
      <w:pPr>
        <w:pStyle w:val="Listenumros"/>
        <w:numPr>
          <w:ilvl w:val="0"/>
          <w:numId w:val="0"/>
        </w:numPr>
        <w:ind w:left="360" w:hanging="360"/>
        <w:rPr>
          <w:lang w:val="fr-FR"/>
        </w:rPr>
      </w:pPr>
      <w:r>
        <w:rPr>
          <w:lang w:val="fr-FR"/>
        </w:rPr>
        <w:t>→ IP OK mais pas de passerelle → SVI inaccessible</w:t>
      </w:r>
    </w:p>
    <w:p w14:paraId="43327D58" w14:textId="7A8C149A" w:rsidR="00D02BE5" w:rsidRDefault="00D02BE5" w:rsidP="00774126">
      <w:pPr>
        <w:pStyle w:val="Listenumros"/>
        <w:numPr>
          <w:ilvl w:val="0"/>
          <w:numId w:val="0"/>
        </w:numPr>
        <w:ind w:left="360" w:hanging="360"/>
        <w:rPr>
          <w:lang w:val="fr-FR"/>
        </w:rPr>
      </w:pPr>
      <w:r>
        <w:rPr>
          <w:lang w:val="fr-FR"/>
        </w:rPr>
        <w:t>→ Accès local OK mais pas inter-VLAN</w:t>
      </w:r>
    </w:p>
    <w:p w14:paraId="626C69F6" w14:textId="155727F4" w:rsidR="00D02BE5" w:rsidRDefault="00D02BE5" w:rsidP="00774126">
      <w:pPr>
        <w:pStyle w:val="Listenumros"/>
        <w:numPr>
          <w:ilvl w:val="0"/>
          <w:numId w:val="0"/>
        </w:numPr>
        <w:ind w:left="360" w:hanging="360"/>
        <w:rPr>
          <w:lang w:val="fr-FR"/>
        </w:rPr>
      </w:pPr>
      <w:r>
        <w:rPr>
          <w:lang w:val="fr-FR"/>
        </w:rPr>
        <w:t>→ Boucle ou trafic fantôme si le VLAN est mal propagé</w:t>
      </w:r>
    </w:p>
    <w:p w14:paraId="01DF7A31" w14:textId="04E2012D" w:rsidR="00D02BE5" w:rsidRDefault="00D02BE5" w:rsidP="00774126">
      <w:pPr>
        <w:pStyle w:val="Listenumros"/>
        <w:numPr>
          <w:ilvl w:val="0"/>
          <w:numId w:val="0"/>
        </w:numPr>
        <w:ind w:left="360" w:hanging="360"/>
        <w:rPr>
          <w:lang w:val="fr-FR"/>
        </w:rPr>
      </w:pPr>
      <w:r>
        <w:rPr>
          <w:lang w:val="fr-FR"/>
        </w:rPr>
        <w:t xml:space="preserve">→ Pannes intermittentes </w:t>
      </w:r>
    </w:p>
    <w:p w14:paraId="445A5901" w14:textId="77777777" w:rsidR="00D02BE5" w:rsidRDefault="00D02BE5" w:rsidP="00774126">
      <w:pPr>
        <w:pStyle w:val="Listenumros"/>
        <w:numPr>
          <w:ilvl w:val="0"/>
          <w:numId w:val="0"/>
        </w:numPr>
        <w:ind w:left="360" w:hanging="360"/>
        <w:rPr>
          <w:lang w:val="fr-FR"/>
        </w:rPr>
      </w:pPr>
    </w:p>
    <w:p w14:paraId="2205427B" w14:textId="61E43BE6" w:rsidR="00D02BE5" w:rsidRDefault="00D02BE5" w:rsidP="00774126">
      <w:pPr>
        <w:pStyle w:val="Listenumros"/>
        <w:numPr>
          <w:ilvl w:val="0"/>
          <w:numId w:val="0"/>
        </w:numPr>
        <w:ind w:left="360" w:hanging="360"/>
        <w:rPr>
          <w:lang w:val="fr-FR"/>
        </w:rPr>
      </w:pPr>
      <w:r>
        <w:rPr>
          <w:lang w:val="fr-FR"/>
        </w:rPr>
        <w:t>Mauvais tag = souvent une connectivité partielle (le réseau « fonctionnaute »)</w:t>
      </w:r>
    </w:p>
    <w:p w14:paraId="69BFE624" w14:textId="77777777" w:rsidR="00774126" w:rsidRPr="00D50259" w:rsidRDefault="00774126" w:rsidP="00774126">
      <w:pPr>
        <w:pStyle w:val="Listenumros"/>
        <w:numPr>
          <w:ilvl w:val="0"/>
          <w:numId w:val="0"/>
        </w:numPr>
        <w:ind w:left="360" w:hanging="360"/>
        <w:rPr>
          <w:lang w:val="fr-FR"/>
        </w:rPr>
      </w:pPr>
    </w:p>
    <w:p w14:paraId="6E81FDB0" w14:textId="77777777" w:rsidR="00CD71FC" w:rsidRDefault="006B5664">
      <w:pPr>
        <w:pStyle w:val="Titre1"/>
      </w:pPr>
      <w:bookmarkStart w:id="5" w:name="OLE_LINK4"/>
      <w:r>
        <w:t>Questions – Sécurité (SSH/ACL)</w:t>
      </w:r>
    </w:p>
    <w:p w14:paraId="0BEE3390" w14:textId="0F99510C" w:rsidR="00CD71FC" w:rsidRDefault="006B5664">
      <w:pPr>
        <w:pStyle w:val="Listenumros"/>
        <w:rPr>
          <w:lang w:val="fr-FR"/>
        </w:rPr>
      </w:pPr>
      <w:r w:rsidRPr="00D50259">
        <w:rPr>
          <w:lang w:val="fr-FR"/>
        </w:rPr>
        <w:t>Pourquoi privilégier SSH v2 à Telnet pour l’administration ?</w:t>
      </w:r>
    </w:p>
    <w:p w14:paraId="75DFB522" w14:textId="77777777" w:rsidR="00774126" w:rsidRDefault="00774126" w:rsidP="00774126">
      <w:pPr>
        <w:pStyle w:val="Listenumros"/>
        <w:numPr>
          <w:ilvl w:val="0"/>
          <w:numId w:val="0"/>
        </w:numPr>
        <w:ind w:left="360" w:hanging="360"/>
        <w:rPr>
          <w:lang w:val="fr-FR"/>
        </w:rPr>
      </w:pPr>
    </w:p>
    <w:p w14:paraId="0DF5C5DD" w14:textId="579F4889" w:rsidR="002E5FCB" w:rsidRPr="002E5FCB" w:rsidRDefault="002E5FCB" w:rsidP="002E5FCB">
      <w:pPr>
        <w:pStyle w:val="Listenumros"/>
        <w:numPr>
          <w:ilvl w:val="0"/>
          <w:numId w:val="12"/>
        </w:numPr>
        <w:rPr>
          <w:lang w:val="fr-FR"/>
        </w:rPr>
      </w:pPr>
      <w:r w:rsidRPr="002E5FCB">
        <w:rPr>
          <w:lang w:val="fr-FR"/>
        </w:rPr>
        <w:t xml:space="preserve">Chiffrement : </w:t>
      </w:r>
      <w:r w:rsidRPr="002E5FCB">
        <w:rPr>
          <w:b/>
          <w:bCs/>
          <w:lang w:val="fr-FR"/>
        </w:rPr>
        <w:t>SSH chiffre</w:t>
      </w:r>
      <w:r w:rsidRPr="002E5FCB">
        <w:rPr>
          <w:lang w:val="fr-FR"/>
        </w:rPr>
        <w:t xml:space="preserve"> identifiants + commandes + données ; </w:t>
      </w:r>
      <w:r w:rsidRPr="002E5FCB">
        <w:rPr>
          <w:b/>
          <w:bCs/>
          <w:lang w:val="fr-FR"/>
        </w:rPr>
        <w:t>Telnet transmet tout en clair</w:t>
      </w:r>
      <w:r w:rsidRPr="002E5FCB">
        <w:rPr>
          <w:lang w:val="fr-FR"/>
        </w:rPr>
        <w:t>.</w:t>
      </w:r>
    </w:p>
    <w:p w14:paraId="28B456C6" w14:textId="5C91136E" w:rsidR="002E5FCB" w:rsidRPr="002E5FCB" w:rsidRDefault="002E5FCB" w:rsidP="002E5FCB">
      <w:pPr>
        <w:pStyle w:val="Listenumros"/>
        <w:numPr>
          <w:ilvl w:val="0"/>
          <w:numId w:val="12"/>
        </w:numPr>
        <w:rPr>
          <w:lang w:val="fr-FR"/>
        </w:rPr>
      </w:pPr>
      <w:r w:rsidRPr="002E5FCB">
        <w:rPr>
          <w:lang w:val="fr-FR"/>
        </w:rPr>
        <w:t xml:space="preserve">Intégrité : </w:t>
      </w:r>
      <w:r w:rsidRPr="002E5FCB">
        <w:rPr>
          <w:b/>
          <w:bCs/>
          <w:lang w:val="fr-FR"/>
        </w:rPr>
        <w:t>SSH garantit</w:t>
      </w:r>
      <w:r w:rsidRPr="002E5FCB">
        <w:rPr>
          <w:lang w:val="fr-FR"/>
        </w:rPr>
        <w:t xml:space="preserve"> que les </w:t>
      </w:r>
      <w:r w:rsidRPr="002E5FCB">
        <w:rPr>
          <w:b/>
          <w:bCs/>
          <w:lang w:val="fr-FR"/>
        </w:rPr>
        <w:t>données ne sont pas altérées</w:t>
      </w:r>
      <w:r w:rsidRPr="002E5FCB">
        <w:rPr>
          <w:lang w:val="fr-FR"/>
        </w:rPr>
        <w:t xml:space="preserve"> en transit.</w:t>
      </w:r>
    </w:p>
    <w:p w14:paraId="2971B935" w14:textId="4F1B8118" w:rsidR="002E5FCB" w:rsidRPr="002E5FCB" w:rsidRDefault="002E5FCB" w:rsidP="002E5FCB">
      <w:pPr>
        <w:pStyle w:val="Listenumros"/>
        <w:numPr>
          <w:ilvl w:val="0"/>
          <w:numId w:val="12"/>
        </w:numPr>
        <w:rPr>
          <w:lang w:val="fr-FR"/>
        </w:rPr>
      </w:pPr>
      <w:r w:rsidRPr="002E5FCB">
        <w:rPr>
          <w:lang w:val="fr-FR"/>
        </w:rPr>
        <w:t>Authentification forte : support des clés, algorithmes robustes, négociation sécurisée.</w:t>
      </w:r>
    </w:p>
    <w:p w14:paraId="5F407435" w14:textId="3903FFD4" w:rsidR="00774126" w:rsidRDefault="002E5FCB" w:rsidP="002E5FCB">
      <w:pPr>
        <w:pStyle w:val="Listenumros"/>
        <w:numPr>
          <w:ilvl w:val="0"/>
          <w:numId w:val="12"/>
        </w:numPr>
        <w:rPr>
          <w:lang w:val="fr-FR"/>
        </w:rPr>
      </w:pPr>
      <w:r w:rsidRPr="002E5FCB">
        <w:rPr>
          <w:lang w:val="fr-FR"/>
        </w:rPr>
        <w:t xml:space="preserve">SSH v2 corrige des faiblesses de </w:t>
      </w:r>
      <w:r>
        <w:rPr>
          <w:lang w:val="fr-FR"/>
        </w:rPr>
        <w:t xml:space="preserve">la </w:t>
      </w:r>
      <w:r w:rsidRPr="002E5FCB">
        <w:rPr>
          <w:lang w:val="fr-FR"/>
        </w:rPr>
        <w:t>v</w:t>
      </w:r>
      <w:r>
        <w:rPr>
          <w:lang w:val="fr-FR"/>
        </w:rPr>
        <w:t xml:space="preserve">ersion </w:t>
      </w:r>
      <w:r w:rsidRPr="002E5FCB">
        <w:rPr>
          <w:lang w:val="fr-FR"/>
        </w:rPr>
        <w:t>1 (crypto, handshake).</w:t>
      </w:r>
    </w:p>
    <w:p w14:paraId="74A5CA60" w14:textId="77777777" w:rsidR="00774126" w:rsidRPr="00D50259" w:rsidRDefault="00774126" w:rsidP="00774126">
      <w:pPr>
        <w:pStyle w:val="Listenumros"/>
        <w:numPr>
          <w:ilvl w:val="0"/>
          <w:numId w:val="0"/>
        </w:numPr>
        <w:ind w:left="360" w:hanging="360"/>
        <w:rPr>
          <w:lang w:val="fr-FR"/>
        </w:rPr>
      </w:pPr>
    </w:p>
    <w:p w14:paraId="4C3CE112" w14:textId="21FA083D" w:rsidR="00CD71FC" w:rsidRPr="002E5FCB" w:rsidRDefault="006B5664">
      <w:pPr>
        <w:pStyle w:val="Listenumros"/>
        <w:rPr>
          <w:b/>
          <w:bCs/>
          <w:lang w:val="fr-FR"/>
        </w:rPr>
      </w:pPr>
      <w:r w:rsidRPr="002E5FCB">
        <w:rPr>
          <w:b/>
          <w:bCs/>
          <w:lang w:val="fr-FR"/>
        </w:rPr>
        <w:t>Expliquez le rôle des ACL sur lignes VTY (access‑class).</w:t>
      </w:r>
    </w:p>
    <w:p w14:paraId="3824B4E0" w14:textId="77777777" w:rsidR="00774126" w:rsidRDefault="00774126" w:rsidP="00774126">
      <w:pPr>
        <w:pStyle w:val="Listenumros"/>
        <w:numPr>
          <w:ilvl w:val="0"/>
          <w:numId w:val="0"/>
        </w:numPr>
        <w:ind w:left="360" w:hanging="360"/>
        <w:rPr>
          <w:lang w:val="fr-FR"/>
        </w:rPr>
      </w:pPr>
    </w:p>
    <w:p w14:paraId="59555978" w14:textId="2D09FBF2" w:rsidR="00774126" w:rsidRDefault="002E5FCB" w:rsidP="002E5FCB">
      <w:pPr>
        <w:pStyle w:val="Listenumros"/>
        <w:numPr>
          <w:ilvl w:val="0"/>
          <w:numId w:val="0"/>
        </w:numPr>
        <w:rPr>
          <w:lang w:val="fr-FR"/>
        </w:rPr>
      </w:pPr>
      <w:r w:rsidRPr="002E5FCB">
        <w:rPr>
          <w:lang w:val="fr-FR"/>
        </w:rPr>
        <w:t>Les ACL appliquées aux lignes VTY contrôlent qui a le droit de se connecter (SSH/Telnet) au plan de management.</w:t>
      </w:r>
    </w:p>
    <w:p w14:paraId="46579B14" w14:textId="579C6157" w:rsidR="002E5FCB" w:rsidRDefault="002E5FCB" w:rsidP="002E5FCB">
      <w:pPr>
        <w:pStyle w:val="Listenumros"/>
        <w:numPr>
          <w:ilvl w:val="0"/>
          <w:numId w:val="0"/>
        </w:numPr>
        <w:rPr>
          <w:lang w:val="fr-FR"/>
        </w:rPr>
      </w:pPr>
      <w:proofErr w:type="gramStart"/>
      <w:r w:rsidRPr="002E5FCB">
        <w:rPr>
          <w:rFonts w:ascii="Consolas" w:hAnsi="Consolas"/>
          <w:color w:val="FFFFFF" w:themeColor="background1"/>
          <w:highlight w:val="black"/>
          <w:lang w:val="fr-FR"/>
        </w:rPr>
        <w:t>access</w:t>
      </w:r>
      <w:proofErr w:type="gramEnd"/>
      <w:r w:rsidRPr="002E5FCB">
        <w:rPr>
          <w:rFonts w:ascii="Consolas" w:hAnsi="Consolas"/>
          <w:color w:val="FFFFFF" w:themeColor="background1"/>
          <w:highlight w:val="black"/>
          <w:lang w:val="fr-FR"/>
        </w:rPr>
        <w:t>-class &lt;ACL&gt; in</w:t>
      </w:r>
      <w:r w:rsidRPr="002E5FCB">
        <w:rPr>
          <w:color w:val="FFFFFF" w:themeColor="background1"/>
          <w:lang w:val="fr-FR"/>
        </w:rPr>
        <w:t xml:space="preserve"> </w:t>
      </w:r>
      <w:r w:rsidRPr="002E5FCB">
        <w:rPr>
          <w:lang w:val="fr-FR"/>
        </w:rPr>
        <w:t>filtre les IP sources autorisées à ouvrir une session.</w:t>
      </w:r>
    </w:p>
    <w:p w14:paraId="4409687D" w14:textId="0AAC80A4" w:rsidR="002E5FCB" w:rsidRDefault="002E5FCB" w:rsidP="002E5FCB">
      <w:pPr>
        <w:pStyle w:val="Listenumros"/>
        <w:numPr>
          <w:ilvl w:val="0"/>
          <w:numId w:val="0"/>
        </w:numPr>
        <w:rPr>
          <w:lang w:val="fr-FR"/>
        </w:rPr>
      </w:pPr>
      <w:r w:rsidRPr="002E5FCB">
        <w:rPr>
          <w:lang w:val="fr-FR"/>
        </w:rPr>
        <w:t>C’est une barrière d’entrée avant même l’authentification.</w:t>
      </w:r>
    </w:p>
    <w:p w14:paraId="18BD5DF2" w14:textId="77777777" w:rsidR="00774126" w:rsidRPr="00D50259" w:rsidRDefault="00774126" w:rsidP="00774126">
      <w:pPr>
        <w:pStyle w:val="Listenumros"/>
        <w:numPr>
          <w:ilvl w:val="0"/>
          <w:numId w:val="0"/>
        </w:numPr>
        <w:ind w:left="360" w:hanging="360"/>
        <w:rPr>
          <w:lang w:val="fr-FR"/>
        </w:rPr>
      </w:pPr>
    </w:p>
    <w:p w14:paraId="56934D80" w14:textId="6370E66D" w:rsidR="00CD71FC" w:rsidRPr="002E5FCB" w:rsidRDefault="006B5664">
      <w:pPr>
        <w:pStyle w:val="Listenumros"/>
        <w:rPr>
          <w:b/>
          <w:bCs/>
          <w:lang w:val="fr-FR"/>
        </w:rPr>
      </w:pPr>
      <w:r w:rsidRPr="002E5FCB">
        <w:rPr>
          <w:b/>
          <w:bCs/>
          <w:lang w:val="fr-FR"/>
        </w:rPr>
        <w:t>Pourquoi restreindre l’administration au VLAN de management ?</w:t>
      </w:r>
    </w:p>
    <w:p w14:paraId="5DF20D7B" w14:textId="77777777" w:rsidR="00774126" w:rsidRDefault="00774126" w:rsidP="00774126">
      <w:pPr>
        <w:pStyle w:val="Listenumros"/>
        <w:numPr>
          <w:ilvl w:val="0"/>
          <w:numId w:val="0"/>
        </w:numPr>
        <w:ind w:left="360" w:hanging="360"/>
        <w:rPr>
          <w:lang w:val="fr-FR"/>
        </w:rPr>
      </w:pPr>
    </w:p>
    <w:p w14:paraId="47095E5D" w14:textId="1FE8D9E1" w:rsidR="00774126" w:rsidRDefault="002E5FCB" w:rsidP="002E5FCB">
      <w:pPr>
        <w:pStyle w:val="Listenumros"/>
        <w:numPr>
          <w:ilvl w:val="0"/>
          <w:numId w:val="12"/>
        </w:numPr>
        <w:rPr>
          <w:lang w:val="fr-FR"/>
        </w:rPr>
      </w:pPr>
      <w:r>
        <w:rPr>
          <w:lang w:val="fr-FR"/>
        </w:rPr>
        <w:t>Pour réduire la surface d’attaque : pas d’administration depuis les VLANs utilisateurs,</w:t>
      </w:r>
    </w:p>
    <w:p w14:paraId="3B6B34B2" w14:textId="5BE092BF" w:rsidR="002E5FCB" w:rsidRDefault="002E5FCB" w:rsidP="002E5FCB">
      <w:pPr>
        <w:pStyle w:val="Listenumros"/>
        <w:numPr>
          <w:ilvl w:val="0"/>
          <w:numId w:val="12"/>
        </w:numPr>
        <w:rPr>
          <w:lang w:val="fr-FR"/>
        </w:rPr>
      </w:pPr>
      <w:r>
        <w:rPr>
          <w:lang w:val="fr-FR"/>
        </w:rPr>
        <w:t>Pour un contôle centralisé : ACL, firewall, bastion, journalisation,</w:t>
      </w:r>
    </w:p>
    <w:p w14:paraId="7F360E5C" w14:textId="5C73FAFA" w:rsidR="002E5FCB" w:rsidRDefault="002E5FCB" w:rsidP="002E5FCB">
      <w:pPr>
        <w:pStyle w:val="Listenumros"/>
        <w:numPr>
          <w:ilvl w:val="0"/>
          <w:numId w:val="12"/>
        </w:numPr>
        <w:rPr>
          <w:lang w:val="fr-FR"/>
        </w:rPr>
      </w:pPr>
      <w:r>
        <w:rPr>
          <w:lang w:val="fr-FR"/>
        </w:rPr>
        <w:t>Conformité et audit facilités.</w:t>
      </w:r>
    </w:p>
    <w:p w14:paraId="1D5AB1E2" w14:textId="77777777" w:rsidR="002E5FCB" w:rsidRDefault="002E5FCB" w:rsidP="00774126">
      <w:pPr>
        <w:pStyle w:val="Listenumros"/>
        <w:numPr>
          <w:ilvl w:val="0"/>
          <w:numId w:val="0"/>
        </w:numPr>
        <w:ind w:left="360" w:hanging="360"/>
        <w:rPr>
          <w:lang w:val="fr-FR"/>
        </w:rPr>
      </w:pPr>
    </w:p>
    <w:p w14:paraId="41FD8D35" w14:textId="687030BE" w:rsidR="002E5FCB" w:rsidRDefault="002E5FCB">
      <w:pPr>
        <w:rPr>
          <w:lang w:val="fr-FR"/>
        </w:rPr>
      </w:pPr>
      <w:r>
        <w:rPr>
          <w:lang w:val="fr-FR"/>
        </w:rPr>
        <w:br w:type="page"/>
      </w:r>
    </w:p>
    <w:p w14:paraId="330AE6C1" w14:textId="77777777" w:rsidR="00774126" w:rsidRPr="00D50259" w:rsidRDefault="00774126" w:rsidP="002E5FCB">
      <w:pPr>
        <w:pStyle w:val="Listenumros"/>
        <w:numPr>
          <w:ilvl w:val="0"/>
          <w:numId w:val="0"/>
        </w:numPr>
        <w:rPr>
          <w:lang w:val="fr-FR"/>
        </w:rPr>
      </w:pPr>
    </w:p>
    <w:p w14:paraId="6C10F8CB" w14:textId="04C7707A" w:rsidR="00CD71FC" w:rsidRPr="006D263B" w:rsidRDefault="006B5664">
      <w:pPr>
        <w:pStyle w:val="Listenumros"/>
        <w:rPr>
          <w:b/>
          <w:bCs/>
          <w:lang w:val="fr-FR"/>
        </w:rPr>
      </w:pPr>
      <w:r w:rsidRPr="006D263B">
        <w:rPr>
          <w:b/>
          <w:bCs/>
          <w:lang w:val="fr-FR"/>
        </w:rPr>
        <w:t>Quelles bonnes pratiques pour les mots de passe/secret ?</w:t>
      </w:r>
    </w:p>
    <w:p w14:paraId="3E1A854D" w14:textId="77777777" w:rsidR="00774126" w:rsidRDefault="00774126" w:rsidP="00774126">
      <w:pPr>
        <w:pStyle w:val="Listenumros"/>
        <w:numPr>
          <w:ilvl w:val="0"/>
          <w:numId w:val="0"/>
        </w:numPr>
        <w:ind w:left="360" w:hanging="360"/>
        <w:rPr>
          <w:lang w:val="fr-FR"/>
        </w:rPr>
      </w:pPr>
    </w:p>
    <w:p w14:paraId="2497D768" w14:textId="4A3F269C" w:rsidR="00774126" w:rsidRDefault="002E5FCB" w:rsidP="002E5FCB">
      <w:pPr>
        <w:pStyle w:val="Listenumros"/>
        <w:numPr>
          <w:ilvl w:val="0"/>
          <w:numId w:val="12"/>
        </w:numPr>
        <w:rPr>
          <w:lang w:val="fr-FR"/>
        </w:rPr>
      </w:pPr>
      <w:r w:rsidRPr="002E5FCB">
        <w:rPr>
          <w:lang w:val="fr-FR"/>
        </w:rPr>
        <w:t>Secrets chiffrés/haschés</w:t>
      </w:r>
      <w:r>
        <w:rPr>
          <w:lang w:val="fr-FR"/>
        </w:rPr>
        <w:t xml:space="preserve"> (jamais en clair)</w:t>
      </w:r>
      <w:r w:rsidR="006D263B">
        <w:rPr>
          <w:lang w:val="fr-FR"/>
        </w:rPr>
        <w:t>.</w:t>
      </w:r>
    </w:p>
    <w:p w14:paraId="4D08CB7D" w14:textId="04B5B721" w:rsidR="002E5FCB" w:rsidRDefault="002E5FCB" w:rsidP="002E5FCB">
      <w:pPr>
        <w:pStyle w:val="Listenumros"/>
        <w:numPr>
          <w:ilvl w:val="0"/>
          <w:numId w:val="12"/>
        </w:numPr>
        <w:rPr>
          <w:lang w:val="fr-FR"/>
        </w:rPr>
      </w:pPr>
      <w:r>
        <w:rPr>
          <w:lang w:val="fr-FR"/>
        </w:rPr>
        <w:t>Pas de réutilisation</w:t>
      </w:r>
      <w:r w:rsidR="006D263B">
        <w:rPr>
          <w:lang w:val="fr-FR"/>
        </w:rPr>
        <w:t>.</w:t>
      </w:r>
    </w:p>
    <w:p w14:paraId="03492C83" w14:textId="73B8FC4B" w:rsidR="006D263B" w:rsidRDefault="002E5FCB" w:rsidP="002E5FCB">
      <w:pPr>
        <w:pStyle w:val="Listenumros"/>
        <w:numPr>
          <w:ilvl w:val="0"/>
          <w:numId w:val="12"/>
        </w:numPr>
        <w:rPr>
          <w:lang w:val="fr-FR"/>
        </w:rPr>
      </w:pPr>
      <w:r>
        <w:rPr>
          <w:lang w:val="fr-FR"/>
        </w:rPr>
        <w:t>Rotation maîtrisée et révocation immédiate en cas de doute</w:t>
      </w:r>
      <w:r w:rsidR="006D263B">
        <w:rPr>
          <w:lang w:val="fr-FR"/>
        </w:rPr>
        <w:t>.</w:t>
      </w:r>
    </w:p>
    <w:p w14:paraId="319366A4" w14:textId="7BA1AEA4" w:rsidR="002E5FCB" w:rsidRDefault="006D263B" w:rsidP="002E5FCB">
      <w:pPr>
        <w:pStyle w:val="Listenumros"/>
        <w:numPr>
          <w:ilvl w:val="0"/>
          <w:numId w:val="12"/>
        </w:numPr>
        <w:rPr>
          <w:lang w:val="fr-FR"/>
        </w:rPr>
      </w:pPr>
      <w:r>
        <w:rPr>
          <w:lang w:val="fr-FR"/>
        </w:rPr>
        <w:t>Clés SSH pour les administrateurs – idéalement désactiver le login par mdp si possible.</w:t>
      </w:r>
      <w:r w:rsidR="002E5FCB">
        <w:rPr>
          <w:lang w:val="fr-FR"/>
        </w:rPr>
        <w:t xml:space="preserve"> </w:t>
      </w:r>
    </w:p>
    <w:p w14:paraId="7F4C869F" w14:textId="33D92B23" w:rsidR="006D263B" w:rsidRDefault="006D263B" w:rsidP="002E5FCB">
      <w:pPr>
        <w:pStyle w:val="Listenumros"/>
        <w:numPr>
          <w:ilvl w:val="0"/>
          <w:numId w:val="12"/>
        </w:numPr>
        <w:rPr>
          <w:lang w:val="fr-FR"/>
        </w:rPr>
      </w:pPr>
      <w:r>
        <w:rPr>
          <w:lang w:val="fr-FR"/>
        </w:rPr>
        <w:t>Stockage sécurisé, jamais en clair.</w:t>
      </w:r>
    </w:p>
    <w:p w14:paraId="69E31312" w14:textId="77777777" w:rsidR="00774126" w:rsidRPr="00D50259" w:rsidRDefault="00774126" w:rsidP="00774126">
      <w:pPr>
        <w:pStyle w:val="Listenumros"/>
        <w:numPr>
          <w:ilvl w:val="0"/>
          <w:numId w:val="0"/>
        </w:numPr>
        <w:ind w:left="360" w:hanging="360"/>
        <w:rPr>
          <w:lang w:val="fr-FR"/>
        </w:rPr>
      </w:pPr>
    </w:p>
    <w:p w14:paraId="62258705" w14:textId="03F9785B" w:rsidR="00CD71FC" w:rsidRPr="006D263B" w:rsidRDefault="006B5664">
      <w:pPr>
        <w:pStyle w:val="Listenumros"/>
        <w:rPr>
          <w:b/>
          <w:bCs/>
          <w:lang w:val="fr-FR"/>
        </w:rPr>
      </w:pPr>
      <w:r w:rsidRPr="006D263B">
        <w:rPr>
          <w:b/>
          <w:bCs/>
          <w:lang w:val="fr-FR"/>
        </w:rPr>
        <w:t>Que vérifie la commande show ip ssh ?</w:t>
      </w:r>
    </w:p>
    <w:bookmarkEnd w:id="5"/>
    <w:p w14:paraId="1C9AD25F" w14:textId="77777777" w:rsidR="00774126" w:rsidRDefault="00774126" w:rsidP="00774126">
      <w:pPr>
        <w:pStyle w:val="Listenumros"/>
        <w:numPr>
          <w:ilvl w:val="0"/>
          <w:numId w:val="0"/>
        </w:numPr>
        <w:ind w:left="360" w:hanging="360"/>
        <w:rPr>
          <w:lang w:val="fr-FR"/>
        </w:rPr>
      </w:pPr>
    </w:p>
    <w:p w14:paraId="1406C089" w14:textId="3ECEF952" w:rsidR="006D263B" w:rsidRPr="006D263B" w:rsidRDefault="006D263B" w:rsidP="006D263B">
      <w:pPr>
        <w:pStyle w:val="Listenumros"/>
        <w:numPr>
          <w:ilvl w:val="0"/>
          <w:numId w:val="0"/>
        </w:numPr>
        <w:rPr>
          <w:lang w:val="fr-FR"/>
        </w:rPr>
      </w:pPr>
      <w:proofErr w:type="gramStart"/>
      <w:r w:rsidRPr="006D263B">
        <w:rPr>
          <w:rFonts w:ascii="Consolas" w:hAnsi="Consolas"/>
          <w:color w:val="FFFFFF" w:themeColor="background1"/>
          <w:highlight w:val="black"/>
          <w:lang w:val="fr-FR"/>
        </w:rPr>
        <w:t>show</w:t>
      </w:r>
      <w:proofErr w:type="gramEnd"/>
      <w:r w:rsidRPr="006D263B">
        <w:rPr>
          <w:rFonts w:ascii="Consolas" w:hAnsi="Consolas"/>
          <w:color w:val="FFFFFF" w:themeColor="background1"/>
          <w:highlight w:val="black"/>
          <w:lang w:val="fr-FR"/>
        </w:rPr>
        <w:t xml:space="preserve"> ip ssh</w:t>
      </w:r>
      <w:r w:rsidRPr="006D263B">
        <w:rPr>
          <w:color w:val="FFFFFF" w:themeColor="background1"/>
          <w:lang w:val="fr-FR"/>
        </w:rPr>
        <w:t xml:space="preserve"> </w:t>
      </w:r>
      <w:r w:rsidRPr="006D263B">
        <w:rPr>
          <w:lang w:val="fr-FR"/>
        </w:rPr>
        <w:t>permet de contrôler l’état et la config du service SSH, notamment :</w:t>
      </w:r>
    </w:p>
    <w:p w14:paraId="6214F8EC" w14:textId="77777777" w:rsidR="006D263B" w:rsidRPr="006D263B" w:rsidRDefault="006D263B" w:rsidP="006D263B">
      <w:pPr>
        <w:pStyle w:val="Listenumros"/>
        <w:numPr>
          <w:ilvl w:val="0"/>
          <w:numId w:val="0"/>
        </w:numPr>
        <w:rPr>
          <w:lang w:val="fr-FR"/>
        </w:rPr>
      </w:pPr>
    </w:p>
    <w:p w14:paraId="599E5591" w14:textId="3B418F77" w:rsidR="006D263B" w:rsidRPr="006D263B" w:rsidRDefault="006D263B" w:rsidP="006D263B">
      <w:pPr>
        <w:pStyle w:val="Listenumros"/>
        <w:numPr>
          <w:ilvl w:val="0"/>
          <w:numId w:val="12"/>
        </w:numPr>
        <w:rPr>
          <w:lang w:val="fr-FR"/>
        </w:rPr>
      </w:pPr>
      <w:r w:rsidRPr="006D263B">
        <w:rPr>
          <w:lang w:val="fr-FR"/>
        </w:rPr>
        <w:t>Version SSH active (v1/v2).</w:t>
      </w:r>
    </w:p>
    <w:p w14:paraId="478EA58B" w14:textId="371115E4" w:rsidR="006D263B" w:rsidRPr="006D263B" w:rsidRDefault="006D263B" w:rsidP="006D263B">
      <w:pPr>
        <w:pStyle w:val="Listenumros"/>
        <w:numPr>
          <w:ilvl w:val="0"/>
          <w:numId w:val="12"/>
        </w:numPr>
        <w:rPr>
          <w:lang w:val="fr-FR"/>
        </w:rPr>
      </w:pPr>
      <w:r w:rsidRPr="006D263B">
        <w:rPr>
          <w:lang w:val="fr-FR"/>
        </w:rPr>
        <w:t>Timeout et retries de session.</w:t>
      </w:r>
    </w:p>
    <w:p w14:paraId="12BAB83B" w14:textId="65DC4C89" w:rsidR="006D263B" w:rsidRPr="006D263B" w:rsidRDefault="006D263B" w:rsidP="006D263B">
      <w:pPr>
        <w:pStyle w:val="Listenumros"/>
        <w:numPr>
          <w:ilvl w:val="0"/>
          <w:numId w:val="12"/>
        </w:numPr>
        <w:rPr>
          <w:lang w:val="fr-FR"/>
        </w:rPr>
      </w:pPr>
      <w:r w:rsidRPr="006D263B">
        <w:rPr>
          <w:lang w:val="fr-FR"/>
        </w:rPr>
        <w:t>État du service (actif/opérationnel).</w:t>
      </w:r>
    </w:p>
    <w:p w14:paraId="67728986" w14:textId="6D31D83F" w:rsidR="00774126" w:rsidRPr="00D50259" w:rsidRDefault="006D263B" w:rsidP="006D263B">
      <w:pPr>
        <w:pStyle w:val="Listenumros"/>
        <w:numPr>
          <w:ilvl w:val="0"/>
          <w:numId w:val="12"/>
        </w:numPr>
        <w:rPr>
          <w:lang w:val="fr-FR"/>
        </w:rPr>
      </w:pPr>
      <w:r w:rsidRPr="006D263B">
        <w:rPr>
          <w:lang w:val="fr-FR"/>
        </w:rPr>
        <w:t>Paramètres crypto dépendants de la plateforme.</w:t>
      </w:r>
    </w:p>
    <w:p w14:paraId="54B9ADA5" w14:textId="77777777" w:rsidR="00CD71FC" w:rsidRDefault="006B5664">
      <w:pPr>
        <w:pStyle w:val="Titre1"/>
      </w:pPr>
      <w:bookmarkStart w:id="6" w:name="OLE_LINK5"/>
      <w:r>
        <w:t>Questions – Téléphonie IP (ToIP)</w:t>
      </w:r>
    </w:p>
    <w:p w14:paraId="7247832E" w14:textId="419E3B66" w:rsidR="00CD71FC" w:rsidRPr="00377401" w:rsidRDefault="006B5664">
      <w:pPr>
        <w:pStyle w:val="Listenumros"/>
        <w:rPr>
          <w:b/>
          <w:bCs/>
          <w:lang w:val="fr-FR"/>
        </w:rPr>
      </w:pPr>
      <w:r w:rsidRPr="00377401">
        <w:rPr>
          <w:b/>
          <w:bCs/>
          <w:lang w:val="fr-FR"/>
        </w:rPr>
        <w:t>Citez les rôles de SIP, RTP, RTCP et leurs ports usuels.</w:t>
      </w:r>
    </w:p>
    <w:p w14:paraId="5BA2A2C7" w14:textId="77777777" w:rsidR="00774126" w:rsidRDefault="00774126" w:rsidP="00774126">
      <w:pPr>
        <w:pStyle w:val="Listenumros"/>
        <w:numPr>
          <w:ilvl w:val="0"/>
          <w:numId w:val="0"/>
        </w:numPr>
        <w:ind w:left="360" w:hanging="360"/>
        <w:rPr>
          <w:lang w:val="fr-FR"/>
        </w:rPr>
      </w:pPr>
    </w:p>
    <w:p w14:paraId="03AFC708" w14:textId="77777777" w:rsidR="00377401" w:rsidRPr="00377401" w:rsidRDefault="00377401" w:rsidP="00377401">
      <w:pPr>
        <w:pStyle w:val="Listenumros"/>
        <w:numPr>
          <w:ilvl w:val="0"/>
          <w:numId w:val="0"/>
        </w:numPr>
        <w:rPr>
          <w:i/>
          <w:iCs/>
          <w:lang w:val="fr-FR"/>
        </w:rPr>
      </w:pPr>
      <w:r w:rsidRPr="00377401">
        <w:rPr>
          <w:b/>
          <w:bCs/>
          <w:lang w:val="fr-FR"/>
        </w:rPr>
        <w:t xml:space="preserve">SIP </w:t>
      </w:r>
      <w:r w:rsidRPr="00377401">
        <w:rPr>
          <w:i/>
          <w:iCs/>
          <w:lang w:val="fr-FR"/>
        </w:rPr>
        <w:t>(Session Initiation Protocol)</w:t>
      </w:r>
    </w:p>
    <w:p w14:paraId="0973221A" w14:textId="77777777" w:rsidR="00377401" w:rsidRPr="00377401" w:rsidRDefault="00377401" w:rsidP="00377401">
      <w:pPr>
        <w:pStyle w:val="Listenumros"/>
        <w:numPr>
          <w:ilvl w:val="0"/>
          <w:numId w:val="0"/>
        </w:numPr>
        <w:rPr>
          <w:lang w:val="fr-FR"/>
        </w:rPr>
      </w:pPr>
      <w:r w:rsidRPr="00377401">
        <w:rPr>
          <w:lang w:val="fr-FR"/>
        </w:rPr>
        <w:t>Rôle : signalisation (établissement, modification, terminaison des appels).</w:t>
      </w:r>
    </w:p>
    <w:p w14:paraId="30E15DF9" w14:textId="2EBD4B20" w:rsidR="00774126" w:rsidRDefault="00377401" w:rsidP="00377401">
      <w:pPr>
        <w:pStyle w:val="Listenumros"/>
        <w:numPr>
          <w:ilvl w:val="0"/>
          <w:numId w:val="0"/>
        </w:numPr>
        <w:rPr>
          <w:lang w:val="fr-FR"/>
        </w:rPr>
      </w:pPr>
      <w:r w:rsidRPr="00377401">
        <w:rPr>
          <w:lang w:val="fr-FR"/>
        </w:rPr>
        <w:t>Ports usuels : 5060/UDP ou TCP (non chiffré), 5061/TCP (SIP over TLS)</w:t>
      </w:r>
    </w:p>
    <w:p w14:paraId="7238951D" w14:textId="77777777" w:rsidR="00377401" w:rsidRDefault="00377401" w:rsidP="00377401">
      <w:pPr>
        <w:pStyle w:val="Listenumros"/>
        <w:numPr>
          <w:ilvl w:val="0"/>
          <w:numId w:val="0"/>
        </w:numPr>
        <w:rPr>
          <w:lang w:val="fr-FR"/>
        </w:rPr>
      </w:pPr>
    </w:p>
    <w:p w14:paraId="296C8B93" w14:textId="77777777" w:rsidR="00377401" w:rsidRPr="00377401" w:rsidRDefault="00377401" w:rsidP="00377401">
      <w:pPr>
        <w:pStyle w:val="Listenumros"/>
        <w:numPr>
          <w:ilvl w:val="0"/>
          <w:numId w:val="0"/>
        </w:numPr>
        <w:ind w:left="360" w:hanging="360"/>
        <w:rPr>
          <w:i/>
          <w:iCs/>
          <w:lang w:val="fr-FR"/>
        </w:rPr>
      </w:pPr>
      <w:r w:rsidRPr="00377401">
        <w:rPr>
          <w:b/>
          <w:bCs/>
          <w:lang w:val="fr-FR"/>
        </w:rPr>
        <w:t>RTP</w:t>
      </w:r>
      <w:r w:rsidRPr="00377401">
        <w:rPr>
          <w:lang w:val="fr-FR"/>
        </w:rPr>
        <w:t xml:space="preserve"> </w:t>
      </w:r>
      <w:r w:rsidRPr="00377401">
        <w:rPr>
          <w:i/>
          <w:iCs/>
          <w:lang w:val="fr-FR"/>
        </w:rPr>
        <w:t>(Real-time Transport Protocol)</w:t>
      </w:r>
    </w:p>
    <w:p w14:paraId="44335A19" w14:textId="77777777" w:rsidR="00377401" w:rsidRPr="00377401" w:rsidRDefault="00377401" w:rsidP="00377401">
      <w:pPr>
        <w:pStyle w:val="Listenumros"/>
        <w:numPr>
          <w:ilvl w:val="0"/>
          <w:numId w:val="0"/>
        </w:numPr>
        <w:ind w:left="360" w:hanging="360"/>
        <w:rPr>
          <w:lang w:val="fr-FR"/>
        </w:rPr>
      </w:pPr>
      <w:r w:rsidRPr="00377401">
        <w:rPr>
          <w:lang w:val="fr-FR"/>
        </w:rPr>
        <w:t>Rôle : transport de la voix (flux audio temps réel).</w:t>
      </w:r>
    </w:p>
    <w:p w14:paraId="011446CE" w14:textId="77777777" w:rsidR="00377401" w:rsidRPr="00377401" w:rsidRDefault="00377401" w:rsidP="00377401">
      <w:pPr>
        <w:pStyle w:val="Listenumros"/>
        <w:numPr>
          <w:ilvl w:val="0"/>
          <w:numId w:val="0"/>
        </w:numPr>
        <w:ind w:left="360" w:hanging="360"/>
        <w:rPr>
          <w:lang w:val="fr-FR"/>
        </w:rPr>
      </w:pPr>
      <w:r w:rsidRPr="00377401">
        <w:rPr>
          <w:lang w:val="fr-FR"/>
        </w:rPr>
        <w:t>Ports : dynamiques (plages élevées, souvent UDP &gt; 1024, ex. 10000–20000).</w:t>
      </w:r>
    </w:p>
    <w:p w14:paraId="01ECF886" w14:textId="77777777" w:rsidR="00377401" w:rsidRPr="00377401" w:rsidRDefault="00377401" w:rsidP="00377401">
      <w:pPr>
        <w:pStyle w:val="Listenumros"/>
        <w:numPr>
          <w:ilvl w:val="0"/>
          <w:numId w:val="0"/>
        </w:numPr>
        <w:ind w:left="360"/>
        <w:rPr>
          <w:lang w:val="fr-FR"/>
        </w:rPr>
      </w:pPr>
    </w:p>
    <w:p w14:paraId="7B06DC2F" w14:textId="77777777" w:rsidR="00377401" w:rsidRPr="00377401" w:rsidRDefault="00377401" w:rsidP="00377401">
      <w:pPr>
        <w:pStyle w:val="Listenumros"/>
        <w:numPr>
          <w:ilvl w:val="0"/>
          <w:numId w:val="0"/>
        </w:numPr>
        <w:ind w:left="360" w:hanging="360"/>
        <w:rPr>
          <w:lang w:val="fr-FR"/>
        </w:rPr>
      </w:pPr>
      <w:r w:rsidRPr="00377401">
        <w:rPr>
          <w:b/>
          <w:bCs/>
          <w:lang w:val="fr-FR"/>
        </w:rPr>
        <w:t xml:space="preserve">RTCP </w:t>
      </w:r>
      <w:r w:rsidRPr="00377401">
        <w:rPr>
          <w:i/>
          <w:iCs/>
          <w:lang w:val="fr-FR"/>
        </w:rPr>
        <w:t>(RTP Control Protocol)</w:t>
      </w:r>
    </w:p>
    <w:p w14:paraId="5139E28E" w14:textId="77777777" w:rsidR="00377401" w:rsidRPr="00377401" w:rsidRDefault="00377401" w:rsidP="00377401">
      <w:pPr>
        <w:pStyle w:val="Listenumros"/>
        <w:numPr>
          <w:ilvl w:val="0"/>
          <w:numId w:val="0"/>
        </w:numPr>
        <w:ind w:left="360" w:hanging="360"/>
        <w:rPr>
          <w:lang w:val="fr-FR"/>
        </w:rPr>
      </w:pPr>
      <w:r w:rsidRPr="00377401">
        <w:rPr>
          <w:lang w:val="fr-FR"/>
        </w:rPr>
        <w:t>Rôle : retour qualité (jitter, perte, latence, stats).</w:t>
      </w:r>
    </w:p>
    <w:p w14:paraId="1E708D66" w14:textId="5F086730" w:rsidR="00377401" w:rsidRDefault="00377401" w:rsidP="00377401">
      <w:pPr>
        <w:pStyle w:val="Listenumros"/>
        <w:numPr>
          <w:ilvl w:val="0"/>
          <w:numId w:val="0"/>
        </w:numPr>
        <w:ind w:left="360" w:hanging="360"/>
        <w:rPr>
          <w:lang w:val="fr-FR"/>
        </w:rPr>
      </w:pPr>
      <w:r w:rsidRPr="00377401">
        <w:rPr>
          <w:lang w:val="fr-FR"/>
        </w:rPr>
        <w:t>Ports : généralement RTP + 1.</w:t>
      </w:r>
    </w:p>
    <w:p w14:paraId="13C100F1" w14:textId="17E4399A" w:rsidR="00774126" w:rsidRPr="00D50259" w:rsidRDefault="00377401" w:rsidP="00377401">
      <w:pPr>
        <w:rPr>
          <w:lang w:val="fr-FR"/>
        </w:rPr>
      </w:pPr>
      <w:r>
        <w:rPr>
          <w:lang w:val="fr-FR"/>
        </w:rPr>
        <w:br w:type="page"/>
      </w:r>
    </w:p>
    <w:p w14:paraId="3C807FA9" w14:textId="7D2E8565" w:rsidR="00CD71FC" w:rsidRPr="002A3CDB" w:rsidRDefault="006B5664">
      <w:pPr>
        <w:pStyle w:val="Listenumros"/>
        <w:rPr>
          <w:b/>
          <w:bCs/>
          <w:lang w:val="fr-FR"/>
        </w:rPr>
      </w:pPr>
      <w:r w:rsidRPr="002A3CDB">
        <w:rPr>
          <w:b/>
          <w:bCs/>
          <w:lang w:val="fr-FR"/>
        </w:rPr>
        <w:lastRenderedPageBreak/>
        <w:t>Pourquoi la QoS (DSCP EF) est‑elle essentielle pour la voix ?</w:t>
      </w:r>
    </w:p>
    <w:p w14:paraId="398414C9" w14:textId="77777777" w:rsidR="00774126" w:rsidRDefault="00774126" w:rsidP="00774126">
      <w:pPr>
        <w:pStyle w:val="Listenumros"/>
        <w:numPr>
          <w:ilvl w:val="0"/>
          <w:numId w:val="0"/>
        </w:numPr>
        <w:ind w:left="360" w:hanging="360"/>
        <w:rPr>
          <w:lang w:val="fr-FR"/>
        </w:rPr>
      </w:pPr>
    </w:p>
    <w:p w14:paraId="52F27D90" w14:textId="4957B7CE" w:rsidR="00377401" w:rsidRPr="00377401" w:rsidRDefault="00377401" w:rsidP="00377401">
      <w:pPr>
        <w:pStyle w:val="Listenumros"/>
        <w:numPr>
          <w:ilvl w:val="0"/>
          <w:numId w:val="0"/>
        </w:numPr>
        <w:rPr>
          <w:lang w:val="fr-FR"/>
        </w:rPr>
      </w:pPr>
      <w:r w:rsidRPr="00377401">
        <w:rPr>
          <w:lang w:val="fr-FR"/>
        </w:rPr>
        <w:t xml:space="preserve">La voix </w:t>
      </w:r>
      <w:r>
        <w:rPr>
          <w:lang w:val="fr-FR"/>
        </w:rPr>
        <w:t xml:space="preserve">sur </w:t>
      </w:r>
      <w:r w:rsidRPr="00377401">
        <w:rPr>
          <w:lang w:val="fr-FR"/>
        </w:rPr>
        <w:t xml:space="preserve">IP est </w:t>
      </w:r>
      <w:r>
        <w:rPr>
          <w:lang w:val="fr-FR"/>
        </w:rPr>
        <w:t xml:space="preserve">en </w:t>
      </w:r>
      <w:r w:rsidRPr="00377401">
        <w:rPr>
          <w:lang w:val="fr-FR"/>
        </w:rPr>
        <w:t xml:space="preserve">temps réel, donc </w:t>
      </w:r>
      <w:r w:rsidRPr="002A3CDB">
        <w:rPr>
          <w:b/>
          <w:bCs/>
          <w:lang w:val="fr-FR"/>
        </w:rPr>
        <w:t>très sensible à la latence et à la perte</w:t>
      </w:r>
      <w:r w:rsidRPr="00377401">
        <w:rPr>
          <w:lang w:val="fr-FR"/>
        </w:rPr>
        <w:t>.</w:t>
      </w:r>
    </w:p>
    <w:p w14:paraId="3BC7DE92" w14:textId="11C3EBE9" w:rsidR="00377401" w:rsidRPr="00377401" w:rsidRDefault="00377401" w:rsidP="00377401">
      <w:pPr>
        <w:pStyle w:val="Listenumros"/>
        <w:numPr>
          <w:ilvl w:val="0"/>
          <w:numId w:val="0"/>
        </w:numPr>
        <w:ind w:left="360" w:hanging="360"/>
        <w:rPr>
          <w:lang w:val="fr-FR"/>
        </w:rPr>
      </w:pPr>
      <w:r w:rsidRPr="002A3CDB">
        <w:rPr>
          <w:b/>
          <w:bCs/>
          <w:lang w:val="fr-FR"/>
        </w:rPr>
        <w:t>DSCP EF</w:t>
      </w:r>
      <w:r w:rsidRPr="00377401">
        <w:rPr>
          <w:lang w:val="fr-FR"/>
        </w:rPr>
        <w:t xml:space="preserve"> permet :</w:t>
      </w:r>
    </w:p>
    <w:p w14:paraId="3DE838AC" w14:textId="3A0DFDF4" w:rsidR="00377401" w:rsidRPr="00377401" w:rsidRDefault="00377401" w:rsidP="00377401">
      <w:pPr>
        <w:pStyle w:val="Listenumros"/>
        <w:numPr>
          <w:ilvl w:val="0"/>
          <w:numId w:val="12"/>
        </w:numPr>
        <w:rPr>
          <w:lang w:val="fr-FR"/>
        </w:rPr>
      </w:pPr>
      <w:r>
        <w:rPr>
          <w:lang w:val="fr-FR"/>
        </w:rPr>
        <w:t>L</w:t>
      </w:r>
      <w:r w:rsidRPr="00377401">
        <w:rPr>
          <w:lang w:val="fr-FR"/>
        </w:rPr>
        <w:t xml:space="preserve">a </w:t>
      </w:r>
      <w:r w:rsidRPr="002A3CDB">
        <w:rPr>
          <w:b/>
          <w:bCs/>
          <w:lang w:val="fr-FR"/>
        </w:rPr>
        <w:t>priorisation stricte</w:t>
      </w:r>
      <w:r w:rsidRPr="00377401">
        <w:rPr>
          <w:lang w:val="fr-FR"/>
        </w:rPr>
        <w:t xml:space="preserve"> des paquets voix,</w:t>
      </w:r>
    </w:p>
    <w:p w14:paraId="069EF012" w14:textId="011F4CA9" w:rsidR="00377401" w:rsidRPr="00377401" w:rsidRDefault="00377401" w:rsidP="00377401">
      <w:pPr>
        <w:pStyle w:val="Listenumros"/>
        <w:numPr>
          <w:ilvl w:val="0"/>
          <w:numId w:val="12"/>
        </w:numPr>
        <w:rPr>
          <w:lang w:val="fr-FR"/>
        </w:rPr>
      </w:pPr>
      <w:r>
        <w:rPr>
          <w:lang w:val="fr-FR"/>
        </w:rPr>
        <w:t>U</w:t>
      </w:r>
      <w:r w:rsidRPr="00377401">
        <w:rPr>
          <w:lang w:val="fr-FR"/>
        </w:rPr>
        <w:t xml:space="preserve">ne </w:t>
      </w:r>
      <w:r w:rsidRPr="002A3CDB">
        <w:rPr>
          <w:b/>
          <w:bCs/>
          <w:lang w:val="fr-FR"/>
        </w:rPr>
        <w:t>latence minimale</w:t>
      </w:r>
      <w:r w:rsidRPr="00377401">
        <w:rPr>
          <w:lang w:val="fr-FR"/>
        </w:rPr>
        <w:t>,</w:t>
      </w:r>
    </w:p>
    <w:p w14:paraId="71B599BB" w14:textId="5C1F0536" w:rsidR="00774126" w:rsidRDefault="00377401" w:rsidP="00377401">
      <w:pPr>
        <w:pStyle w:val="Listenumros"/>
        <w:numPr>
          <w:ilvl w:val="0"/>
          <w:numId w:val="12"/>
        </w:numPr>
        <w:rPr>
          <w:lang w:val="fr-FR"/>
        </w:rPr>
      </w:pPr>
      <w:r>
        <w:rPr>
          <w:lang w:val="fr-FR"/>
        </w:rPr>
        <w:t>U</w:t>
      </w:r>
      <w:r w:rsidRPr="00377401">
        <w:rPr>
          <w:lang w:val="fr-FR"/>
        </w:rPr>
        <w:t xml:space="preserve">ne </w:t>
      </w:r>
      <w:r w:rsidRPr="002A3CDB">
        <w:rPr>
          <w:b/>
          <w:bCs/>
          <w:lang w:val="fr-FR"/>
        </w:rPr>
        <w:t>meilleure stabilité</w:t>
      </w:r>
      <w:r w:rsidRPr="00377401">
        <w:rPr>
          <w:lang w:val="fr-FR"/>
        </w:rPr>
        <w:t xml:space="preserve"> audio même en congestion.</w:t>
      </w:r>
    </w:p>
    <w:p w14:paraId="0D1A457D" w14:textId="166B4D60" w:rsidR="00774126" w:rsidRPr="00D50259" w:rsidRDefault="008D51DA" w:rsidP="008D51DA">
      <w:pPr>
        <w:pStyle w:val="Listenumros"/>
        <w:numPr>
          <w:ilvl w:val="0"/>
          <w:numId w:val="0"/>
        </w:numPr>
        <w:tabs>
          <w:tab w:val="left" w:pos="5280"/>
        </w:tabs>
        <w:ind w:left="360" w:hanging="360"/>
        <w:rPr>
          <w:lang w:val="fr-FR"/>
        </w:rPr>
      </w:pPr>
      <w:r>
        <w:rPr>
          <w:lang w:val="fr-FR"/>
        </w:rPr>
        <w:tab/>
      </w:r>
      <w:r>
        <w:rPr>
          <w:lang w:val="fr-FR"/>
        </w:rPr>
        <w:tab/>
      </w:r>
    </w:p>
    <w:p w14:paraId="28AE4B4A" w14:textId="3978C710" w:rsidR="00CD71FC" w:rsidRPr="002A3CDB" w:rsidRDefault="006B5664">
      <w:pPr>
        <w:pStyle w:val="Listenumros"/>
        <w:rPr>
          <w:b/>
          <w:bCs/>
          <w:lang w:val="fr-FR"/>
        </w:rPr>
      </w:pPr>
      <w:r w:rsidRPr="002A3CDB">
        <w:rPr>
          <w:b/>
          <w:bCs/>
          <w:lang w:val="fr-FR"/>
        </w:rPr>
        <w:t>Qu’est‑ce qu’un VLAN voix et quel intérêt en production ?</w:t>
      </w:r>
    </w:p>
    <w:p w14:paraId="4811E990" w14:textId="77777777" w:rsidR="00774126" w:rsidRDefault="00774126" w:rsidP="00774126">
      <w:pPr>
        <w:pStyle w:val="Listenumros"/>
        <w:numPr>
          <w:ilvl w:val="0"/>
          <w:numId w:val="0"/>
        </w:numPr>
        <w:ind w:left="360" w:hanging="360"/>
        <w:rPr>
          <w:lang w:val="fr-FR"/>
        </w:rPr>
      </w:pPr>
    </w:p>
    <w:p w14:paraId="210688E5" w14:textId="77777777" w:rsidR="002A3CDB" w:rsidRPr="002A3CDB" w:rsidRDefault="002A3CDB" w:rsidP="002A3CDB">
      <w:pPr>
        <w:pStyle w:val="Listenumros"/>
        <w:numPr>
          <w:ilvl w:val="0"/>
          <w:numId w:val="0"/>
        </w:numPr>
        <w:rPr>
          <w:lang w:val="fr-FR"/>
        </w:rPr>
      </w:pPr>
      <w:r w:rsidRPr="002A3CDB">
        <w:rPr>
          <w:lang w:val="fr-FR"/>
        </w:rPr>
        <w:t>Un VLAN voix est un VLAN dédié aux terminaux téléphoniques IP.</w:t>
      </w:r>
    </w:p>
    <w:p w14:paraId="12BE8E17" w14:textId="77777777" w:rsidR="002A3CDB" w:rsidRPr="002A3CDB" w:rsidRDefault="002A3CDB" w:rsidP="002A3CDB">
      <w:pPr>
        <w:pStyle w:val="Listenumros"/>
        <w:numPr>
          <w:ilvl w:val="0"/>
          <w:numId w:val="0"/>
        </w:numPr>
        <w:rPr>
          <w:lang w:val="fr-FR"/>
        </w:rPr>
      </w:pPr>
    </w:p>
    <w:p w14:paraId="2CD3995F" w14:textId="5B433607" w:rsidR="002A3CDB" w:rsidRPr="002A3CDB" w:rsidRDefault="002A3CDB" w:rsidP="002A3CDB">
      <w:pPr>
        <w:pStyle w:val="Listenumros"/>
        <w:numPr>
          <w:ilvl w:val="0"/>
          <w:numId w:val="0"/>
        </w:numPr>
        <w:rPr>
          <w:lang w:val="fr-FR"/>
        </w:rPr>
      </w:pPr>
      <w:r w:rsidRPr="002A3CDB">
        <w:rPr>
          <w:u w:val="single"/>
          <w:lang w:val="fr-FR"/>
        </w:rPr>
        <w:t>Intérêts</w:t>
      </w:r>
      <w:r w:rsidRPr="002A3CDB">
        <w:rPr>
          <w:lang w:val="fr-FR"/>
        </w:rPr>
        <w:t xml:space="preserve"> :</w:t>
      </w:r>
    </w:p>
    <w:p w14:paraId="4CAFAD60" w14:textId="5EC697C5" w:rsidR="002A3CDB" w:rsidRPr="002A3CDB" w:rsidRDefault="002A3CDB" w:rsidP="002A3CDB">
      <w:pPr>
        <w:pStyle w:val="Listenumros"/>
        <w:numPr>
          <w:ilvl w:val="0"/>
          <w:numId w:val="12"/>
        </w:numPr>
        <w:rPr>
          <w:lang w:val="fr-FR"/>
        </w:rPr>
      </w:pPr>
      <w:r w:rsidRPr="002A3CDB">
        <w:rPr>
          <w:lang w:val="fr-FR"/>
        </w:rPr>
        <w:t>Séparation logique voix / d</w:t>
      </w:r>
      <w:r>
        <w:rPr>
          <w:lang w:val="fr-FR"/>
        </w:rPr>
        <w:t>onnées</w:t>
      </w:r>
      <w:r w:rsidRPr="002A3CDB">
        <w:rPr>
          <w:lang w:val="fr-FR"/>
        </w:rPr>
        <w:t>,</w:t>
      </w:r>
    </w:p>
    <w:p w14:paraId="78D6B395" w14:textId="2C3A2BBE" w:rsidR="002A3CDB" w:rsidRPr="002A3CDB" w:rsidRDefault="002A3CDB" w:rsidP="002A3CDB">
      <w:pPr>
        <w:pStyle w:val="Listenumros"/>
        <w:numPr>
          <w:ilvl w:val="0"/>
          <w:numId w:val="12"/>
        </w:numPr>
        <w:rPr>
          <w:lang w:val="fr-FR"/>
        </w:rPr>
      </w:pPr>
      <w:r w:rsidRPr="002A3CDB">
        <w:rPr>
          <w:lang w:val="fr-FR"/>
        </w:rPr>
        <w:t>QoS simplifiée (marquage automatique),</w:t>
      </w:r>
    </w:p>
    <w:p w14:paraId="24E72037" w14:textId="4F339404" w:rsidR="002A3CDB" w:rsidRPr="002A3CDB" w:rsidRDefault="002A3CDB" w:rsidP="002A3CDB">
      <w:pPr>
        <w:pStyle w:val="Listenumros"/>
        <w:numPr>
          <w:ilvl w:val="0"/>
          <w:numId w:val="12"/>
        </w:numPr>
        <w:rPr>
          <w:lang w:val="fr-FR"/>
        </w:rPr>
      </w:pPr>
      <w:r w:rsidRPr="002A3CDB">
        <w:rPr>
          <w:lang w:val="fr-FR"/>
        </w:rPr>
        <w:t>Sécurité accrue (ACL, filtrage, pas d’accès u</w:t>
      </w:r>
      <w:r>
        <w:rPr>
          <w:lang w:val="fr-FR"/>
        </w:rPr>
        <w:t>tilisateur</w:t>
      </w:r>
      <w:r w:rsidRPr="002A3CDB">
        <w:rPr>
          <w:lang w:val="fr-FR"/>
        </w:rPr>
        <w:t>),</w:t>
      </w:r>
    </w:p>
    <w:p w14:paraId="1E16BCE9" w14:textId="77777777" w:rsidR="00774126" w:rsidRPr="00D50259" w:rsidRDefault="00774126" w:rsidP="002A3CDB">
      <w:pPr>
        <w:pStyle w:val="Listenumros"/>
        <w:numPr>
          <w:ilvl w:val="0"/>
          <w:numId w:val="0"/>
        </w:numPr>
        <w:rPr>
          <w:lang w:val="fr-FR"/>
        </w:rPr>
      </w:pPr>
    </w:p>
    <w:p w14:paraId="418B2801" w14:textId="250565DF" w:rsidR="00CD71FC" w:rsidRPr="002A3CDB" w:rsidRDefault="006B5664">
      <w:pPr>
        <w:pStyle w:val="Listenumros"/>
        <w:rPr>
          <w:b/>
          <w:bCs/>
          <w:lang w:val="fr-FR"/>
        </w:rPr>
      </w:pPr>
      <w:r w:rsidRPr="002A3CDB">
        <w:rPr>
          <w:b/>
          <w:bCs/>
          <w:lang w:val="fr-FR"/>
        </w:rPr>
        <w:t>Donner un exemple de dimensionnement simple (G.711).</w:t>
      </w:r>
    </w:p>
    <w:p w14:paraId="3E7F3EFF" w14:textId="77777777" w:rsidR="00774126" w:rsidRDefault="00774126" w:rsidP="00774126">
      <w:pPr>
        <w:pStyle w:val="Listenumros"/>
        <w:numPr>
          <w:ilvl w:val="0"/>
          <w:numId w:val="0"/>
        </w:numPr>
        <w:ind w:left="360" w:hanging="360"/>
        <w:rPr>
          <w:lang w:val="fr-FR"/>
        </w:rPr>
      </w:pPr>
    </w:p>
    <w:p w14:paraId="67423E59" w14:textId="3B054A23" w:rsidR="002A3CDB" w:rsidRPr="002A3CDB" w:rsidRDefault="002A3CDB" w:rsidP="002A3CDB">
      <w:pPr>
        <w:pStyle w:val="Listenumros"/>
        <w:numPr>
          <w:ilvl w:val="0"/>
          <w:numId w:val="0"/>
        </w:numPr>
        <w:rPr>
          <w:lang w:val="fr-FR"/>
        </w:rPr>
      </w:pPr>
      <w:r w:rsidRPr="002A3CDB">
        <w:rPr>
          <w:lang w:val="fr-FR"/>
        </w:rPr>
        <w:t>Débit brut</w:t>
      </w:r>
      <w:r>
        <w:rPr>
          <w:lang w:val="fr-FR"/>
        </w:rPr>
        <w:t xml:space="preserve"> codec</w:t>
      </w:r>
      <w:r w:rsidRPr="002A3CDB">
        <w:rPr>
          <w:lang w:val="fr-FR"/>
        </w:rPr>
        <w:t xml:space="preserve"> G.711 : 64 kbps.</w:t>
      </w:r>
    </w:p>
    <w:p w14:paraId="185F0F88" w14:textId="77777777" w:rsidR="002A3CDB" w:rsidRPr="002A3CDB" w:rsidRDefault="002A3CDB" w:rsidP="002A3CDB">
      <w:pPr>
        <w:pStyle w:val="Listenumros"/>
        <w:numPr>
          <w:ilvl w:val="0"/>
          <w:numId w:val="0"/>
        </w:numPr>
        <w:rPr>
          <w:lang w:val="fr-FR"/>
        </w:rPr>
      </w:pPr>
      <w:r w:rsidRPr="002A3CDB">
        <w:rPr>
          <w:lang w:val="fr-FR"/>
        </w:rPr>
        <w:t xml:space="preserve">Avec en-têtes IP/UDP/RTP + Ethernet </w:t>
      </w:r>
      <w:r w:rsidRPr="002A3CDB">
        <w:rPr>
          <w:rFonts w:hint="eastAsia"/>
          <w:lang w:val="fr-FR"/>
        </w:rPr>
        <w:t>→</w:t>
      </w:r>
      <w:r w:rsidRPr="002A3CDB">
        <w:rPr>
          <w:lang w:val="fr-FR"/>
        </w:rPr>
        <w:t xml:space="preserve"> ≈ 80 à 90 kbps par appel (sens unique).</w:t>
      </w:r>
    </w:p>
    <w:p w14:paraId="54F0610B" w14:textId="62FD2275" w:rsidR="00774126" w:rsidRDefault="002A3CDB" w:rsidP="002A3CDB">
      <w:pPr>
        <w:pStyle w:val="Listenumros"/>
        <w:numPr>
          <w:ilvl w:val="0"/>
          <w:numId w:val="0"/>
        </w:numPr>
        <w:rPr>
          <w:lang w:val="fr-FR"/>
        </w:rPr>
      </w:pPr>
      <w:r w:rsidRPr="002A3CDB">
        <w:rPr>
          <w:lang w:val="fr-FR"/>
        </w:rPr>
        <w:t>En full-duplex : ≈ 160 à 180 kbps par appel.</w:t>
      </w:r>
    </w:p>
    <w:p w14:paraId="208F8DCB" w14:textId="77777777" w:rsidR="00774126" w:rsidRPr="00D50259" w:rsidRDefault="00774126" w:rsidP="00774126">
      <w:pPr>
        <w:pStyle w:val="Listenumros"/>
        <w:numPr>
          <w:ilvl w:val="0"/>
          <w:numId w:val="0"/>
        </w:numPr>
        <w:ind w:left="360" w:hanging="360"/>
        <w:rPr>
          <w:lang w:val="fr-FR"/>
        </w:rPr>
      </w:pPr>
    </w:p>
    <w:p w14:paraId="128A8B34" w14:textId="419ADCD7" w:rsidR="00F5664A" w:rsidRPr="002A3CDB" w:rsidRDefault="006B5664">
      <w:pPr>
        <w:pStyle w:val="Listenumros"/>
        <w:rPr>
          <w:b/>
          <w:bCs/>
          <w:lang w:val="fr-FR"/>
        </w:rPr>
      </w:pPr>
      <w:r w:rsidRPr="002A3CDB">
        <w:rPr>
          <w:b/>
          <w:bCs/>
          <w:lang w:val="fr-FR"/>
        </w:rPr>
        <w:t>Pourquoi sécuriser SIP (TLS/SRTP) ?</w:t>
      </w:r>
    </w:p>
    <w:p w14:paraId="12E32439" w14:textId="77777777" w:rsidR="002A3CDB" w:rsidRDefault="002A3CDB" w:rsidP="002A3CDB">
      <w:pPr>
        <w:pStyle w:val="Listenumros"/>
        <w:numPr>
          <w:ilvl w:val="0"/>
          <w:numId w:val="0"/>
        </w:numPr>
        <w:rPr>
          <w:lang w:val="fr-FR"/>
        </w:rPr>
      </w:pPr>
    </w:p>
    <w:p w14:paraId="1B7FEB2A" w14:textId="6FEF6C62" w:rsidR="002A3CDB" w:rsidRPr="002A3CDB" w:rsidRDefault="002A3CDB" w:rsidP="002A3CDB">
      <w:pPr>
        <w:pStyle w:val="Listenumros"/>
        <w:numPr>
          <w:ilvl w:val="0"/>
          <w:numId w:val="0"/>
        </w:numPr>
        <w:rPr>
          <w:lang w:val="fr-FR"/>
        </w:rPr>
      </w:pPr>
      <w:r w:rsidRPr="002A3CDB">
        <w:rPr>
          <w:u w:val="single"/>
          <w:lang w:val="fr-FR"/>
        </w:rPr>
        <w:t>Sans sécurité</w:t>
      </w:r>
      <w:r w:rsidRPr="002A3CDB">
        <w:rPr>
          <w:lang w:val="fr-FR"/>
        </w:rPr>
        <w:t xml:space="preserve"> :</w:t>
      </w:r>
    </w:p>
    <w:p w14:paraId="20B75B34" w14:textId="49FB354F" w:rsidR="002A3CDB" w:rsidRPr="002A3CDB" w:rsidRDefault="002A3CDB" w:rsidP="002A3CDB">
      <w:pPr>
        <w:pStyle w:val="Listenumros"/>
        <w:numPr>
          <w:ilvl w:val="0"/>
          <w:numId w:val="12"/>
        </w:numPr>
        <w:rPr>
          <w:lang w:val="fr-FR"/>
        </w:rPr>
      </w:pPr>
      <w:r>
        <w:rPr>
          <w:lang w:val="fr-FR"/>
        </w:rPr>
        <w:t>I</w:t>
      </w:r>
      <w:r w:rsidRPr="002A3CDB">
        <w:rPr>
          <w:lang w:val="fr-FR"/>
        </w:rPr>
        <w:t>nterception des identifiants SIP,</w:t>
      </w:r>
    </w:p>
    <w:p w14:paraId="709F72B9" w14:textId="3446906D" w:rsidR="002A3CDB" w:rsidRPr="002A3CDB" w:rsidRDefault="002A3CDB" w:rsidP="002A3CDB">
      <w:pPr>
        <w:pStyle w:val="Listenumros"/>
        <w:numPr>
          <w:ilvl w:val="0"/>
          <w:numId w:val="12"/>
        </w:numPr>
        <w:rPr>
          <w:lang w:val="fr-FR"/>
        </w:rPr>
      </w:pPr>
      <w:r>
        <w:rPr>
          <w:lang w:val="fr-FR"/>
        </w:rPr>
        <w:t>É</w:t>
      </w:r>
      <w:r w:rsidRPr="002A3CDB">
        <w:rPr>
          <w:lang w:val="fr-FR"/>
        </w:rPr>
        <w:t>coute des conversations,</w:t>
      </w:r>
    </w:p>
    <w:p w14:paraId="329394B0" w14:textId="5D62FD9E" w:rsidR="002A3CDB" w:rsidRPr="002A3CDB" w:rsidRDefault="002A3CDB" w:rsidP="002A3CDB">
      <w:pPr>
        <w:pStyle w:val="Listenumros"/>
        <w:numPr>
          <w:ilvl w:val="0"/>
          <w:numId w:val="12"/>
        </w:numPr>
        <w:rPr>
          <w:lang w:val="fr-FR"/>
        </w:rPr>
      </w:pPr>
      <w:r>
        <w:rPr>
          <w:lang w:val="fr-FR"/>
        </w:rPr>
        <w:t>A</w:t>
      </w:r>
      <w:r w:rsidRPr="002A3CDB">
        <w:rPr>
          <w:lang w:val="fr-FR"/>
        </w:rPr>
        <w:t>ttaques type spoofing, fraude, détournement d’appels.</w:t>
      </w:r>
    </w:p>
    <w:p w14:paraId="62BBFD66" w14:textId="77777777" w:rsidR="002A3CDB" w:rsidRPr="002A3CDB" w:rsidRDefault="002A3CDB" w:rsidP="002A3CDB">
      <w:pPr>
        <w:pStyle w:val="Listenumros"/>
        <w:numPr>
          <w:ilvl w:val="0"/>
          <w:numId w:val="0"/>
        </w:numPr>
        <w:rPr>
          <w:lang w:val="fr-FR"/>
        </w:rPr>
      </w:pPr>
    </w:p>
    <w:p w14:paraId="60F52D9C" w14:textId="72453B25" w:rsidR="002A3CDB" w:rsidRPr="002A3CDB" w:rsidRDefault="002A3CDB" w:rsidP="002A3CDB">
      <w:pPr>
        <w:pStyle w:val="Listenumros"/>
        <w:numPr>
          <w:ilvl w:val="0"/>
          <w:numId w:val="0"/>
        </w:numPr>
        <w:rPr>
          <w:lang w:val="fr-FR"/>
        </w:rPr>
      </w:pPr>
      <w:r w:rsidRPr="002A3CDB">
        <w:rPr>
          <w:u w:val="single"/>
          <w:lang w:val="fr-FR"/>
        </w:rPr>
        <w:t>En sécurisant</w:t>
      </w:r>
      <w:r w:rsidRPr="002A3CDB">
        <w:rPr>
          <w:lang w:val="fr-FR"/>
        </w:rPr>
        <w:t xml:space="preserve"> :</w:t>
      </w:r>
    </w:p>
    <w:p w14:paraId="10A4177A" w14:textId="6CBF4765" w:rsidR="002A3CDB" w:rsidRPr="002A3CDB" w:rsidRDefault="002A3CDB" w:rsidP="002A3CDB">
      <w:pPr>
        <w:pStyle w:val="Listenumros"/>
        <w:numPr>
          <w:ilvl w:val="0"/>
          <w:numId w:val="12"/>
        </w:numPr>
        <w:rPr>
          <w:lang w:val="fr-FR"/>
        </w:rPr>
      </w:pPr>
      <w:r w:rsidRPr="002A3CDB">
        <w:rPr>
          <w:rFonts w:hint="eastAsia"/>
          <w:lang w:val="fr-FR"/>
        </w:rPr>
        <w:t xml:space="preserve">SIP over TLS </w:t>
      </w:r>
      <w:r w:rsidRPr="002A3CDB">
        <w:rPr>
          <w:rFonts w:hint="eastAsia"/>
          <w:lang w:val="fr-FR"/>
        </w:rPr>
        <w:t>→</w:t>
      </w:r>
      <w:r w:rsidRPr="002A3CDB">
        <w:rPr>
          <w:rFonts w:hint="eastAsia"/>
          <w:lang w:val="fr-FR"/>
        </w:rPr>
        <w:t xml:space="preserve"> signalisation chiffrée (auth, numéros, commandes),</w:t>
      </w:r>
    </w:p>
    <w:p w14:paraId="1CF6C21F" w14:textId="0C99F9C4" w:rsidR="002A3CDB" w:rsidRDefault="002A3CDB" w:rsidP="002A3CDB">
      <w:pPr>
        <w:pStyle w:val="Listenumros"/>
        <w:numPr>
          <w:ilvl w:val="0"/>
          <w:numId w:val="12"/>
        </w:numPr>
        <w:rPr>
          <w:lang w:val="fr-FR"/>
        </w:rPr>
      </w:pPr>
      <w:r w:rsidRPr="002A3CDB">
        <w:rPr>
          <w:rFonts w:hint="eastAsia"/>
          <w:lang w:val="fr-FR"/>
        </w:rPr>
        <w:t xml:space="preserve">SRTP </w:t>
      </w:r>
      <w:r w:rsidRPr="002A3CDB">
        <w:rPr>
          <w:rFonts w:hint="eastAsia"/>
          <w:lang w:val="fr-FR"/>
        </w:rPr>
        <w:t>→</w:t>
      </w:r>
      <w:r w:rsidRPr="002A3CDB">
        <w:rPr>
          <w:rFonts w:hint="eastAsia"/>
          <w:lang w:val="fr-FR"/>
        </w:rPr>
        <w:t xml:space="preserve"> flux audio chiffré + intégrité.</w:t>
      </w:r>
    </w:p>
    <w:p w14:paraId="7FA406FB" w14:textId="77777777" w:rsidR="00F6630A" w:rsidRDefault="00F6630A" w:rsidP="00F6630A">
      <w:pPr>
        <w:pStyle w:val="Listenumros"/>
        <w:numPr>
          <w:ilvl w:val="0"/>
          <w:numId w:val="0"/>
        </w:numPr>
        <w:ind w:left="360" w:hanging="360"/>
        <w:rPr>
          <w:lang w:val="fr-FR"/>
        </w:rPr>
      </w:pPr>
    </w:p>
    <w:p w14:paraId="0D2B3384" w14:textId="786E461D" w:rsidR="00F6630A" w:rsidRDefault="00F6630A" w:rsidP="00F6630A">
      <w:pPr>
        <w:pStyle w:val="Listenumros"/>
        <w:numPr>
          <w:ilvl w:val="0"/>
          <w:numId w:val="0"/>
        </w:numPr>
        <w:ind w:left="360" w:hanging="360"/>
        <w:rPr>
          <w:lang w:val="fr-FR"/>
        </w:rPr>
      </w:pPr>
      <w:r w:rsidRPr="00F6630A">
        <w:rPr>
          <w:b/>
          <w:bCs/>
          <w:lang w:val="fr-FR"/>
        </w:rPr>
        <w:t>SIP/TLS + SRTP = confidentialité + intégrité + conformité</w:t>
      </w:r>
      <w:r>
        <w:rPr>
          <w:lang w:val="fr-FR"/>
        </w:rPr>
        <w:t xml:space="preserve"> </w:t>
      </w:r>
      <w:r w:rsidRPr="00F6630A">
        <w:rPr>
          <w:i/>
          <w:iCs/>
          <w:lang w:val="fr-FR"/>
        </w:rPr>
        <w:t>(bonne pratique, RGPD OK)</w:t>
      </w:r>
    </w:p>
    <w:bookmarkEnd w:id="6"/>
    <w:p w14:paraId="6D1706EF" w14:textId="77777777" w:rsidR="00F5664A" w:rsidRDefault="00F5664A">
      <w:pPr>
        <w:rPr>
          <w:lang w:val="fr-FR"/>
        </w:rPr>
      </w:pPr>
      <w:r>
        <w:rPr>
          <w:lang w:val="fr-FR"/>
        </w:rPr>
        <w:br w:type="page"/>
      </w:r>
    </w:p>
    <w:p w14:paraId="680AFF63" w14:textId="77777777" w:rsidR="00CD71FC" w:rsidRPr="00D50259" w:rsidRDefault="006B5664">
      <w:pPr>
        <w:pStyle w:val="Titre1"/>
        <w:rPr>
          <w:lang w:val="fr-FR"/>
        </w:rPr>
      </w:pPr>
      <w:r w:rsidRPr="00D50259">
        <w:rPr>
          <w:lang w:val="fr-FR"/>
        </w:rPr>
        <w:lastRenderedPageBreak/>
        <w:t>TP1 – Création de 2 VLAN et affectation des ports (1,5,10)</w:t>
      </w:r>
    </w:p>
    <w:p w14:paraId="08F46D55" w14:textId="77777777" w:rsidR="00CD71FC" w:rsidRPr="00D50259" w:rsidRDefault="006B5664">
      <w:pPr>
        <w:rPr>
          <w:lang w:val="fr-FR"/>
        </w:rPr>
      </w:pPr>
      <w:r w:rsidRPr="00D50259">
        <w:rPr>
          <w:lang w:val="fr-FR"/>
        </w:rPr>
        <w:t>Objectif : Séparer Formateurs (VLAN10) et Apprenants (VLAN20), affecter ports 1 &amp; 5 au VLAN10 et port 10 au VLAN20, configurer un trunk uplink.</w:t>
      </w:r>
    </w:p>
    <w:p w14:paraId="24130CBA" w14:textId="77777777" w:rsidR="00CD71FC" w:rsidRPr="00D50259" w:rsidRDefault="006B5664">
      <w:pPr>
        <w:rPr>
          <w:lang w:val="fr-FR"/>
        </w:rPr>
      </w:pPr>
      <w:r w:rsidRPr="00D50259">
        <w:rPr>
          <w:lang w:val="fr-FR"/>
        </w:rPr>
        <w:t>Prérequis : accès console/SSH ; plan IP ; connaître les ports uplink (ex. gi1/0/48 ou SFP).</w:t>
      </w:r>
    </w:p>
    <w:p w14:paraId="09DC13EA" w14:textId="77777777" w:rsidR="00CD71FC" w:rsidRDefault="006B5664">
      <w:r>
        <w:t xml:space="preserve">Étapes </w:t>
      </w:r>
      <w:proofErr w:type="gramStart"/>
      <w:r>
        <w:t>CLI :</w:t>
      </w:r>
      <w:proofErr w:type="gramEnd"/>
    </w:p>
    <w:p w14:paraId="5AF4B167" w14:textId="77777777" w:rsidR="00CD71FC" w:rsidRDefault="006B5664">
      <w:r>
        <w:rPr>
          <w:rFonts w:ascii="Consolas" w:hAnsi="Consolas"/>
          <w:sz w:val="20"/>
        </w:rPr>
        <w:t>configure terminal</w:t>
      </w:r>
      <w:r>
        <w:rPr>
          <w:rFonts w:ascii="Consolas" w:hAnsi="Consolas"/>
          <w:sz w:val="20"/>
        </w:rPr>
        <w:br/>
        <w:t>vlan database</w:t>
      </w:r>
      <w:r>
        <w:rPr>
          <w:rFonts w:ascii="Consolas" w:hAnsi="Consolas"/>
          <w:sz w:val="20"/>
        </w:rPr>
        <w:br/>
        <w:t xml:space="preserve"> vlan 10</w:t>
      </w:r>
      <w:r>
        <w:rPr>
          <w:rFonts w:ascii="Consolas" w:hAnsi="Consolas"/>
          <w:sz w:val="20"/>
        </w:rPr>
        <w:br/>
        <w:t xml:space="preserve"> vlan 20</w:t>
      </w:r>
      <w:r>
        <w:rPr>
          <w:rFonts w:ascii="Consolas" w:hAnsi="Consolas"/>
          <w:sz w:val="20"/>
        </w:rPr>
        <w:br/>
        <w:t>exit</w:t>
      </w:r>
      <w:r>
        <w:rPr>
          <w:rFonts w:ascii="Consolas" w:hAnsi="Consolas"/>
          <w:sz w:val="20"/>
        </w:rPr>
        <w:br/>
        <w:t>vlan 10 name Formateurs</w:t>
      </w:r>
      <w:r>
        <w:rPr>
          <w:rFonts w:ascii="Consolas" w:hAnsi="Consolas"/>
          <w:sz w:val="20"/>
        </w:rPr>
        <w:br/>
        <w:t>vlan 20 name Apprenants</w:t>
      </w:r>
      <w:r>
        <w:rPr>
          <w:rFonts w:ascii="Consolas" w:hAnsi="Consolas"/>
          <w:sz w:val="20"/>
        </w:rPr>
        <w:br/>
      </w:r>
      <w:r>
        <w:rPr>
          <w:rFonts w:ascii="Consolas" w:hAnsi="Consolas"/>
          <w:sz w:val="20"/>
        </w:rPr>
        <w:br/>
        <w:t>interface gi1/0/1</w:t>
      </w:r>
      <w:r>
        <w:rPr>
          <w:rFonts w:ascii="Consolas" w:hAnsi="Consolas"/>
          <w:sz w:val="20"/>
        </w:rPr>
        <w:br/>
        <w:t xml:space="preserve"> switchport mode access</w:t>
      </w:r>
      <w:r>
        <w:rPr>
          <w:rFonts w:ascii="Consolas" w:hAnsi="Consolas"/>
          <w:sz w:val="20"/>
        </w:rPr>
        <w:br/>
        <w:t xml:space="preserve"> switchport access vlan 10</w:t>
      </w:r>
      <w:r>
        <w:rPr>
          <w:rFonts w:ascii="Consolas" w:hAnsi="Consolas"/>
          <w:sz w:val="20"/>
        </w:rPr>
        <w:br/>
        <w:t>exit</w:t>
      </w:r>
      <w:r>
        <w:rPr>
          <w:rFonts w:ascii="Consolas" w:hAnsi="Consolas"/>
          <w:sz w:val="20"/>
        </w:rPr>
        <w:br/>
        <w:t>interface gi1/0/5</w:t>
      </w:r>
      <w:r>
        <w:rPr>
          <w:rFonts w:ascii="Consolas" w:hAnsi="Consolas"/>
          <w:sz w:val="20"/>
        </w:rPr>
        <w:br/>
        <w:t xml:space="preserve"> switchport mode access</w:t>
      </w:r>
      <w:r>
        <w:rPr>
          <w:rFonts w:ascii="Consolas" w:hAnsi="Consolas"/>
          <w:sz w:val="20"/>
        </w:rPr>
        <w:br/>
        <w:t xml:space="preserve"> switchport access vlan 10</w:t>
      </w:r>
      <w:r>
        <w:rPr>
          <w:rFonts w:ascii="Consolas" w:hAnsi="Consolas"/>
          <w:sz w:val="20"/>
        </w:rPr>
        <w:br/>
        <w:t>exit</w:t>
      </w:r>
      <w:r>
        <w:rPr>
          <w:rFonts w:ascii="Consolas" w:hAnsi="Consolas"/>
          <w:sz w:val="20"/>
        </w:rPr>
        <w:br/>
        <w:t>interface gi1/0/10</w:t>
      </w:r>
      <w:r>
        <w:rPr>
          <w:rFonts w:ascii="Consolas" w:hAnsi="Consolas"/>
          <w:sz w:val="20"/>
        </w:rPr>
        <w:br/>
        <w:t xml:space="preserve"> switchport mode access</w:t>
      </w:r>
      <w:r>
        <w:rPr>
          <w:rFonts w:ascii="Consolas" w:hAnsi="Consolas"/>
          <w:sz w:val="20"/>
        </w:rPr>
        <w:br/>
        <w:t xml:space="preserve"> switchport access vlan 20</w:t>
      </w:r>
      <w:r>
        <w:rPr>
          <w:rFonts w:ascii="Consolas" w:hAnsi="Consolas"/>
          <w:sz w:val="20"/>
        </w:rPr>
        <w:br/>
        <w:t>exit</w:t>
      </w:r>
      <w:r>
        <w:rPr>
          <w:rFonts w:ascii="Consolas" w:hAnsi="Consolas"/>
          <w:sz w:val="20"/>
        </w:rPr>
        <w:br/>
      </w:r>
      <w:r>
        <w:rPr>
          <w:rFonts w:ascii="Consolas" w:hAnsi="Consolas"/>
          <w:sz w:val="20"/>
        </w:rPr>
        <w:br/>
        <w:t>interface gi1/0/48</w:t>
      </w:r>
      <w:r>
        <w:rPr>
          <w:rFonts w:ascii="Consolas" w:hAnsi="Consolas"/>
          <w:sz w:val="20"/>
        </w:rPr>
        <w:br/>
        <w:t xml:space="preserve"> switchport mode trunk</w:t>
      </w:r>
      <w:r>
        <w:rPr>
          <w:rFonts w:ascii="Consolas" w:hAnsi="Consolas"/>
          <w:sz w:val="20"/>
        </w:rPr>
        <w:br/>
        <w:t xml:space="preserve"> switchport trunk allowed vlan 10,20</w:t>
      </w:r>
      <w:r>
        <w:rPr>
          <w:rFonts w:ascii="Consolas" w:hAnsi="Consolas"/>
          <w:sz w:val="20"/>
        </w:rPr>
        <w:br/>
        <w:t>exit</w:t>
      </w:r>
      <w:r>
        <w:rPr>
          <w:rFonts w:ascii="Consolas" w:hAnsi="Consolas"/>
          <w:sz w:val="20"/>
        </w:rPr>
        <w:br/>
      </w:r>
      <w:r>
        <w:rPr>
          <w:rFonts w:ascii="Consolas" w:hAnsi="Consolas"/>
          <w:sz w:val="20"/>
        </w:rPr>
        <w:br/>
        <w:t>copy running-config startup-config</w:t>
      </w:r>
      <w:r>
        <w:rPr>
          <w:rFonts w:ascii="Consolas" w:hAnsi="Consolas"/>
          <w:sz w:val="20"/>
        </w:rPr>
        <w:br/>
      </w:r>
    </w:p>
    <w:p w14:paraId="78469B80" w14:textId="77777777" w:rsidR="00CD71FC" w:rsidRDefault="006B5664">
      <w:r>
        <w:t xml:space="preserve">Étapes </w:t>
      </w:r>
      <w:proofErr w:type="gramStart"/>
      <w:r>
        <w:t>WebUI :</w:t>
      </w:r>
      <w:proofErr w:type="gramEnd"/>
      <w:r>
        <w:t xml:space="preserve"> VLAN Management → VLAN Settings → Add (10,20) ; Port to VLAN → affecter ports 1&amp;5 (untagged VLAN10), port10 (untagged VLAN20) ; uplink en trunk (tagged 10,20).</w:t>
      </w:r>
    </w:p>
    <w:p w14:paraId="3545A41D" w14:textId="77777777" w:rsidR="00066D18" w:rsidRDefault="00066D18">
      <w:r>
        <w:br w:type="page"/>
      </w:r>
    </w:p>
    <w:p w14:paraId="47C86A98" w14:textId="1FA26D3E" w:rsidR="00CD71FC" w:rsidRDefault="006B5664">
      <w:proofErr w:type="gramStart"/>
      <w:r>
        <w:lastRenderedPageBreak/>
        <w:t>Vérifications :</w:t>
      </w:r>
      <w:proofErr w:type="gramEnd"/>
      <w:r>
        <w:t xml:space="preserve"> show vlan ; show interfaces switchport.</w:t>
      </w:r>
    </w:p>
    <w:p w14:paraId="14DEAEFA" w14:textId="77777777" w:rsidR="00066D18" w:rsidRPr="00066D18" w:rsidRDefault="00066D18" w:rsidP="00066D18">
      <w:pPr>
        <w:rPr>
          <w:rFonts w:ascii="Consolas" w:hAnsi="Consolas"/>
          <w:b/>
          <w:bCs/>
          <w:sz w:val="20"/>
          <w:szCs w:val="20"/>
          <w:lang w:val="fr-FR"/>
        </w:rPr>
      </w:pPr>
      <w:r w:rsidRPr="00066D18">
        <w:rPr>
          <w:rFonts w:ascii="Consolas" w:hAnsi="Consolas"/>
          <w:b/>
          <w:bCs/>
          <w:sz w:val="20"/>
          <w:szCs w:val="20"/>
          <w:lang w:val="fr-FR"/>
        </w:rPr>
        <w:t>CISCO-3560#show vlan</w:t>
      </w:r>
    </w:p>
    <w:p w14:paraId="4B56B43C" w14:textId="064860A2" w:rsidR="00066D18" w:rsidRPr="00066D18" w:rsidRDefault="00066D18" w:rsidP="00066D18">
      <w:pPr>
        <w:rPr>
          <w:rFonts w:ascii="Consolas" w:hAnsi="Consolas"/>
          <w:sz w:val="20"/>
          <w:szCs w:val="20"/>
          <w:lang w:val="fr-FR"/>
        </w:rPr>
      </w:pPr>
      <w:r w:rsidRPr="00066D18">
        <w:rPr>
          <w:rFonts w:ascii="Consolas" w:hAnsi="Consolas"/>
          <w:sz w:val="20"/>
          <w:szCs w:val="20"/>
          <w:lang w:val="fr-FR"/>
        </w:rPr>
        <w:t>VLAN Name Status Ports</w:t>
      </w:r>
      <w:r w:rsidRPr="00066D18">
        <w:rPr>
          <w:rFonts w:ascii="Consolas" w:hAnsi="Consolas"/>
          <w:sz w:val="20"/>
          <w:szCs w:val="20"/>
          <w:lang w:val="fr-FR"/>
        </w:rPr>
        <w:br/>
      </w:r>
      <w:r w:rsidRPr="00066D18">
        <w:rPr>
          <w:rFonts w:ascii="Consolas" w:hAnsi="Consolas"/>
          <w:sz w:val="20"/>
          <w:szCs w:val="20"/>
          <w:lang w:val="fr-FR"/>
        </w:rPr>
        <w:t>---- -------------------------------- --------- -------------------------------</w:t>
      </w:r>
    </w:p>
    <w:p w14:paraId="2B9DDDCC" w14:textId="6879B8A7" w:rsidR="00066D18" w:rsidRPr="00066D18" w:rsidRDefault="00066D18" w:rsidP="00066D18">
      <w:pPr>
        <w:rPr>
          <w:rFonts w:ascii="Consolas" w:hAnsi="Consolas"/>
          <w:sz w:val="20"/>
          <w:szCs w:val="20"/>
          <w:lang w:val="fr-FR"/>
        </w:rPr>
      </w:pPr>
      <w:r w:rsidRPr="00066D18">
        <w:rPr>
          <w:rFonts w:ascii="Consolas" w:hAnsi="Consolas"/>
          <w:sz w:val="20"/>
          <w:szCs w:val="20"/>
          <w:lang w:val="fr-FR"/>
        </w:rPr>
        <w:t>1 default active Fa0/6, Fa0/7, Fa0/8, Fa0/9</w:t>
      </w:r>
      <w:r w:rsidRPr="00066D18">
        <w:rPr>
          <w:rFonts w:ascii="Consolas" w:hAnsi="Consolas"/>
          <w:sz w:val="20"/>
          <w:szCs w:val="20"/>
          <w:lang w:val="fr-FR"/>
        </w:rPr>
        <w:t xml:space="preserve">, </w:t>
      </w:r>
      <w:r w:rsidRPr="00066D18">
        <w:rPr>
          <w:rFonts w:ascii="Consolas" w:hAnsi="Consolas"/>
          <w:sz w:val="20"/>
          <w:szCs w:val="20"/>
          <w:lang w:val="fr-FR"/>
        </w:rPr>
        <w:t>Fa0/11, Fa0/12, Fa0/13, Fa0/14</w:t>
      </w:r>
      <w:r w:rsidRPr="00066D18">
        <w:rPr>
          <w:rFonts w:ascii="Consolas" w:hAnsi="Consolas"/>
          <w:sz w:val="20"/>
          <w:szCs w:val="20"/>
          <w:lang w:val="fr-FR"/>
        </w:rPr>
        <w:t xml:space="preserve">, </w:t>
      </w:r>
      <w:r w:rsidRPr="00066D18">
        <w:rPr>
          <w:rFonts w:ascii="Consolas" w:hAnsi="Consolas"/>
          <w:sz w:val="20"/>
          <w:szCs w:val="20"/>
          <w:lang w:val="fr-FR"/>
        </w:rPr>
        <w:t>Fa0/15, Fa0/16, Fa0/17, Fa0/18</w:t>
      </w:r>
      <w:r w:rsidRPr="00066D18">
        <w:rPr>
          <w:rFonts w:ascii="Consolas" w:hAnsi="Consolas"/>
          <w:sz w:val="20"/>
          <w:szCs w:val="20"/>
          <w:lang w:val="fr-FR"/>
        </w:rPr>
        <w:t xml:space="preserve">, </w:t>
      </w:r>
      <w:r w:rsidRPr="00066D18">
        <w:rPr>
          <w:rFonts w:ascii="Consolas" w:hAnsi="Consolas"/>
          <w:sz w:val="20"/>
          <w:szCs w:val="20"/>
          <w:lang w:val="fr-FR"/>
        </w:rPr>
        <w:t>Fa0/19, Fa0/20, Fa0/21, Fa0/22</w:t>
      </w:r>
      <w:r w:rsidRPr="00066D18">
        <w:rPr>
          <w:rFonts w:ascii="Consolas" w:hAnsi="Consolas"/>
          <w:sz w:val="20"/>
          <w:szCs w:val="20"/>
          <w:lang w:val="fr-FR"/>
        </w:rPr>
        <w:t xml:space="preserve">, </w:t>
      </w:r>
      <w:r w:rsidRPr="00066D18">
        <w:rPr>
          <w:rFonts w:ascii="Consolas" w:hAnsi="Consolas"/>
          <w:sz w:val="20"/>
          <w:szCs w:val="20"/>
          <w:lang w:val="fr-FR"/>
        </w:rPr>
        <w:t>Fa0/23, Fa0/24, Gig0/1, Gig0/2</w:t>
      </w:r>
    </w:p>
    <w:p w14:paraId="2DE586F1" w14:textId="0E3DF2E3" w:rsidR="00066D18" w:rsidRPr="00066D18" w:rsidRDefault="00066D18" w:rsidP="00066D18">
      <w:pPr>
        <w:rPr>
          <w:rFonts w:ascii="Consolas" w:hAnsi="Consolas"/>
          <w:sz w:val="20"/>
          <w:szCs w:val="20"/>
          <w:lang w:val="fr-FR"/>
        </w:rPr>
      </w:pPr>
      <w:r w:rsidRPr="00066D18">
        <w:rPr>
          <w:rFonts w:ascii="Consolas" w:hAnsi="Consolas"/>
          <w:sz w:val="20"/>
          <w:szCs w:val="20"/>
          <w:lang w:val="fr-FR"/>
        </w:rPr>
        <w:t>10 FORMATEURS active Fa0/1, Fa0/5</w:t>
      </w:r>
      <w:r w:rsidRPr="00066D18">
        <w:rPr>
          <w:rFonts w:ascii="Consolas" w:hAnsi="Consolas"/>
          <w:sz w:val="20"/>
          <w:szCs w:val="20"/>
          <w:lang w:val="fr-FR"/>
        </w:rPr>
        <w:br/>
      </w:r>
      <w:r w:rsidRPr="00066D18">
        <w:rPr>
          <w:rFonts w:ascii="Consolas" w:hAnsi="Consolas"/>
          <w:sz w:val="20"/>
          <w:szCs w:val="20"/>
          <w:lang w:val="fr-FR"/>
        </w:rPr>
        <w:t>20 APPRENANTS active Fa0/2, Fa0/10</w:t>
      </w:r>
      <w:r w:rsidRPr="00066D18">
        <w:rPr>
          <w:rFonts w:ascii="Consolas" w:hAnsi="Consolas"/>
          <w:sz w:val="20"/>
          <w:szCs w:val="20"/>
          <w:lang w:val="fr-FR"/>
        </w:rPr>
        <w:br/>
      </w:r>
      <w:r w:rsidRPr="00066D18">
        <w:rPr>
          <w:rFonts w:ascii="Consolas" w:hAnsi="Consolas"/>
          <w:sz w:val="20"/>
          <w:szCs w:val="20"/>
          <w:lang w:val="fr-FR"/>
        </w:rPr>
        <w:t>30 TRANSIT_FW active Fa0/4</w:t>
      </w:r>
      <w:r w:rsidRPr="00066D18">
        <w:rPr>
          <w:rFonts w:ascii="Consolas" w:hAnsi="Consolas"/>
          <w:sz w:val="20"/>
          <w:szCs w:val="20"/>
          <w:lang w:val="fr-FR"/>
        </w:rPr>
        <w:br/>
      </w:r>
      <w:r w:rsidRPr="00066D18">
        <w:rPr>
          <w:rFonts w:ascii="Consolas" w:hAnsi="Consolas"/>
          <w:sz w:val="20"/>
          <w:szCs w:val="20"/>
          <w:lang w:val="fr-FR"/>
        </w:rPr>
        <w:t>99 MANAGEMENT active Fa0/3</w:t>
      </w:r>
      <w:r w:rsidRPr="00066D18">
        <w:rPr>
          <w:rFonts w:ascii="Consolas" w:hAnsi="Consolas"/>
          <w:sz w:val="20"/>
          <w:szCs w:val="20"/>
          <w:lang w:val="fr-FR"/>
        </w:rPr>
        <w:br/>
      </w:r>
      <w:r w:rsidRPr="00066D18">
        <w:rPr>
          <w:rFonts w:ascii="Consolas" w:hAnsi="Consolas"/>
          <w:sz w:val="20"/>
          <w:szCs w:val="20"/>
          <w:lang w:val="fr-FR"/>
        </w:rPr>
        <w:t xml:space="preserve">1002 fddi-default active </w:t>
      </w:r>
      <w:r w:rsidRPr="00066D18">
        <w:rPr>
          <w:rFonts w:ascii="Consolas" w:hAnsi="Consolas"/>
          <w:sz w:val="20"/>
          <w:szCs w:val="20"/>
          <w:lang w:val="fr-FR"/>
        </w:rPr>
        <w:br/>
      </w:r>
      <w:r w:rsidRPr="00066D18">
        <w:rPr>
          <w:rFonts w:ascii="Consolas" w:hAnsi="Consolas"/>
          <w:sz w:val="20"/>
          <w:szCs w:val="20"/>
          <w:lang w:val="fr-FR"/>
        </w:rPr>
        <w:t xml:space="preserve">1003 token-ring-default active </w:t>
      </w:r>
      <w:r w:rsidRPr="00066D18">
        <w:rPr>
          <w:rFonts w:ascii="Consolas" w:hAnsi="Consolas"/>
          <w:sz w:val="20"/>
          <w:szCs w:val="20"/>
          <w:lang w:val="fr-FR"/>
        </w:rPr>
        <w:br/>
      </w:r>
      <w:r w:rsidRPr="00066D18">
        <w:rPr>
          <w:rFonts w:ascii="Consolas" w:hAnsi="Consolas"/>
          <w:sz w:val="20"/>
          <w:szCs w:val="20"/>
          <w:lang w:val="fr-FR"/>
        </w:rPr>
        <w:t xml:space="preserve">1004 fddinet-default active </w:t>
      </w:r>
      <w:r w:rsidRPr="00066D18">
        <w:rPr>
          <w:rFonts w:ascii="Consolas" w:hAnsi="Consolas"/>
          <w:sz w:val="20"/>
          <w:szCs w:val="20"/>
          <w:lang w:val="fr-FR"/>
        </w:rPr>
        <w:br/>
      </w:r>
      <w:r w:rsidRPr="00066D18">
        <w:rPr>
          <w:rFonts w:ascii="Consolas" w:hAnsi="Consolas"/>
          <w:sz w:val="20"/>
          <w:szCs w:val="20"/>
          <w:lang w:val="fr-FR"/>
        </w:rPr>
        <w:t xml:space="preserve">1005 trnet-default active </w:t>
      </w:r>
    </w:p>
    <w:p w14:paraId="40D2E520" w14:textId="62EE08BB" w:rsidR="00066D18" w:rsidRPr="00066D18" w:rsidRDefault="00066D18" w:rsidP="00066D18">
      <w:pPr>
        <w:rPr>
          <w:rFonts w:ascii="Consolas" w:hAnsi="Consolas"/>
          <w:sz w:val="20"/>
          <w:szCs w:val="20"/>
          <w:lang w:val="fr-FR"/>
        </w:rPr>
      </w:pPr>
      <w:r w:rsidRPr="00066D18">
        <w:rPr>
          <w:rFonts w:ascii="Consolas" w:hAnsi="Consolas"/>
          <w:sz w:val="20"/>
          <w:szCs w:val="20"/>
          <w:lang w:val="fr-FR"/>
        </w:rPr>
        <w:t>VLAN Type SAID MTU Parent RingNo BridgeNo Stp BrdgMode Trans1 Trans2</w:t>
      </w:r>
      <w:r w:rsidRPr="00066D18">
        <w:rPr>
          <w:rFonts w:ascii="Consolas" w:hAnsi="Consolas"/>
          <w:sz w:val="20"/>
          <w:szCs w:val="20"/>
          <w:lang w:val="fr-FR"/>
        </w:rPr>
        <w:br/>
      </w:r>
      <w:r w:rsidRPr="00066D18">
        <w:rPr>
          <w:rFonts w:ascii="Consolas" w:hAnsi="Consolas"/>
          <w:sz w:val="20"/>
          <w:szCs w:val="20"/>
          <w:lang w:val="fr-FR"/>
        </w:rPr>
        <w:t>---- ----- ---------- ----- ------ ------ -------- ---- -------- ------ ------</w:t>
      </w:r>
    </w:p>
    <w:p w14:paraId="15157EBE" w14:textId="5074D3AE" w:rsidR="00066D18" w:rsidRDefault="00066D18" w:rsidP="00066D18">
      <w:pPr>
        <w:rPr>
          <w:rFonts w:ascii="Consolas" w:hAnsi="Consolas"/>
          <w:sz w:val="20"/>
          <w:szCs w:val="20"/>
          <w:lang w:val="fr-FR"/>
        </w:rPr>
      </w:pPr>
      <w:r w:rsidRPr="00066D18">
        <w:rPr>
          <w:rFonts w:ascii="Consolas" w:hAnsi="Consolas"/>
          <w:sz w:val="20"/>
          <w:szCs w:val="20"/>
          <w:lang w:val="fr-FR"/>
        </w:rPr>
        <w:t>1 enet 100001 1500 - - - - - 0 0</w:t>
      </w:r>
      <w:r w:rsidRPr="00066D18">
        <w:rPr>
          <w:rFonts w:ascii="Consolas" w:hAnsi="Consolas"/>
          <w:sz w:val="20"/>
          <w:szCs w:val="20"/>
          <w:lang w:val="fr-FR"/>
        </w:rPr>
        <w:br/>
      </w:r>
      <w:r w:rsidRPr="00066D18">
        <w:rPr>
          <w:rFonts w:ascii="Consolas" w:hAnsi="Consolas"/>
          <w:sz w:val="20"/>
          <w:szCs w:val="20"/>
          <w:lang w:val="fr-FR"/>
        </w:rPr>
        <w:t>10 enet 100010 1500 - - - - - 0 0</w:t>
      </w:r>
      <w:r w:rsidRPr="00066D18">
        <w:rPr>
          <w:rFonts w:ascii="Consolas" w:hAnsi="Consolas"/>
          <w:sz w:val="20"/>
          <w:szCs w:val="20"/>
          <w:lang w:val="fr-FR"/>
        </w:rPr>
        <w:br/>
      </w:r>
      <w:r w:rsidRPr="00066D18">
        <w:rPr>
          <w:rFonts w:ascii="Consolas" w:hAnsi="Consolas"/>
          <w:sz w:val="20"/>
          <w:szCs w:val="20"/>
          <w:lang w:val="fr-FR"/>
        </w:rPr>
        <w:t>20 enet 100020 1500 - - - - - 0 0</w:t>
      </w:r>
      <w:r w:rsidRPr="00066D18">
        <w:rPr>
          <w:rFonts w:ascii="Consolas" w:hAnsi="Consolas"/>
          <w:sz w:val="20"/>
          <w:szCs w:val="20"/>
          <w:lang w:val="fr-FR"/>
        </w:rPr>
        <w:br/>
      </w:r>
      <w:r w:rsidRPr="00066D18">
        <w:rPr>
          <w:rFonts w:ascii="Consolas" w:hAnsi="Consolas"/>
          <w:sz w:val="20"/>
          <w:szCs w:val="20"/>
          <w:lang w:val="fr-FR"/>
        </w:rPr>
        <w:t>30 enet 100030 1500 - - - - - 0 0</w:t>
      </w:r>
      <w:r w:rsidRPr="00066D18">
        <w:rPr>
          <w:rFonts w:ascii="Consolas" w:hAnsi="Consolas"/>
          <w:sz w:val="20"/>
          <w:szCs w:val="20"/>
          <w:lang w:val="fr-FR"/>
        </w:rPr>
        <w:br/>
      </w:r>
      <w:r w:rsidRPr="00066D18">
        <w:rPr>
          <w:rFonts w:ascii="Consolas" w:hAnsi="Consolas"/>
          <w:sz w:val="20"/>
          <w:szCs w:val="20"/>
          <w:lang w:val="fr-FR"/>
        </w:rPr>
        <w:t>99 enet 100099 1500 - - - - - 0 0</w:t>
      </w:r>
      <w:r w:rsidRPr="00066D18">
        <w:rPr>
          <w:rFonts w:ascii="Consolas" w:hAnsi="Consolas"/>
          <w:sz w:val="20"/>
          <w:szCs w:val="20"/>
          <w:lang w:val="fr-FR"/>
        </w:rPr>
        <w:br/>
      </w:r>
      <w:r w:rsidRPr="00066D18">
        <w:rPr>
          <w:rFonts w:ascii="Consolas" w:hAnsi="Consolas"/>
          <w:sz w:val="20"/>
          <w:szCs w:val="20"/>
          <w:lang w:val="fr-FR"/>
        </w:rPr>
        <w:t xml:space="preserve">1002 fddi 101002 1500 - - - - - 0 0 </w:t>
      </w:r>
      <w:r w:rsidRPr="00066D18">
        <w:rPr>
          <w:rFonts w:ascii="Consolas" w:hAnsi="Consolas"/>
          <w:sz w:val="20"/>
          <w:szCs w:val="20"/>
          <w:lang w:val="fr-FR"/>
        </w:rPr>
        <w:br/>
      </w:r>
      <w:r w:rsidRPr="00066D18">
        <w:rPr>
          <w:rFonts w:ascii="Consolas" w:hAnsi="Consolas"/>
          <w:sz w:val="20"/>
          <w:szCs w:val="20"/>
          <w:lang w:val="fr-FR"/>
        </w:rPr>
        <w:t xml:space="preserve">1003 tr 101003 1500 - - - - - 0 0 </w:t>
      </w:r>
      <w:r w:rsidRPr="00066D18">
        <w:rPr>
          <w:rFonts w:ascii="Consolas" w:hAnsi="Consolas"/>
          <w:sz w:val="20"/>
          <w:szCs w:val="20"/>
          <w:lang w:val="fr-FR"/>
        </w:rPr>
        <w:br/>
      </w:r>
      <w:r w:rsidRPr="00066D18">
        <w:rPr>
          <w:rFonts w:ascii="Consolas" w:hAnsi="Consolas"/>
          <w:sz w:val="20"/>
          <w:szCs w:val="20"/>
          <w:lang w:val="fr-FR"/>
        </w:rPr>
        <w:t xml:space="preserve">1004 fdnet 101004 1500 - - - ieee - 0 0 </w:t>
      </w:r>
      <w:r w:rsidRPr="00066D18">
        <w:rPr>
          <w:rFonts w:ascii="Consolas" w:hAnsi="Consolas"/>
          <w:sz w:val="20"/>
          <w:szCs w:val="20"/>
          <w:lang w:val="fr-FR"/>
        </w:rPr>
        <w:br/>
      </w:r>
      <w:r w:rsidRPr="00066D18">
        <w:rPr>
          <w:rFonts w:ascii="Consolas" w:hAnsi="Consolas"/>
          <w:sz w:val="20"/>
          <w:szCs w:val="20"/>
          <w:lang w:val="fr-FR"/>
        </w:rPr>
        <w:t>1005 trnet 101005 1500 - - - ibm - 0 0</w:t>
      </w:r>
    </w:p>
    <w:p w14:paraId="17ADCABA" w14:textId="77777777" w:rsidR="00066D18" w:rsidRDefault="00066D18" w:rsidP="00066D18">
      <w:pPr>
        <w:rPr>
          <w:rFonts w:ascii="Consolas" w:hAnsi="Consolas"/>
          <w:sz w:val="20"/>
          <w:szCs w:val="20"/>
          <w:lang w:val="fr-FR"/>
        </w:rPr>
      </w:pPr>
    </w:p>
    <w:p w14:paraId="14481B9C" w14:textId="77777777" w:rsidR="00066D18" w:rsidRPr="00066D18" w:rsidRDefault="00066D18" w:rsidP="00066D18">
      <w:pPr>
        <w:rPr>
          <w:rFonts w:ascii="Consolas" w:hAnsi="Consolas"/>
          <w:b/>
          <w:bCs/>
          <w:sz w:val="20"/>
          <w:szCs w:val="20"/>
          <w:lang w:val="fr-FR"/>
        </w:rPr>
      </w:pPr>
      <w:r w:rsidRPr="00066D18">
        <w:rPr>
          <w:rFonts w:ascii="Consolas" w:hAnsi="Consolas"/>
          <w:b/>
          <w:bCs/>
          <w:sz w:val="20"/>
          <w:szCs w:val="20"/>
          <w:lang w:val="fr-FR"/>
        </w:rPr>
        <w:t>CISCO-3560#show interfaces switchport</w:t>
      </w:r>
    </w:p>
    <w:p w14:paraId="07D3E9C1" w14:textId="7A661414" w:rsidR="00066D18" w:rsidRPr="00066D18" w:rsidRDefault="00066D18" w:rsidP="00066D18">
      <w:pPr>
        <w:rPr>
          <w:rFonts w:ascii="Consolas" w:hAnsi="Consolas"/>
          <w:sz w:val="20"/>
          <w:szCs w:val="20"/>
          <w:lang w:val="fr-FR"/>
        </w:rPr>
      </w:pPr>
      <w:proofErr w:type="gramStart"/>
      <w:r w:rsidRPr="00066D18">
        <w:rPr>
          <w:rFonts w:ascii="Consolas" w:hAnsi="Consolas"/>
          <w:sz w:val="20"/>
          <w:szCs w:val="20"/>
          <w:lang w:val="fr-FR"/>
        </w:rPr>
        <w:t>Name:</w:t>
      </w:r>
      <w:proofErr w:type="gramEnd"/>
      <w:r w:rsidRPr="00066D18">
        <w:rPr>
          <w:rFonts w:ascii="Consolas" w:hAnsi="Consolas"/>
          <w:sz w:val="20"/>
          <w:szCs w:val="20"/>
          <w:lang w:val="fr-FR"/>
        </w:rPr>
        <w:t xml:space="preserve"> Fa0/1</w:t>
      </w:r>
      <w:r>
        <w:rPr>
          <w:rFonts w:ascii="Consolas" w:hAnsi="Consolas"/>
          <w:sz w:val="20"/>
          <w:szCs w:val="20"/>
          <w:lang w:val="fr-FR"/>
        </w:rPr>
        <w:br/>
      </w:r>
      <w:r w:rsidRPr="00066D18">
        <w:rPr>
          <w:rFonts w:ascii="Consolas" w:hAnsi="Consolas"/>
          <w:sz w:val="20"/>
          <w:szCs w:val="20"/>
          <w:lang w:val="fr-FR"/>
        </w:rPr>
        <w:t>Switchport: Enabled</w:t>
      </w:r>
      <w:r>
        <w:rPr>
          <w:rFonts w:ascii="Consolas" w:hAnsi="Consolas"/>
          <w:sz w:val="20"/>
          <w:szCs w:val="20"/>
          <w:lang w:val="fr-FR"/>
        </w:rPr>
        <w:br/>
      </w:r>
      <w:r w:rsidRPr="00066D18">
        <w:rPr>
          <w:rFonts w:ascii="Consolas" w:hAnsi="Consolas"/>
          <w:sz w:val="20"/>
          <w:szCs w:val="20"/>
          <w:lang w:val="fr-FR"/>
        </w:rPr>
        <w:t>Administrative Mode: static access</w:t>
      </w:r>
      <w:r>
        <w:rPr>
          <w:rFonts w:ascii="Consolas" w:hAnsi="Consolas"/>
          <w:sz w:val="20"/>
          <w:szCs w:val="20"/>
          <w:lang w:val="fr-FR"/>
        </w:rPr>
        <w:br/>
      </w:r>
      <w:r w:rsidRPr="00066D18">
        <w:rPr>
          <w:rFonts w:ascii="Consolas" w:hAnsi="Consolas"/>
          <w:sz w:val="20"/>
          <w:szCs w:val="20"/>
          <w:lang w:val="fr-FR"/>
        </w:rPr>
        <w:t>Operational Mode: static access</w:t>
      </w:r>
      <w:r>
        <w:rPr>
          <w:rFonts w:ascii="Consolas" w:hAnsi="Consolas"/>
          <w:sz w:val="20"/>
          <w:szCs w:val="20"/>
          <w:lang w:val="fr-FR"/>
        </w:rPr>
        <w:br/>
      </w:r>
      <w:r w:rsidRPr="00066D18">
        <w:rPr>
          <w:rFonts w:ascii="Consolas" w:hAnsi="Consolas"/>
          <w:sz w:val="20"/>
          <w:szCs w:val="20"/>
          <w:lang w:val="fr-FR"/>
        </w:rPr>
        <w:t>Administrative Trunking Encapsulation: negotiated</w:t>
      </w:r>
      <w:r>
        <w:rPr>
          <w:rFonts w:ascii="Consolas" w:hAnsi="Consolas"/>
          <w:sz w:val="20"/>
          <w:szCs w:val="20"/>
          <w:lang w:val="fr-FR"/>
        </w:rPr>
        <w:br/>
      </w:r>
      <w:r w:rsidRPr="00066D18">
        <w:rPr>
          <w:rFonts w:ascii="Consolas" w:hAnsi="Consolas"/>
          <w:sz w:val="20"/>
          <w:szCs w:val="20"/>
          <w:lang w:val="fr-FR"/>
        </w:rPr>
        <w:t>Operational Trunking Encapsulation: native</w:t>
      </w:r>
      <w:r>
        <w:rPr>
          <w:rFonts w:ascii="Consolas" w:hAnsi="Consolas"/>
          <w:sz w:val="20"/>
          <w:szCs w:val="20"/>
          <w:lang w:val="fr-FR"/>
        </w:rPr>
        <w:br/>
      </w:r>
      <w:r w:rsidRPr="00066D18">
        <w:rPr>
          <w:rFonts w:ascii="Consolas" w:hAnsi="Consolas"/>
          <w:sz w:val="20"/>
          <w:szCs w:val="20"/>
          <w:lang w:val="fr-FR"/>
        </w:rPr>
        <w:t>Negotiation of Trunking: Off</w:t>
      </w:r>
      <w:r>
        <w:rPr>
          <w:rFonts w:ascii="Consolas" w:hAnsi="Consolas"/>
          <w:sz w:val="20"/>
          <w:szCs w:val="20"/>
          <w:lang w:val="fr-FR"/>
        </w:rPr>
        <w:br/>
      </w:r>
      <w:r w:rsidRPr="00066D18">
        <w:rPr>
          <w:rFonts w:ascii="Consolas" w:hAnsi="Consolas"/>
          <w:sz w:val="20"/>
          <w:szCs w:val="20"/>
          <w:lang w:val="fr-FR"/>
        </w:rPr>
        <w:t>Access Mode VLAN: 10 (FORMATEURS)</w:t>
      </w:r>
      <w:r>
        <w:rPr>
          <w:rFonts w:ascii="Consolas" w:hAnsi="Consolas"/>
          <w:sz w:val="20"/>
          <w:szCs w:val="20"/>
          <w:lang w:val="fr-FR"/>
        </w:rPr>
        <w:br/>
      </w:r>
      <w:r w:rsidRPr="00066D18">
        <w:rPr>
          <w:rFonts w:ascii="Consolas" w:hAnsi="Consolas"/>
          <w:sz w:val="20"/>
          <w:szCs w:val="20"/>
          <w:lang w:val="fr-FR"/>
        </w:rPr>
        <w:t>Trunking Native Mode VLAN: 1 (default)</w:t>
      </w:r>
    </w:p>
    <w:p w14:paraId="47DE812F" w14:textId="611AA655" w:rsidR="00066D18" w:rsidRPr="00066D18" w:rsidRDefault="00066D18" w:rsidP="00066D18">
      <w:pPr>
        <w:rPr>
          <w:rFonts w:ascii="Consolas" w:hAnsi="Consolas"/>
          <w:sz w:val="20"/>
          <w:szCs w:val="20"/>
          <w:lang w:val="fr-FR"/>
        </w:rPr>
      </w:pPr>
      <w:r w:rsidRPr="00066D18">
        <w:rPr>
          <w:rFonts w:ascii="Consolas" w:hAnsi="Consolas"/>
          <w:sz w:val="20"/>
          <w:szCs w:val="20"/>
          <w:lang w:val="fr-FR"/>
        </w:rPr>
        <w:lastRenderedPageBreak/>
        <w:t>Voice VLAN: none</w:t>
      </w:r>
      <w:r>
        <w:rPr>
          <w:rFonts w:ascii="Consolas" w:hAnsi="Consolas"/>
          <w:sz w:val="20"/>
          <w:szCs w:val="20"/>
          <w:lang w:val="fr-FR"/>
        </w:rPr>
        <w:br/>
      </w:r>
      <w:r w:rsidRPr="00066D18">
        <w:rPr>
          <w:rFonts w:ascii="Consolas" w:hAnsi="Consolas"/>
          <w:sz w:val="20"/>
          <w:szCs w:val="20"/>
          <w:lang w:val="fr-FR"/>
        </w:rPr>
        <w:t>Administrative private-vlan host-association: none</w:t>
      </w:r>
      <w:r>
        <w:rPr>
          <w:rFonts w:ascii="Consolas" w:hAnsi="Consolas"/>
          <w:sz w:val="20"/>
          <w:szCs w:val="20"/>
          <w:lang w:val="fr-FR"/>
        </w:rPr>
        <w:br/>
      </w:r>
      <w:r w:rsidRPr="00066D18">
        <w:rPr>
          <w:rFonts w:ascii="Consolas" w:hAnsi="Consolas"/>
          <w:sz w:val="20"/>
          <w:szCs w:val="20"/>
          <w:lang w:val="fr-FR"/>
        </w:rPr>
        <w:t>Administrative private-vlan mapping: none</w:t>
      </w:r>
      <w:r>
        <w:rPr>
          <w:rFonts w:ascii="Consolas" w:hAnsi="Consolas"/>
          <w:sz w:val="20"/>
          <w:szCs w:val="20"/>
          <w:lang w:val="fr-FR"/>
        </w:rPr>
        <w:br/>
      </w:r>
      <w:r w:rsidRPr="00066D18">
        <w:rPr>
          <w:rFonts w:ascii="Consolas" w:hAnsi="Consolas"/>
          <w:sz w:val="20"/>
          <w:szCs w:val="20"/>
          <w:lang w:val="fr-FR"/>
        </w:rPr>
        <w:t>Administrative private-vlan trunk native VLAN: none</w:t>
      </w:r>
      <w:r>
        <w:rPr>
          <w:rFonts w:ascii="Consolas" w:hAnsi="Consolas"/>
          <w:sz w:val="20"/>
          <w:szCs w:val="20"/>
          <w:lang w:val="fr-FR"/>
        </w:rPr>
        <w:br/>
      </w:r>
      <w:r w:rsidRPr="00066D18">
        <w:rPr>
          <w:rFonts w:ascii="Consolas" w:hAnsi="Consolas"/>
          <w:sz w:val="20"/>
          <w:szCs w:val="20"/>
          <w:lang w:val="fr-FR"/>
        </w:rPr>
        <w:t>Administrative private-vlan trunk encapsulation: dot1q</w:t>
      </w:r>
      <w:r>
        <w:rPr>
          <w:rFonts w:ascii="Consolas" w:hAnsi="Consolas"/>
          <w:sz w:val="20"/>
          <w:szCs w:val="20"/>
          <w:lang w:val="fr-FR"/>
        </w:rPr>
        <w:br/>
      </w:r>
      <w:r w:rsidRPr="00066D18">
        <w:rPr>
          <w:rFonts w:ascii="Consolas" w:hAnsi="Consolas"/>
          <w:sz w:val="20"/>
          <w:szCs w:val="20"/>
          <w:lang w:val="fr-FR"/>
        </w:rPr>
        <w:t>Administrative private-vlan trunk normal VLANs: none</w:t>
      </w:r>
      <w:r>
        <w:rPr>
          <w:rFonts w:ascii="Consolas" w:hAnsi="Consolas"/>
          <w:sz w:val="20"/>
          <w:szCs w:val="20"/>
          <w:lang w:val="fr-FR"/>
        </w:rPr>
        <w:br/>
      </w:r>
      <w:r w:rsidRPr="00066D18">
        <w:rPr>
          <w:rFonts w:ascii="Consolas" w:hAnsi="Consolas"/>
          <w:sz w:val="20"/>
          <w:szCs w:val="20"/>
          <w:lang w:val="fr-FR"/>
        </w:rPr>
        <w:t>Administrative private-vlan trunk private VLANs: none</w:t>
      </w:r>
      <w:r>
        <w:rPr>
          <w:rFonts w:ascii="Consolas" w:hAnsi="Consolas"/>
          <w:sz w:val="20"/>
          <w:szCs w:val="20"/>
          <w:lang w:val="fr-FR"/>
        </w:rPr>
        <w:br/>
      </w:r>
      <w:r w:rsidRPr="00066D18">
        <w:rPr>
          <w:rFonts w:ascii="Consolas" w:hAnsi="Consolas"/>
          <w:sz w:val="20"/>
          <w:szCs w:val="20"/>
          <w:lang w:val="fr-FR"/>
        </w:rPr>
        <w:t>Operational private-vlan: none</w:t>
      </w:r>
      <w:r>
        <w:rPr>
          <w:rFonts w:ascii="Consolas" w:hAnsi="Consolas"/>
          <w:sz w:val="20"/>
          <w:szCs w:val="20"/>
          <w:lang w:val="fr-FR"/>
        </w:rPr>
        <w:br/>
      </w:r>
      <w:r w:rsidRPr="00066D18">
        <w:rPr>
          <w:rFonts w:ascii="Consolas" w:hAnsi="Consolas"/>
          <w:sz w:val="20"/>
          <w:szCs w:val="20"/>
          <w:lang w:val="fr-FR"/>
        </w:rPr>
        <w:t>Trunking VLANs Enabled: All</w:t>
      </w:r>
      <w:r>
        <w:rPr>
          <w:rFonts w:ascii="Consolas" w:hAnsi="Consolas"/>
          <w:sz w:val="20"/>
          <w:szCs w:val="20"/>
          <w:lang w:val="fr-FR"/>
        </w:rPr>
        <w:br/>
      </w:r>
      <w:r w:rsidRPr="00066D18">
        <w:rPr>
          <w:rFonts w:ascii="Consolas" w:hAnsi="Consolas"/>
          <w:sz w:val="20"/>
          <w:szCs w:val="20"/>
          <w:lang w:val="fr-FR"/>
        </w:rPr>
        <w:t>Pruning VLANs Enabled: 2-1001</w:t>
      </w:r>
      <w:r>
        <w:rPr>
          <w:rFonts w:ascii="Consolas" w:hAnsi="Consolas"/>
          <w:sz w:val="20"/>
          <w:szCs w:val="20"/>
          <w:lang w:val="fr-FR"/>
        </w:rPr>
        <w:br/>
      </w:r>
      <w:r w:rsidRPr="00066D18">
        <w:rPr>
          <w:rFonts w:ascii="Consolas" w:hAnsi="Consolas"/>
          <w:sz w:val="20"/>
          <w:szCs w:val="20"/>
          <w:lang w:val="fr-FR"/>
        </w:rPr>
        <w:t>Capture Mode Disabled</w:t>
      </w:r>
      <w:r>
        <w:rPr>
          <w:rFonts w:ascii="Consolas" w:hAnsi="Consolas"/>
          <w:sz w:val="20"/>
          <w:szCs w:val="20"/>
          <w:lang w:val="fr-FR"/>
        </w:rPr>
        <w:br/>
      </w:r>
      <w:r w:rsidRPr="00066D18">
        <w:rPr>
          <w:rFonts w:ascii="Consolas" w:hAnsi="Consolas"/>
          <w:sz w:val="20"/>
          <w:szCs w:val="20"/>
          <w:lang w:val="fr-FR"/>
        </w:rPr>
        <w:t>Capture VLANs Allowed: ALL</w:t>
      </w:r>
      <w:r>
        <w:rPr>
          <w:rFonts w:ascii="Consolas" w:hAnsi="Consolas"/>
          <w:sz w:val="20"/>
          <w:szCs w:val="20"/>
          <w:lang w:val="fr-FR"/>
        </w:rPr>
        <w:br/>
      </w:r>
      <w:r w:rsidRPr="00066D18">
        <w:rPr>
          <w:rFonts w:ascii="Consolas" w:hAnsi="Consolas"/>
          <w:sz w:val="20"/>
          <w:szCs w:val="20"/>
          <w:lang w:val="fr-FR"/>
        </w:rPr>
        <w:t>Protected: false</w:t>
      </w:r>
      <w:r>
        <w:rPr>
          <w:rFonts w:ascii="Consolas" w:hAnsi="Consolas"/>
          <w:sz w:val="20"/>
          <w:szCs w:val="20"/>
          <w:lang w:val="fr-FR"/>
        </w:rPr>
        <w:br/>
      </w:r>
      <w:r w:rsidRPr="00066D18">
        <w:rPr>
          <w:rFonts w:ascii="Consolas" w:hAnsi="Consolas"/>
          <w:sz w:val="20"/>
          <w:szCs w:val="20"/>
          <w:lang w:val="fr-FR"/>
        </w:rPr>
        <w:t>Unknown unicast blocked: disabled</w:t>
      </w:r>
      <w:r>
        <w:rPr>
          <w:rFonts w:ascii="Consolas" w:hAnsi="Consolas"/>
          <w:sz w:val="20"/>
          <w:szCs w:val="20"/>
          <w:lang w:val="fr-FR"/>
        </w:rPr>
        <w:br/>
      </w:r>
      <w:r w:rsidRPr="00066D18">
        <w:rPr>
          <w:rFonts w:ascii="Consolas" w:hAnsi="Consolas"/>
          <w:sz w:val="20"/>
          <w:szCs w:val="20"/>
          <w:lang w:val="fr-FR"/>
        </w:rPr>
        <w:t>Unknown multicast blocked: disabled</w:t>
      </w:r>
      <w:r>
        <w:rPr>
          <w:rFonts w:ascii="Consolas" w:hAnsi="Consolas"/>
          <w:sz w:val="20"/>
          <w:szCs w:val="20"/>
          <w:lang w:val="fr-FR"/>
        </w:rPr>
        <w:br/>
      </w:r>
      <w:r w:rsidRPr="00066D18">
        <w:rPr>
          <w:rFonts w:ascii="Consolas" w:hAnsi="Consolas"/>
          <w:sz w:val="20"/>
          <w:szCs w:val="20"/>
          <w:lang w:val="fr-FR"/>
        </w:rPr>
        <w:t>Appliance trust: none</w:t>
      </w:r>
    </w:p>
    <w:p w14:paraId="1D1E63CC" w14:textId="66579266" w:rsidR="00066D18" w:rsidRPr="00066D18" w:rsidRDefault="00066D18" w:rsidP="00066D18">
      <w:pPr>
        <w:rPr>
          <w:rFonts w:ascii="Consolas" w:hAnsi="Consolas"/>
          <w:sz w:val="20"/>
          <w:szCs w:val="20"/>
          <w:lang w:val="fr-FR"/>
        </w:rPr>
      </w:pPr>
      <w:r w:rsidRPr="00066D18">
        <w:rPr>
          <w:rFonts w:ascii="Consolas" w:hAnsi="Consolas"/>
          <w:sz w:val="20"/>
          <w:szCs w:val="20"/>
          <w:lang w:val="fr-FR"/>
        </w:rPr>
        <w:t>Name: Fa0/2</w:t>
      </w:r>
      <w:r>
        <w:rPr>
          <w:rFonts w:ascii="Consolas" w:hAnsi="Consolas"/>
          <w:sz w:val="20"/>
          <w:szCs w:val="20"/>
          <w:lang w:val="fr-FR"/>
        </w:rPr>
        <w:br/>
      </w:r>
      <w:r w:rsidRPr="00066D18">
        <w:rPr>
          <w:rFonts w:ascii="Consolas" w:hAnsi="Consolas"/>
          <w:sz w:val="20"/>
          <w:szCs w:val="20"/>
          <w:lang w:val="fr-FR"/>
        </w:rPr>
        <w:t>Switchport: Enabled</w:t>
      </w:r>
      <w:r>
        <w:rPr>
          <w:rFonts w:ascii="Consolas" w:hAnsi="Consolas"/>
          <w:sz w:val="20"/>
          <w:szCs w:val="20"/>
          <w:lang w:val="fr-FR"/>
        </w:rPr>
        <w:br/>
      </w:r>
      <w:r w:rsidRPr="00066D18">
        <w:rPr>
          <w:rFonts w:ascii="Consolas" w:hAnsi="Consolas"/>
          <w:sz w:val="20"/>
          <w:szCs w:val="20"/>
          <w:lang w:val="fr-FR"/>
        </w:rPr>
        <w:t>Administrative Mode: static access</w:t>
      </w:r>
      <w:r>
        <w:rPr>
          <w:rFonts w:ascii="Consolas" w:hAnsi="Consolas"/>
          <w:sz w:val="20"/>
          <w:szCs w:val="20"/>
          <w:lang w:val="fr-FR"/>
        </w:rPr>
        <w:br/>
      </w:r>
      <w:r w:rsidRPr="00066D18">
        <w:rPr>
          <w:rFonts w:ascii="Consolas" w:hAnsi="Consolas"/>
          <w:sz w:val="20"/>
          <w:szCs w:val="20"/>
          <w:lang w:val="fr-FR"/>
        </w:rPr>
        <w:t>Operational Mode: static access</w:t>
      </w:r>
      <w:r>
        <w:rPr>
          <w:rFonts w:ascii="Consolas" w:hAnsi="Consolas"/>
          <w:sz w:val="20"/>
          <w:szCs w:val="20"/>
          <w:lang w:val="fr-FR"/>
        </w:rPr>
        <w:br/>
      </w:r>
      <w:r w:rsidRPr="00066D18">
        <w:rPr>
          <w:rFonts w:ascii="Consolas" w:hAnsi="Consolas"/>
          <w:sz w:val="20"/>
          <w:szCs w:val="20"/>
          <w:lang w:val="fr-FR"/>
        </w:rPr>
        <w:t>Administrative Trunking Encapsulation: negotiated</w:t>
      </w:r>
      <w:r>
        <w:rPr>
          <w:rFonts w:ascii="Consolas" w:hAnsi="Consolas"/>
          <w:sz w:val="20"/>
          <w:szCs w:val="20"/>
          <w:lang w:val="fr-FR"/>
        </w:rPr>
        <w:br/>
      </w:r>
      <w:r w:rsidRPr="00066D18">
        <w:rPr>
          <w:rFonts w:ascii="Consolas" w:hAnsi="Consolas"/>
          <w:sz w:val="20"/>
          <w:szCs w:val="20"/>
          <w:lang w:val="fr-FR"/>
        </w:rPr>
        <w:t>Operational Trunking Encapsulation: native</w:t>
      </w:r>
      <w:r>
        <w:rPr>
          <w:rFonts w:ascii="Consolas" w:hAnsi="Consolas"/>
          <w:sz w:val="20"/>
          <w:szCs w:val="20"/>
          <w:lang w:val="fr-FR"/>
        </w:rPr>
        <w:br/>
      </w:r>
      <w:r w:rsidRPr="00066D18">
        <w:rPr>
          <w:rFonts w:ascii="Consolas" w:hAnsi="Consolas"/>
          <w:sz w:val="20"/>
          <w:szCs w:val="20"/>
          <w:lang w:val="fr-FR"/>
        </w:rPr>
        <w:t>Negotiation of Trunking: Off</w:t>
      </w:r>
      <w:r>
        <w:rPr>
          <w:rFonts w:ascii="Consolas" w:hAnsi="Consolas"/>
          <w:sz w:val="20"/>
          <w:szCs w:val="20"/>
          <w:lang w:val="fr-FR"/>
        </w:rPr>
        <w:br/>
      </w:r>
      <w:r w:rsidRPr="00066D18">
        <w:rPr>
          <w:rFonts w:ascii="Consolas" w:hAnsi="Consolas"/>
          <w:sz w:val="20"/>
          <w:szCs w:val="20"/>
          <w:lang w:val="fr-FR"/>
        </w:rPr>
        <w:t>Access Mode VLAN: 20 (APPRENANTS)</w:t>
      </w:r>
      <w:r>
        <w:rPr>
          <w:rFonts w:ascii="Consolas" w:hAnsi="Consolas"/>
          <w:sz w:val="20"/>
          <w:szCs w:val="20"/>
          <w:lang w:val="fr-FR"/>
        </w:rPr>
        <w:br/>
      </w:r>
      <w:r w:rsidRPr="00066D18">
        <w:rPr>
          <w:rFonts w:ascii="Consolas" w:hAnsi="Consolas"/>
          <w:sz w:val="20"/>
          <w:szCs w:val="20"/>
          <w:lang w:val="fr-FR"/>
        </w:rPr>
        <w:t>Trunking Native Mode VLAN: 1 (default)</w:t>
      </w:r>
      <w:r>
        <w:rPr>
          <w:rFonts w:ascii="Consolas" w:hAnsi="Consolas"/>
          <w:sz w:val="20"/>
          <w:szCs w:val="20"/>
          <w:lang w:val="fr-FR"/>
        </w:rPr>
        <w:br/>
      </w:r>
      <w:r w:rsidRPr="00066D18">
        <w:rPr>
          <w:rFonts w:ascii="Consolas" w:hAnsi="Consolas"/>
          <w:sz w:val="20"/>
          <w:szCs w:val="20"/>
          <w:lang w:val="fr-FR"/>
        </w:rPr>
        <w:t>Voice VLAN: none</w:t>
      </w:r>
      <w:r>
        <w:rPr>
          <w:rFonts w:ascii="Consolas" w:hAnsi="Consolas"/>
          <w:sz w:val="20"/>
          <w:szCs w:val="20"/>
          <w:lang w:val="fr-FR"/>
        </w:rPr>
        <w:br/>
      </w:r>
      <w:r w:rsidRPr="00066D18">
        <w:rPr>
          <w:rFonts w:ascii="Consolas" w:hAnsi="Consolas"/>
          <w:sz w:val="20"/>
          <w:szCs w:val="20"/>
          <w:lang w:val="fr-FR"/>
        </w:rPr>
        <w:t>Administrative private-vlan host-association: none</w:t>
      </w:r>
      <w:r>
        <w:rPr>
          <w:rFonts w:ascii="Consolas" w:hAnsi="Consolas"/>
          <w:sz w:val="20"/>
          <w:szCs w:val="20"/>
          <w:lang w:val="fr-FR"/>
        </w:rPr>
        <w:br/>
      </w:r>
      <w:r w:rsidRPr="00066D18">
        <w:rPr>
          <w:rFonts w:ascii="Consolas" w:hAnsi="Consolas"/>
          <w:sz w:val="20"/>
          <w:szCs w:val="20"/>
          <w:lang w:val="fr-FR"/>
        </w:rPr>
        <w:t>Administrative private-vlan mapping: none</w:t>
      </w:r>
      <w:r>
        <w:rPr>
          <w:rFonts w:ascii="Consolas" w:hAnsi="Consolas"/>
          <w:sz w:val="20"/>
          <w:szCs w:val="20"/>
          <w:lang w:val="fr-FR"/>
        </w:rPr>
        <w:br/>
      </w:r>
      <w:r w:rsidRPr="00066D18">
        <w:rPr>
          <w:rFonts w:ascii="Consolas" w:hAnsi="Consolas"/>
          <w:sz w:val="20"/>
          <w:szCs w:val="20"/>
          <w:lang w:val="fr-FR"/>
        </w:rPr>
        <w:t>Administrative private-vlan trunk native VLAN: none</w:t>
      </w:r>
      <w:r>
        <w:rPr>
          <w:rFonts w:ascii="Consolas" w:hAnsi="Consolas"/>
          <w:sz w:val="20"/>
          <w:szCs w:val="20"/>
          <w:lang w:val="fr-FR"/>
        </w:rPr>
        <w:br/>
      </w:r>
      <w:r w:rsidRPr="00066D18">
        <w:rPr>
          <w:rFonts w:ascii="Consolas" w:hAnsi="Consolas"/>
          <w:sz w:val="20"/>
          <w:szCs w:val="20"/>
          <w:lang w:val="fr-FR"/>
        </w:rPr>
        <w:t>Administrative private-vlan trunk encapsulation: dot1q</w:t>
      </w:r>
      <w:r>
        <w:rPr>
          <w:rFonts w:ascii="Consolas" w:hAnsi="Consolas"/>
          <w:sz w:val="20"/>
          <w:szCs w:val="20"/>
          <w:lang w:val="fr-FR"/>
        </w:rPr>
        <w:br/>
      </w:r>
      <w:r w:rsidRPr="00066D18">
        <w:rPr>
          <w:rFonts w:ascii="Consolas" w:hAnsi="Consolas"/>
          <w:sz w:val="20"/>
          <w:szCs w:val="20"/>
          <w:lang w:val="fr-FR"/>
        </w:rPr>
        <w:t>Administrative private-vlan trunk normal VLANs: none</w:t>
      </w:r>
      <w:r>
        <w:rPr>
          <w:rFonts w:ascii="Consolas" w:hAnsi="Consolas"/>
          <w:sz w:val="20"/>
          <w:szCs w:val="20"/>
          <w:lang w:val="fr-FR"/>
        </w:rPr>
        <w:br/>
      </w:r>
      <w:r w:rsidRPr="00066D18">
        <w:rPr>
          <w:rFonts w:ascii="Consolas" w:hAnsi="Consolas"/>
          <w:sz w:val="20"/>
          <w:szCs w:val="20"/>
          <w:lang w:val="fr-FR"/>
        </w:rPr>
        <w:t>Administrative private-vlan trunk private VLANs: none</w:t>
      </w:r>
      <w:r>
        <w:rPr>
          <w:rFonts w:ascii="Consolas" w:hAnsi="Consolas"/>
          <w:sz w:val="20"/>
          <w:szCs w:val="20"/>
          <w:lang w:val="fr-FR"/>
        </w:rPr>
        <w:br/>
      </w:r>
      <w:r w:rsidRPr="00066D18">
        <w:rPr>
          <w:rFonts w:ascii="Consolas" w:hAnsi="Consolas"/>
          <w:sz w:val="20"/>
          <w:szCs w:val="20"/>
          <w:lang w:val="fr-FR"/>
        </w:rPr>
        <w:t>Operational private-vlan: none</w:t>
      </w:r>
      <w:r>
        <w:rPr>
          <w:rFonts w:ascii="Consolas" w:hAnsi="Consolas"/>
          <w:sz w:val="20"/>
          <w:szCs w:val="20"/>
          <w:lang w:val="fr-FR"/>
        </w:rPr>
        <w:br/>
      </w:r>
      <w:r w:rsidRPr="00066D18">
        <w:rPr>
          <w:rFonts w:ascii="Consolas" w:hAnsi="Consolas"/>
          <w:sz w:val="20"/>
          <w:szCs w:val="20"/>
          <w:lang w:val="fr-FR"/>
        </w:rPr>
        <w:t>Trunking VLANs Enabled: All</w:t>
      </w:r>
      <w:r>
        <w:rPr>
          <w:rFonts w:ascii="Consolas" w:hAnsi="Consolas"/>
          <w:sz w:val="20"/>
          <w:szCs w:val="20"/>
          <w:lang w:val="fr-FR"/>
        </w:rPr>
        <w:br/>
      </w:r>
      <w:r w:rsidRPr="00066D18">
        <w:rPr>
          <w:rFonts w:ascii="Consolas" w:hAnsi="Consolas"/>
          <w:sz w:val="20"/>
          <w:szCs w:val="20"/>
          <w:lang w:val="fr-FR"/>
        </w:rPr>
        <w:t>Pruning VLANs Enabled: 2-1001</w:t>
      </w:r>
      <w:r>
        <w:rPr>
          <w:rFonts w:ascii="Consolas" w:hAnsi="Consolas"/>
          <w:sz w:val="20"/>
          <w:szCs w:val="20"/>
          <w:lang w:val="fr-FR"/>
        </w:rPr>
        <w:br/>
      </w:r>
      <w:r w:rsidRPr="00066D18">
        <w:rPr>
          <w:rFonts w:ascii="Consolas" w:hAnsi="Consolas"/>
          <w:sz w:val="20"/>
          <w:szCs w:val="20"/>
          <w:lang w:val="fr-FR"/>
        </w:rPr>
        <w:t>Capture Mode Disabled</w:t>
      </w:r>
      <w:r>
        <w:rPr>
          <w:rFonts w:ascii="Consolas" w:hAnsi="Consolas"/>
          <w:sz w:val="20"/>
          <w:szCs w:val="20"/>
          <w:lang w:val="fr-FR"/>
        </w:rPr>
        <w:br/>
      </w:r>
      <w:r w:rsidRPr="00066D18">
        <w:rPr>
          <w:rFonts w:ascii="Consolas" w:hAnsi="Consolas"/>
          <w:sz w:val="20"/>
          <w:szCs w:val="20"/>
          <w:lang w:val="fr-FR"/>
        </w:rPr>
        <w:t>Capture VLANs Allowed: ALL</w:t>
      </w:r>
      <w:r>
        <w:rPr>
          <w:rFonts w:ascii="Consolas" w:hAnsi="Consolas"/>
          <w:sz w:val="20"/>
          <w:szCs w:val="20"/>
          <w:lang w:val="fr-FR"/>
        </w:rPr>
        <w:br/>
      </w:r>
      <w:r w:rsidRPr="00066D18">
        <w:rPr>
          <w:rFonts w:ascii="Consolas" w:hAnsi="Consolas"/>
          <w:sz w:val="20"/>
          <w:szCs w:val="20"/>
          <w:lang w:val="fr-FR"/>
        </w:rPr>
        <w:t>Protected: false</w:t>
      </w:r>
      <w:r>
        <w:rPr>
          <w:rFonts w:ascii="Consolas" w:hAnsi="Consolas"/>
          <w:sz w:val="20"/>
          <w:szCs w:val="20"/>
          <w:lang w:val="fr-FR"/>
        </w:rPr>
        <w:br/>
      </w:r>
      <w:r w:rsidRPr="00066D18">
        <w:rPr>
          <w:rFonts w:ascii="Consolas" w:hAnsi="Consolas"/>
          <w:sz w:val="20"/>
          <w:szCs w:val="20"/>
          <w:lang w:val="fr-FR"/>
        </w:rPr>
        <w:t>Unknown unicast blocked: disabled</w:t>
      </w:r>
      <w:r>
        <w:rPr>
          <w:rFonts w:ascii="Consolas" w:hAnsi="Consolas"/>
          <w:sz w:val="20"/>
          <w:szCs w:val="20"/>
          <w:lang w:val="fr-FR"/>
        </w:rPr>
        <w:br/>
      </w:r>
      <w:r w:rsidRPr="00066D18">
        <w:rPr>
          <w:rFonts w:ascii="Consolas" w:hAnsi="Consolas"/>
          <w:sz w:val="20"/>
          <w:szCs w:val="20"/>
          <w:lang w:val="fr-FR"/>
        </w:rPr>
        <w:t>Unknown multicast blocked: disabled</w:t>
      </w:r>
      <w:r>
        <w:rPr>
          <w:rFonts w:ascii="Consolas" w:hAnsi="Consolas"/>
          <w:sz w:val="20"/>
          <w:szCs w:val="20"/>
          <w:lang w:val="fr-FR"/>
        </w:rPr>
        <w:br/>
      </w:r>
      <w:r w:rsidRPr="00066D18">
        <w:rPr>
          <w:rFonts w:ascii="Consolas" w:hAnsi="Consolas"/>
          <w:sz w:val="20"/>
          <w:szCs w:val="20"/>
          <w:lang w:val="fr-FR"/>
        </w:rPr>
        <w:t>Appliance trust: none</w:t>
      </w:r>
    </w:p>
    <w:p w14:paraId="31E73AA3" w14:textId="77777777" w:rsidR="00066D18" w:rsidRPr="00066D18" w:rsidRDefault="00066D18" w:rsidP="00066D18">
      <w:pPr>
        <w:rPr>
          <w:rFonts w:ascii="Consolas" w:hAnsi="Consolas"/>
          <w:sz w:val="20"/>
          <w:szCs w:val="20"/>
          <w:lang w:val="fr-FR"/>
        </w:rPr>
      </w:pPr>
    </w:p>
    <w:p w14:paraId="6EAE350A" w14:textId="77777777" w:rsidR="00CD71FC" w:rsidRPr="00D50259" w:rsidRDefault="006B5664">
      <w:pPr>
        <w:pStyle w:val="Titre1"/>
        <w:rPr>
          <w:lang w:val="fr-FR"/>
        </w:rPr>
      </w:pPr>
      <w:r w:rsidRPr="00D50259">
        <w:rPr>
          <w:lang w:val="fr-FR"/>
        </w:rPr>
        <w:lastRenderedPageBreak/>
        <w:t>TP2 – Routage inter‑VLAN via SVI + route par défaut</w:t>
      </w:r>
    </w:p>
    <w:p w14:paraId="2C35A916" w14:textId="77777777" w:rsidR="00CD71FC" w:rsidRPr="00D50259" w:rsidRDefault="006B5664">
      <w:pPr>
        <w:rPr>
          <w:lang w:val="fr-FR"/>
        </w:rPr>
      </w:pPr>
      <w:r w:rsidRPr="00D50259">
        <w:rPr>
          <w:lang w:val="fr-FR"/>
        </w:rPr>
        <w:t>Objectif : Permettre la communication entre VLAN10 et VLAN20 via SVI et sortir vers Internet via le pare‑feu.</w:t>
      </w:r>
    </w:p>
    <w:p w14:paraId="21A46C90" w14:textId="77777777" w:rsidR="00CD71FC" w:rsidRDefault="006B5664">
      <w:r>
        <w:t xml:space="preserve">Étapes </w:t>
      </w:r>
      <w:proofErr w:type="gramStart"/>
      <w:r>
        <w:t>CLI :</w:t>
      </w:r>
      <w:proofErr w:type="gramEnd"/>
    </w:p>
    <w:p w14:paraId="3BE5934D" w14:textId="77777777" w:rsidR="00CD71FC" w:rsidRDefault="006B5664">
      <w:r>
        <w:rPr>
          <w:rFonts w:ascii="Consolas" w:hAnsi="Consolas"/>
          <w:sz w:val="20"/>
        </w:rPr>
        <w:t>interface vlan 10</w:t>
      </w:r>
      <w:r>
        <w:rPr>
          <w:rFonts w:ascii="Consolas" w:hAnsi="Consolas"/>
          <w:sz w:val="20"/>
        </w:rPr>
        <w:br/>
        <w:t xml:space="preserve"> ip address 192.168.10.1 255.255.255.0</w:t>
      </w:r>
      <w:r>
        <w:rPr>
          <w:rFonts w:ascii="Consolas" w:hAnsi="Consolas"/>
          <w:sz w:val="20"/>
        </w:rPr>
        <w:br/>
        <w:t xml:space="preserve"> no shutdown</w:t>
      </w:r>
      <w:r>
        <w:rPr>
          <w:rFonts w:ascii="Consolas" w:hAnsi="Consolas"/>
          <w:sz w:val="20"/>
        </w:rPr>
        <w:br/>
        <w:t>exit</w:t>
      </w:r>
      <w:r>
        <w:rPr>
          <w:rFonts w:ascii="Consolas" w:hAnsi="Consolas"/>
          <w:sz w:val="20"/>
        </w:rPr>
        <w:br/>
        <w:t>interface vlan 20</w:t>
      </w:r>
      <w:r>
        <w:rPr>
          <w:rFonts w:ascii="Consolas" w:hAnsi="Consolas"/>
          <w:sz w:val="20"/>
        </w:rPr>
        <w:br/>
        <w:t xml:space="preserve"> ip address 192.168.20.1 255.255.255.0</w:t>
      </w:r>
      <w:r>
        <w:rPr>
          <w:rFonts w:ascii="Consolas" w:hAnsi="Consolas"/>
          <w:sz w:val="20"/>
        </w:rPr>
        <w:br/>
        <w:t xml:space="preserve"> no shutdown</w:t>
      </w:r>
      <w:r>
        <w:rPr>
          <w:rFonts w:ascii="Consolas" w:hAnsi="Consolas"/>
          <w:sz w:val="20"/>
        </w:rPr>
        <w:br/>
        <w:t>exit</w:t>
      </w:r>
      <w:r>
        <w:rPr>
          <w:rFonts w:ascii="Consolas" w:hAnsi="Consolas"/>
          <w:sz w:val="20"/>
        </w:rPr>
        <w:br/>
      </w:r>
      <w:r>
        <w:rPr>
          <w:rFonts w:ascii="Consolas" w:hAnsi="Consolas"/>
          <w:sz w:val="20"/>
        </w:rPr>
        <w:br/>
        <w:t>vlan 30 name Transit</w:t>
      </w:r>
      <w:r>
        <w:rPr>
          <w:rFonts w:ascii="Consolas" w:hAnsi="Consolas"/>
          <w:sz w:val="20"/>
        </w:rPr>
        <w:br/>
        <w:t>interface vlan 30</w:t>
      </w:r>
      <w:r>
        <w:rPr>
          <w:rFonts w:ascii="Consolas" w:hAnsi="Consolas"/>
          <w:sz w:val="20"/>
        </w:rPr>
        <w:br/>
        <w:t xml:space="preserve"> ip address 10.0.30.2 255.255.255.252</w:t>
      </w:r>
      <w:r>
        <w:rPr>
          <w:rFonts w:ascii="Consolas" w:hAnsi="Consolas"/>
          <w:sz w:val="20"/>
        </w:rPr>
        <w:br/>
        <w:t xml:space="preserve"> no shutdown</w:t>
      </w:r>
      <w:r>
        <w:rPr>
          <w:rFonts w:ascii="Consolas" w:hAnsi="Consolas"/>
          <w:sz w:val="20"/>
        </w:rPr>
        <w:br/>
        <w:t>exit</w:t>
      </w:r>
      <w:r>
        <w:rPr>
          <w:rFonts w:ascii="Consolas" w:hAnsi="Consolas"/>
          <w:sz w:val="20"/>
        </w:rPr>
        <w:br/>
      </w:r>
      <w:r>
        <w:rPr>
          <w:rFonts w:ascii="Consolas" w:hAnsi="Consolas"/>
          <w:sz w:val="20"/>
        </w:rPr>
        <w:br/>
        <w:t>ip route 0.0.0.0 0.0.0.0 10.0.30.1</w:t>
      </w:r>
      <w:r>
        <w:rPr>
          <w:rFonts w:ascii="Consolas" w:hAnsi="Consolas"/>
          <w:sz w:val="20"/>
        </w:rPr>
        <w:br/>
        <w:t># (option) ip routing</w:t>
      </w:r>
      <w:r>
        <w:rPr>
          <w:rFonts w:ascii="Consolas" w:hAnsi="Consolas"/>
          <w:sz w:val="20"/>
        </w:rPr>
        <w:br/>
      </w:r>
    </w:p>
    <w:p w14:paraId="7150B348" w14:textId="77777777" w:rsidR="00CD71FC" w:rsidRDefault="006B5664">
      <w:proofErr w:type="gramStart"/>
      <w:r>
        <w:t>Vérifications :</w:t>
      </w:r>
      <w:proofErr w:type="gramEnd"/>
      <w:r>
        <w:t xml:space="preserve"> ping inter‑VLAN (PC VLAN10 → PC VLAN20) ; traceroute ; show ip route ; show ip interface brief.</w:t>
      </w:r>
    </w:p>
    <w:p w14:paraId="3B8AC805" w14:textId="77777777" w:rsidR="00860D07" w:rsidRPr="00860D07" w:rsidRDefault="00860D07" w:rsidP="00860D07">
      <w:pPr>
        <w:rPr>
          <w:rFonts w:ascii="Consolas" w:hAnsi="Consolas"/>
          <w:b/>
          <w:bCs/>
          <w:sz w:val="20"/>
          <w:szCs w:val="20"/>
          <w:lang w:val="fr-FR"/>
        </w:rPr>
      </w:pPr>
      <w:r w:rsidRPr="00860D07">
        <w:rPr>
          <w:rFonts w:ascii="Consolas" w:hAnsi="Consolas"/>
          <w:b/>
          <w:bCs/>
          <w:sz w:val="20"/>
          <w:szCs w:val="20"/>
          <w:lang w:val="fr-FR"/>
        </w:rPr>
        <w:t>CISCO-3560#show ip interface brief</w:t>
      </w:r>
    </w:p>
    <w:p w14:paraId="07CAF097" w14:textId="66E0D214" w:rsidR="00860D07" w:rsidRPr="00860D07" w:rsidRDefault="00860D07" w:rsidP="00860D07">
      <w:pPr>
        <w:rPr>
          <w:rFonts w:ascii="Consolas" w:hAnsi="Consolas"/>
          <w:sz w:val="20"/>
          <w:szCs w:val="20"/>
          <w:lang w:val="fr-FR"/>
        </w:rPr>
      </w:pPr>
      <w:r w:rsidRPr="00860D07">
        <w:rPr>
          <w:rFonts w:ascii="Consolas" w:hAnsi="Consolas"/>
          <w:sz w:val="20"/>
          <w:szCs w:val="20"/>
          <w:lang w:val="fr-FR"/>
        </w:rPr>
        <w:t xml:space="preserve">Interface IP-Address </w:t>
      </w:r>
      <w:proofErr w:type="gramStart"/>
      <w:r w:rsidRPr="00860D07">
        <w:rPr>
          <w:rFonts w:ascii="Consolas" w:hAnsi="Consolas"/>
          <w:sz w:val="20"/>
          <w:szCs w:val="20"/>
          <w:lang w:val="fr-FR"/>
        </w:rPr>
        <w:t>OK?</w:t>
      </w:r>
      <w:proofErr w:type="gramEnd"/>
      <w:r w:rsidRPr="00860D07">
        <w:rPr>
          <w:rFonts w:ascii="Consolas" w:hAnsi="Consolas"/>
          <w:sz w:val="20"/>
          <w:szCs w:val="20"/>
          <w:lang w:val="fr-FR"/>
        </w:rPr>
        <w:t xml:space="preserve"> Method Status Protocol </w:t>
      </w:r>
      <w:r>
        <w:rPr>
          <w:rFonts w:ascii="Consolas" w:hAnsi="Consolas"/>
          <w:sz w:val="20"/>
          <w:szCs w:val="20"/>
          <w:lang w:val="fr-FR"/>
        </w:rPr>
        <w:br/>
      </w:r>
      <w:r w:rsidRPr="00860D07">
        <w:rPr>
          <w:rFonts w:ascii="Consolas" w:hAnsi="Consolas"/>
          <w:sz w:val="20"/>
          <w:szCs w:val="20"/>
          <w:lang w:val="fr-FR"/>
        </w:rPr>
        <w:t xml:space="preserve">FastEthernet0/1 unassigned YES NVRAM up up </w:t>
      </w:r>
      <w:r>
        <w:rPr>
          <w:rFonts w:ascii="Consolas" w:hAnsi="Consolas"/>
          <w:sz w:val="20"/>
          <w:szCs w:val="20"/>
          <w:lang w:val="fr-FR"/>
        </w:rPr>
        <w:br/>
      </w:r>
      <w:r w:rsidRPr="00860D07">
        <w:rPr>
          <w:rFonts w:ascii="Consolas" w:hAnsi="Consolas"/>
          <w:sz w:val="20"/>
          <w:szCs w:val="20"/>
          <w:lang w:val="fr-FR"/>
        </w:rPr>
        <w:t xml:space="preserve">FastEthernet0/2 unassigned YES NVRAM up up </w:t>
      </w:r>
      <w:r>
        <w:rPr>
          <w:rFonts w:ascii="Consolas" w:hAnsi="Consolas"/>
          <w:sz w:val="20"/>
          <w:szCs w:val="20"/>
          <w:lang w:val="fr-FR"/>
        </w:rPr>
        <w:br/>
      </w:r>
      <w:r w:rsidRPr="00860D07">
        <w:rPr>
          <w:rFonts w:ascii="Consolas" w:hAnsi="Consolas"/>
          <w:sz w:val="20"/>
          <w:szCs w:val="20"/>
          <w:lang w:val="fr-FR"/>
        </w:rPr>
        <w:t xml:space="preserve">FastEthernet0/3 unassigned YES NVRAM up up </w:t>
      </w:r>
      <w:r>
        <w:rPr>
          <w:rFonts w:ascii="Consolas" w:hAnsi="Consolas"/>
          <w:sz w:val="20"/>
          <w:szCs w:val="20"/>
          <w:lang w:val="fr-FR"/>
        </w:rPr>
        <w:br/>
      </w:r>
      <w:r w:rsidRPr="00860D07">
        <w:rPr>
          <w:rFonts w:ascii="Consolas" w:hAnsi="Consolas"/>
          <w:sz w:val="20"/>
          <w:szCs w:val="20"/>
          <w:lang w:val="fr-FR"/>
        </w:rPr>
        <w:t xml:space="preserve">FastEthernet0/4 unassigned YES NVRAM up up </w:t>
      </w:r>
      <w:r>
        <w:rPr>
          <w:rFonts w:ascii="Consolas" w:hAnsi="Consolas"/>
          <w:sz w:val="20"/>
          <w:szCs w:val="20"/>
          <w:lang w:val="fr-FR"/>
        </w:rPr>
        <w:br/>
      </w:r>
      <w:r w:rsidRPr="00860D07">
        <w:rPr>
          <w:rFonts w:ascii="Consolas" w:hAnsi="Consolas"/>
          <w:sz w:val="20"/>
          <w:szCs w:val="20"/>
          <w:lang w:val="fr-FR"/>
        </w:rPr>
        <w:t xml:space="preserve">FastEthernet0/5 unassigned YES NVRAM down down </w:t>
      </w:r>
      <w:r>
        <w:rPr>
          <w:rFonts w:ascii="Consolas" w:hAnsi="Consolas"/>
          <w:sz w:val="20"/>
          <w:szCs w:val="20"/>
          <w:lang w:val="fr-FR"/>
        </w:rPr>
        <w:br/>
      </w:r>
      <w:r w:rsidR="00D1756A">
        <w:rPr>
          <w:rFonts w:ascii="Consolas" w:hAnsi="Consolas"/>
          <w:sz w:val="20"/>
          <w:szCs w:val="20"/>
          <w:lang w:val="fr-FR"/>
        </w:rPr>
        <w:t>[…]</w:t>
      </w:r>
      <w:r w:rsidR="00D1756A">
        <w:rPr>
          <w:rFonts w:ascii="Consolas" w:hAnsi="Consolas"/>
          <w:sz w:val="20"/>
          <w:szCs w:val="20"/>
          <w:lang w:val="fr-FR"/>
        </w:rPr>
        <w:br/>
      </w:r>
      <w:r w:rsidRPr="00860D07">
        <w:rPr>
          <w:rFonts w:ascii="Consolas" w:hAnsi="Consolas"/>
          <w:sz w:val="20"/>
          <w:szCs w:val="20"/>
          <w:lang w:val="fr-FR"/>
        </w:rPr>
        <w:t xml:space="preserve">FastEthernet0/24 unassigned YES NVRAM down down </w:t>
      </w:r>
      <w:r w:rsidR="00D1756A">
        <w:rPr>
          <w:rFonts w:ascii="Consolas" w:hAnsi="Consolas"/>
          <w:sz w:val="20"/>
          <w:szCs w:val="20"/>
          <w:lang w:val="fr-FR"/>
        </w:rPr>
        <w:br/>
      </w:r>
      <w:r w:rsidRPr="00860D07">
        <w:rPr>
          <w:rFonts w:ascii="Consolas" w:hAnsi="Consolas"/>
          <w:sz w:val="20"/>
          <w:szCs w:val="20"/>
          <w:lang w:val="fr-FR"/>
        </w:rPr>
        <w:t xml:space="preserve">GigabitEthernet0/1 unassigned YES NVRAM down down </w:t>
      </w:r>
      <w:r w:rsidR="00D1756A">
        <w:rPr>
          <w:rFonts w:ascii="Consolas" w:hAnsi="Consolas"/>
          <w:sz w:val="20"/>
          <w:szCs w:val="20"/>
          <w:lang w:val="fr-FR"/>
        </w:rPr>
        <w:br/>
      </w:r>
      <w:r w:rsidRPr="00860D07">
        <w:rPr>
          <w:rFonts w:ascii="Consolas" w:hAnsi="Consolas"/>
          <w:sz w:val="20"/>
          <w:szCs w:val="20"/>
          <w:lang w:val="fr-FR"/>
        </w:rPr>
        <w:t xml:space="preserve">GigabitEthernet0/2 unassigned YES NVRAM down down </w:t>
      </w:r>
      <w:r w:rsidR="00D1756A">
        <w:rPr>
          <w:rFonts w:ascii="Consolas" w:hAnsi="Consolas"/>
          <w:sz w:val="20"/>
          <w:szCs w:val="20"/>
          <w:lang w:val="fr-FR"/>
        </w:rPr>
        <w:br/>
      </w:r>
      <w:r w:rsidRPr="00860D07">
        <w:rPr>
          <w:rFonts w:ascii="Consolas" w:hAnsi="Consolas"/>
          <w:sz w:val="20"/>
          <w:szCs w:val="20"/>
          <w:lang w:val="fr-FR"/>
        </w:rPr>
        <w:t xml:space="preserve">Vlan1 unassigned YES NVRAM administratively down down </w:t>
      </w:r>
      <w:r w:rsidR="00D1756A">
        <w:rPr>
          <w:rFonts w:ascii="Consolas" w:hAnsi="Consolas"/>
          <w:sz w:val="20"/>
          <w:szCs w:val="20"/>
          <w:lang w:val="fr-FR"/>
        </w:rPr>
        <w:br/>
      </w:r>
      <w:r w:rsidRPr="00860D07">
        <w:rPr>
          <w:rFonts w:ascii="Consolas" w:hAnsi="Consolas"/>
          <w:sz w:val="20"/>
          <w:szCs w:val="20"/>
          <w:lang w:val="fr-FR"/>
        </w:rPr>
        <w:t xml:space="preserve">Vlan10 192.168.10.1 YES manual up up </w:t>
      </w:r>
      <w:r w:rsidR="00D1756A">
        <w:rPr>
          <w:rFonts w:ascii="Consolas" w:hAnsi="Consolas"/>
          <w:sz w:val="20"/>
          <w:szCs w:val="20"/>
          <w:lang w:val="fr-FR"/>
        </w:rPr>
        <w:br/>
      </w:r>
      <w:r w:rsidRPr="00860D07">
        <w:rPr>
          <w:rFonts w:ascii="Consolas" w:hAnsi="Consolas"/>
          <w:sz w:val="20"/>
          <w:szCs w:val="20"/>
          <w:lang w:val="fr-FR"/>
        </w:rPr>
        <w:t xml:space="preserve">Vlan20 192.168.20.1 YES manual up up </w:t>
      </w:r>
      <w:r w:rsidR="00D1756A">
        <w:rPr>
          <w:rFonts w:ascii="Consolas" w:hAnsi="Consolas"/>
          <w:sz w:val="20"/>
          <w:szCs w:val="20"/>
          <w:lang w:val="fr-FR"/>
        </w:rPr>
        <w:br/>
      </w:r>
      <w:r w:rsidRPr="00860D07">
        <w:rPr>
          <w:rFonts w:ascii="Consolas" w:hAnsi="Consolas"/>
          <w:sz w:val="20"/>
          <w:szCs w:val="20"/>
          <w:lang w:val="fr-FR"/>
        </w:rPr>
        <w:t xml:space="preserve">Vlan30 10.0.30.2 YES manual up up </w:t>
      </w:r>
      <w:r w:rsidR="00D1756A">
        <w:rPr>
          <w:rFonts w:ascii="Consolas" w:hAnsi="Consolas"/>
          <w:sz w:val="20"/>
          <w:szCs w:val="20"/>
          <w:lang w:val="fr-FR"/>
        </w:rPr>
        <w:br/>
      </w:r>
      <w:r w:rsidRPr="00860D07">
        <w:rPr>
          <w:rFonts w:ascii="Consolas" w:hAnsi="Consolas"/>
          <w:sz w:val="20"/>
          <w:szCs w:val="20"/>
          <w:lang w:val="fr-FR"/>
        </w:rPr>
        <w:t>Vlan99 192.168.99.2 YES manual up up</w:t>
      </w:r>
    </w:p>
    <w:p w14:paraId="1B65FE84" w14:textId="53DED8BD" w:rsidR="00860D07" w:rsidRPr="00860D07" w:rsidRDefault="00860D07" w:rsidP="00860D07">
      <w:pPr>
        <w:rPr>
          <w:rFonts w:ascii="Consolas" w:hAnsi="Consolas"/>
          <w:b/>
          <w:bCs/>
          <w:sz w:val="20"/>
          <w:szCs w:val="20"/>
          <w:lang w:val="fr-FR"/>
        </w:rPr>
      </w:pPr>
      <w:r w:rsidRPr="00860D07">
        <w:rPr>
          <w:rFonts w:ascii="Consolas" w:hAnsi="Consolas"/>
          <w:b/>
          <w:bCs/>
          <w:sz w:val="20"/>
          <w:szCs w:val="20"/>
          <w:lang w:val="fr-FR"/>
        </w:rPr>
        <w:lastRenderedPageBreak/>
        <w:t>CISCO-3560#show ip route</w:t>
      </w:r>
    </w:p>
    <w:p w14:paraId="1E3B974B" w14:textId="272DA40D" w:rsidR="00860D07" w:rsidRPr="00860D07" w:rsidRDefault="00860D07" w:rsidP="00860D07">
      <w:pPr>
        <w:rPr>
          <w:rFonts w:ascii="Consolas" w:hAnsi="Consolas"/>
          <w:sz w:val="20"/>
          <w:szCs w:val="20"/>
          <w:lang w:val="fr-FR"/>
        </w:rPr>
      </w:pPr>
      <w:r w:rsidRPr="00860D07">
        <w:rPr>
          <w:rFonts w:ascii="Consolas" w:hAnsi="Consolas"/>
          <w:sz w:val="20"/>
          <w:szCs w:val="20"/>
          <w:lang w:val="fr-FR"/>
        </w:rPr>
        <w:t>Gateway of last resort is 10.0.30.1 to network 0.0.0.0</w:t>
      </w:r>
    </w:p>
    <w:p w14:paraId="6F27D8D5" w14:textId="77777777" w:rsidR="00860D07" w:rsidRPr="00860D07" w:rsidRDefault="00860D07" w:rsidP="00860D07">
      <w:pPr>
        <w:rPr>
          <w:rFonts w:ascii="Consolas" w:hAnsi="Consolas"/>
          <w:sz w:val="20"/>
          <w:szCs w:val="20"/>
          <w:lang w:val="fr-FR"/>
        </w:rPr>
      </w:pPr>
      <w:r w:rsidRPr="00860D07">
        <w:rPr>
          <w:rFonts w:ascii="Consolas" w:hAnsi="Consolas"/>
          <w:sz w:val="20"/>
          <w:szCs w:val="20"/>
          <w:lang w:val="fr-FR"/>
        </w:rPr>
        <w:t>10.0.0.0/30 is subnetted, 1 subnets</w:t>
      </w:r>
    </w:p>
    <w:p w14:paraId="47673853" w14:textId="401F84E0" w:rsidR="00860D07" w:rsidRDefault="00860D07" w:rsidP="00860D07">
      <w:pPr>
        <w:rPr>
          <w:rFonts w:ascii="Consolas" w:hAnsi="Consolas"/>
          <w:sz w:val="20"/>
          <w:szCs w:val="20"/>
          <w:lang w:val="fr-FR"/>
        </w:rPr>
      </w:pPr>
      <w:r w:rsidRPr="00860D07">
        <w:rPr>
          <w:rFonts w:ascii="Consolas" w:hAnsi="Consolas"/>
          <w:sz w:val="20"/>
          <w:szCs w:val="20"/>
          <w:lang w:val="fr-FR"/>
        </w:rPr>
        <w:t>C 10.0.30.0 is directly connected, Vlan30</w:t>
      </w:r>
      <w:r w:rsidR="00D1756A">
        <w:rPr>
          <w:rFonts w:ascii="Consolas" w:hAnsi="Consolas"/>
          <w:sz w:val="20"/>
          <w:szCs w:val="20"/>
          <w:lang w:val="fr-FR"/>
        </w:rPr>
        <w:br/>
      </w:r>
      <w:r w:rsidRPr="00860D07">
        <w:rPr>
          <w:rFonts w:ascii="Consolas" w:hAnsi="Consolas"/>
          <w:sz w:val="20"/>
          <w:szCs w:val="20"/>
          <w:lang w:val="fr-FR"/>
        </w:rPr>
        <w:t>C 192.168.10.0/24 is directly connected, Vlan10</w:t>
      </w:r>
      <w:r w:rsidR="00D1756A">
        <w:rPr>
          <w:rFonts w:ascii="Consolas" w:hAnsi="Consolas"/>
          <w:sz w:val="20"/>
          <w:szCs w:val="20"/>
          <w:lang w:val="fr-FR"/>
        </w:rPr>
        <w:br/>
      </w:r>
      <w:r w:rsidRPr="00860D07">
        <w:rPr>
          <w:rFonts w:ascii="Consolas" w:hAnsi="Consolas"/>
          <w:sz w:val="20"/>
          <w:szCs w:val="20"/>
          <w:lang w:val="fr-FR"/>
        </w:rPr>
        <w:t>C 192.168.20.0/24 is directly connected, Vlan20</w:t>
      </w:r>
      <w:r w:rsidR="00D1756A">
        <w:rPr>
          <w:rFonts w:ascii="Consolas" w:hAnsi="Consolas"/>
          <w:sz w:val="20"/>
          <w:szCs w:val="20"/>
          <w:lang w:val="fr-FR"/>
        </w:rPr>
        <w:br/>
      </w:r>
      <w:r w:rsidRPr="00860D07">
        <w:rPr>
          <w:rFonts w:ascii="Consolas" w:hAnsi="Consolas"/>
          <w:sz w:val="20"/>
          <w:szCs w:val="20"/>
          <w:lang w:val="fr-FR"/>
        </w:rPr>
        <w:t>C 192.168.99.0/24 is directly connected, Vlan99</w:t>
      </w:r>
      <w:r w:rsidR="00D1756A">
        <w:rPr>
          <w:rFonts w:ascii="Consolas" w:hAnsi="Consolas"/>
          <w:sz w:val="20"/>
          <w:szCs w:val="20"/>
          <w:lang w:val="fr-FR"/>
        </w:rPr>
        <w:br/>
      </w:r>
      <w:r w:rsidRPr="00860D07">
        <w:rPr>
          <w:rFonts w:ascii="Consolas" w:hAnsi="Consolas"/>
          <w:sz w:val="20"/>
          <w:szCs w:val="20"/>
          <w:lang w:val="fr-FR"/>
        </w:rPr>
        <w:t>S* 0.0.0.0/0 [1/0] via 10.0.30.1</w:t>
      </w:r>
    </w:p>
    <w:p w14:paraId="7876AD9B" w14:textId="76F461B2" w:rsidR="00D1756A" w:rsidRPr="00066D18" w:rsidRDefault="00066D18" w:rsidP="00860D07">
      <w:pPr>
        <w:rPr>
          <w:rFonts w:asciiTheme="majorHAnsi" w:hAnsiTheme="majorHAnsi" w:cstheme="majorHAnsi"/>
          <w:b/>
          <w:bCs/>
          <w:lang w:val="fr-FR"/>
        </w:rPr>
      </w:pPr>
      <w:r w:rsidRPr="00066D18">
        <w:rPr>
          <w:rFonts w:asciiTheme="majorHAnsi" w:hAnsiTheme="majorHAnsi" w:cstheme="majorHAnsi"/>
          <w:b/>
          <w:bCs/>
          <w:lang w:val="fr-FR"/>
        </w:rPr>
        <w:t>→ Ping et traceroute de PC Formateur (192.168.10.10) vers PC Apprenants (192.168.20.20)</w:t>
      </w:r>
    </w:p>
    <w:p w14:paraId="6AF8DFEB" w14:textId="77777777" w:rsidR="00066D18" w:rsidRPr="00066D18" w:rsidRDefault="00066D18" w:rsidP="00066D18">
      <w:pPr>
        <w:rPr>
          <w:rFonts w:ascii="Consolas" w:hAnsi="Consolas"/>
          <w:sz w:val="20"/>
          <w:szCs w:val="20"/>
          <w:lang w:val="fr-FR"/>
        </w:rPr>
      </w:pPr>
      <w:r w:rsidRPr="00066D18">
        <w:rPr>
          <w:rFonts w:ascii="Consolas" w:hAnsi="Consolas"/>
          <w:sz w:val="20"/>
          <w:szCs w:val="20"/>
          <w:lang w:val="fr-FR"/>
        </w:rPr>
        <w:t>C:\&gt;ping 192.168.20.20</w:t>
      </w:r>
    </w:p>
    <w:p w14:paraId="2346FA96" w14:textId="5ADA238C" w:rsidR="00066D18" w:rsidRPr="00066D18" w:rsidRDefault="00066D18" w:rsidP="00066D18">
      <w:pPr>
        <w:rPr>
          <w:rFonts w:ascii="Consolas" w:hAnsi="Consolas"/>
          <w:sz w:val="20"/>
          <w:szCs w:val="20"/>
          <w:lang w:val="fr-FR"/>
        </w:rPr>
      </w:pPr>
      <w:r w:rsidRPr="00066D18">
        <w:rPr>
          <w:rFonts w:ascii="Consolas" w:hAnsi="Consolas"/>
          <w:sz w:val="20"/>
          <w:szCs w:val="20"/>
          <w:lang w:val="fr-FR"/>
        </w:rPr>
        <w:t xml:space="preserve">Pinging 192.168.20.20 with 32 bytes of </w:t>
      </w:r>
      <w:proofErr w:type="gramStart"/>
      <w:r w:rsidRPr="00066D18">
        <w:rPr>
          <w:rFonts w:ascii="Consolas" w:hAnsi="Consolas"/>
          <w:sz w:val="20"/>
          <w:szCs w:val="20"/>
          <w:lang w:val="fr-FR"/>
        </w:rPr>
        <w:t>data:</w:t>
      </w:r>
      <w:proofErr w:type="gramEnd"/>
      <w:r>
        <w:rPr>
          <w:rFonts w:ascii="Consolas" w:hAnsi="Consolas"/>
          <w:sz w:val="20"/>
          <w:szCs w:val="20"/>
          <w:lang w:val="fr-FR"/>
        </w:rPr>
        <w:br/>
      </w:r>
      <w:r w:rsidRPr="00066D18">
        <w:rPr>
          <w:rFonts w:ascii="Consolas" w:hAnsi="Consolas"/>
          <w:sz w:val="20"/>
          <w:szCs w:val="20"/>
          <w:lang w:val="fr-FR"/>
        </w:rPr>
        <w:t>Reply from 192.168.20.20: bytes=32 time&lt;1ms TTL=127</w:t>
      </w:r>
      <w:r>
        <w:rPr>
          <w:rFonts w:ascii="Consolas" w:hAnsi="Consolas"/>
          <w:sz w:val="20"/>
          <w:szCs w:val="20"/>
          <w:lang w:val="fr-FR"/>
        </w:rPr>
        <w:br/>
      </w:r>
      <w:r w:rsidRPr="00066D18">
        <w:rPr>
          <w:rFonts w:ascii="Consolas" w:hAnsi="Consolas"/>
          <w:sz w:val="20"/>
          <w:szCs w:val="20"/>
          <w:lang w:val="fr-FR"/>
        </w:rPr>
        <w:t>Reply from 192.168.20.20: bytes=32 time&lt;1ms TTL=127</w:t>
      </w:r>
      <w:r>
        <w:rPr>
          <w:rFonts w:ascii="Consolas" w:hAnsi="Consolas"/>
          <w:sz w:val="20"/>
          <w:szCs w:val="20"/>
          <w:lang w:val="fr-FR"/>
        </w:rPr>
        <w:br/>
      </w:r>
      <w:r w:rsidRPr="00066D18">
        <w:rPr>
          <w:rFonts w:ascii="Consolas" w:hAnsi="Consolas"/>
          <w:sz w:val="20"/>
          <w:szCs w:val="20"/>
          <w:lang w:val="fr-FR"/>
        </w:rPr>
        <w:t>Reply from 192.168.20.20: bytes=32 time&lt;1ms TTL=127</w:t>
      </w:r>
      <w:r>
        <w:rPr>
          <w:rFonts w:ascii="Consolas" w:hAnsi="Consolas"/>
          <w:sz w:val="20"/>
          <w:szCs w:val="20"/>
          <w:lang w:val="fr-FR"/>
        </w:rPr>
        <w:br/>
      </w:r>
      <w:r w:rsidRPr="00066D18">
        <w:rPr>
          <w:rFonts w:ascii="Consolas" w:hAnsi="Consolas"/>
          <w:sz w:val="20"/>
          <w:szCs w:val="20"/>
          <w:lang w:val="fr-FR"/>
        </w:rPr>
        <w:t>Reply from 192.168.20.20: bytes=32 time&lt;1ms TTL=127</w:t>
      </w:r>
    </w:p>
    <w:p w14:paraId="210D092D" w14:textId="72CE4BEC" w:rsidR="00066D18" w:rsidRPr="00066D18" w:rsidRDefault="00066D18" w:rsidP="00066D18">
      <w:pPr>
        <w:rPr>
          <w:rFonts w:ascii="Consolas" w:hAnsi="Consolas"/>
          <w:sz w:val="20"/>
          <w:szCs w:val="20"/>
          <w:lang w:val="fr-FR"/>
        </w:rPr>
      </w:pPr>
      <w:r w:rsidRPr="00066D18">
        <w:rPr>
          <w:rFonts w:ascii="Consolas" w:hAnsi="Consolas"/>
          <w:sz w:val="20"/>
          <w:szCs w:val="20"/>
          <w:lang w:val="fr-FR"/>
        </w:rPr>
        <w:t>Ping statistics for 192.168.20.20:</w:t>
      </w:r>
      <w:r>
        <w:rPr>
          <w:rFonts w:ascii="Consolas" w:hAnsi="Consolas"/>
          <w:sz w:val="20"/>
          <w:szCs w:val="20"/>
          <w:lang w:val="fr-FR"/>
        </w:rPr>
        <w:br/>
      </w:r>
      <w:proofErr w:type="gramStart"/>
      <w:r w:rsidRPr="00066D18">
        <w:rPr>
          <w:rFonts w:ascii="Consolas" w:hAnsi="Consolas"/>
          <w:sz w:val="20"/>
          <w:szCs w:val="20"/>
          <w:lang w:val="fr-FR"/>
        </w:rPr>
        <w:t>Packets:</w:t>
      </w:r>
      <w:proofErr w:type="gramEnd"/>
      <w:r w:rsidRPr="00066D18">
        <w:rPr>
          <w:rFonts w:ascii="Consolas" w:hAnsi="Consolas"/>
          <w:sz w:val="20"/>
          <w:szCs w:val="20"/>
          <w:lang w:val="fr-FR"/>
        </w:rPr>
        <w:t xml:space="preserve"> Sent = 4, Received = 4, Lost = 0 (0% loss),</w:t>
      </w:r>
      <w:r>
        <w:rPr>
          <w:rFonts w:ascii="Consolas" w:hAnsi="Consolas"/>
          <w:sz w:val="20"/>
          <w:szCs w:val="20"/>
          <w:lang w:val="fr-FR"/>
        </w:rPr>
        <w:br/>
      </w:r>
      <w:r w:rsidRPr="00066D18">
        <w:rPr>
          <w:rFonts w:ascii="Consolas" w:hAnsi="Consolas"/>
          <w:sz w:val="20"/>
          <w:szCs w:val="20"/>
          <w:lang w:val="fr-FR"/>
        </w:rPr>
        <w:t>Approximate round trip times in milli-seconds:</w:t>
      </w:r>
      <w:r>
        <w:rPr>
          <w:rFonts w:ascii="Consolas" w:hAnsi="Consolas"/>
          <w:sz w:val="20"/>
          <w:szCs w:val="20"/>
          <w:lang w:val="fr-FR"/>
        </w:rPr>
        <w:br/>
      </w:r>
      <w:r w:rsidRPr="00066D18">
        <w:rPr>
          <w:rFonts w:ascii="Consolas" w:hAnsi="Consolas"/>
          <w:sz w:val="20"/>
          <w:szCs w:val="20"/>
          <w:lang w:val="fr-FR"/>
        </w:rPr>
        <w:t>Minimum = 0ms, Maximum = 0ms, Average = 0ms</w:t>
      </w:r>
    </w:p>
    <w:p w14:paraId="22EE3442" w14:textId="77777777" w:rsidR="00066D18" w:rsidRPr="00066D18" w:rsidRDefault="00066D18" w:rsidP="00066D18">
      <w:pPr>
        <w:rPr>
          <w:rFonts w:ascii="Consolas" w:hAnsi="Consolas"/>
          <w:sz w:val="20"/>
          <w:szCs w:val="20"/>
          <w:lang w:val="fr-FR"/>
        </w:rPr>
      </w:pPr>
      <w:r w:rsidRPr="00066D18">
        <w:rPr>
          <w:rFonts w:ascii="Consolas" w:hAnsi="Consolas"/>
          <w:sz w:val="20"/>
          <w:szCs w:val="20"/>
          <w:lang w:val="fr-FR"/>
        </w:rPr>
        <w:t>C:\&gt;tracert 192.168.20.20</w:t>
      </w:r>
    </w:p>
    <w:p w14:paraId="7F115833" w14:textId="14D4D4FA" w:rsidR="00066D18" w:rsidRPr="00066D18" w:rsidRDefault="00066D18" w:rsidP="00066D18">
      <w:pPr>
        <w:rPr>
          <w:rFonts w:ascii="Consolas" w:hAnsi="Consolas"/>
          <w:sz w:val="20"/>
          <w:szCs w:val="20"/>
          <w:lang w:val="fr-FR"/>
        </w:rPr>
      </w:pPr>
      <w:r w:rsidRPr="00066D18">
        <w:rPr>
          <w:rFonts w:ascii="Consolas" w:hAnsi="Consolas"/>
          <w:sz w:val="20"/>
          <w:szCs w:val="20"/>
          <w:lang w:val="fr-FR"/>
        </w:rPr>
        <w:t xml:space="preserve">Tracing route to 192.168.20.20 over a maximum of 30 </w:t>
      </w:r>
      <w:proofErr w:type="gramStart"/>
      <w:r w:rsidRPr="00066D18">
        <w:rPr>
          <w:rFonts w:ascii="Consolas" w:hAnsi="Consolas"/>
          <w:sz w:val="20"/>
          <w:szCs w:val="20"/>
          <w:lang w:val="fr-FR"/>
        </w:rPr>
        <w:t>hops:</w:t>
      </w:r>
      <w:proofErr w:type="gramEnd"/>
      <w:r w:rsidRPr="00066D18">
        <w:rPr>
          <w:rFonts w:ascii="Consolas" w:hAnsi="Consolas"/>
          <w:sz w:val="20"/>
          <w:szCs w:val="20"/>
          <w:lang w:val="fr-FR"/>
        </w:rPr>
        <w:t xml:space="preserve"> </w:t>
      </w:r>
      <w:r>
        <w:rPr>
          <w:rFonts w:ascii="Consolas" w:hAnsi="Consolas"/>
          <w:sz w:val="20"/>
          <w:szCs w:val="20"/>
          <w:lang w:val="fr-FR"/>
        </w:rPr>
        <w:br/>
      </w:r>
      <w:r w:rsidRPr="00066D18">
        <w:rPr>
          <w:rFonts w:ascii="Consolas" w:hAnsi="Consolas"/>
          <w:sz w:val="20"/>
          <w:szCs w:val="20"/>
          <w:lang w:val="fr-FR"/>
        </w:rPr>
        <w:t>1 0 ms 0 ms 0 ms 192.168.10.1</w:t>
      </w:r>
      <w:r>
        <w:rPr>
          <w:rFonts w:ascii="Consolas" w:hAnsi="Consolas"/>
          <w:sz w:val="20"/>
          <w:szCs w:val="20"/>
          <w:lang w:val="fr-FR"/>
        </w:rPr>
        <w:br/>
      </w:r>
      <w:r w:rsidRPr="00066D18">
        <w:rPr>
          <w:rFonts w:ascii="Consolas" w:hAnsi="Consolas"/>
          <w:sz w:val="20"/>
          <w:szCs w:val="20"/>
          <w:lang w:val="fr-FR"/>
        </w:rPr>
        <w:t>2 0 ms 0 ms 0 ms 192.168.20.20</w:t>
      </w:r>
    </w:p>
    <w:p w14:paraId="095E00D9" w14:textId="3B4ED26D" w:rsidR="00066D18" w:rsidRPr="00D1756A" w:rsidRDefault="00066D18" w:rsidP="00066D18">
      <w:pPr>
        <w:rPr>
          <w:rFonts w:ascii="Consolas" w:hAnsi="Consolas"/>
          <w:sz w:val="20"/>
          <w:szCs w:val="20"/>
          <w:lang w:val="fr-FR"/>
        </w:rPr>
      </w:pPr>
      <w:r w:rsidRPr="00066D18">
        <w:rPr>
          <w:rFonts w:ascii="Consolas" w:hAnsi="Consolas"/>
          <w:sz w:val="20"/>
          <w:szCs w:val="20"/>
          <w:lang w:val="fr-FR"/>
        </w:rPr>
        <w:t>Trace complete.</w:t>
      </w:r>
    </w:p>
    <w:p w14:paraId="249267BC" w14:textId="77777777" w:rsidR="00066D18" w:rsidRDefault="00066D18">
      <w:pPr>
        <w:rPr>
          <w:rFonts w:asciiTheme="majorHAnsi" w:eastAsiaTheme="majorEastAsia" w:hAnsiTheme="majorHAnsi" w:cstheme="majorBidi"/>
          <w:b/>
          <w:bCs/>
          <w:color w:val="365F91" w:themeColor="accent1" w:themeShade="BF"/>
          <w:sz w:val="28"/>
          <w:szCs w:val="28"/>
          <w:lang w:val="fr-FR"/>
        </w:rPr>
      </w:pPr>
      <w:r>
        <w:rPr>
          <w:lang w:val="fr-FR"/>
        </w:rPr>
        <w:br w:type="page"/>
      </w:r>
    </w:p>
    <w:p w14:paraId="3FFAC7D8" w14:textId="31EB225F" w:rsidR="00CD71FC" w:rsidRPr="00D50259" w:rsidRDefault="006B5664">
      <w:pPr>
        <w:pStyle w:val="Titre1"/>
        <w:rPr>
          <w:lang w:val="fr-FR"/>
        </w:rPr>
      </w:pPr>
      <w:r w:rsidRPr="00D50259">
        <w:rPr>
          <w:lang w:val="fr-FR"/>
        </w:rPr>
        <w:lastRenderedPageBreak/>
        <w:t>TP3 – Activer un accès SSH sécurisé (désactiver Telnet)</w:t>
      </w:r>
    </w:p>
    <w:p w14:paraId="12D17885" w14:textId="77777777" w:rsidR="00CD71FC" w:rsidRPr="00D50259" w:rsidRDefault="006B5664">
      <w:pPr>
        <w:rPr>
          <w:lang w:val="fr-FR"/>
        </w:rPr>
      </w:pPr>
      <w:r w:rsidRPr="00D50259">
        <w:rPr>
          <w:lang w:val="fr-FR"/>
        </w:rPr>
        <w:t>Objectif : Sécuriser l’administration (SSH v2) et limiter l’accès aux IP du VLAN99.</w:t>
      </w:r>
    </w:p>
    <w:p w14:paraId="090951FF" w14:textId="77777777" w:rsidR="00CD71FC" w:rsidRDefault="006B5664">
      <w:r>
        <w:t xml:space="preserve">Étapes </w:t>
      </w:r>
      <w:proofErr w:type="gramStart"/>
      <w:r>
        <w:t>CLI :</w:t>
      </w:r>
      <w:proofErr w:type="gramEnd"/>
    </w:p>
    <w:p w14:paraId="459B68A5" w14:textId="77777777" w:rsidR="00CD71FC" w:rsidRDefault="006B5664">
      <w:r>
        <w:rPr>
          <w:rFonts w:ascii="Consolas" w:hAnsi="Consolas"/>
          <w:sz w:val="20"/>
        </w:rPr>
        <w:t>hostname SW-CBS</w:t>
      </w:r>
      <w:r>
        <w:rPr>
          <w:rFonts w:ascii="Consolas" w:hAnsi="Consolas"/>
          <w:sz w:val="20"/>
        </w:rPr>
        <w:br/>
        <w:t xml:space="preserve">ip domain-name </w:t>
      </w:r>
      <w:proofErr w:type="gramStart"/>
      <w:r>
        <w:rPr>
          <w:rFonts w:ascii="Consolas" w:hAnsi="Consolas"/>
          <w:sz w:val="20"/>
        </w:rPr>
        <w:t>afpa.local</w:t>
      </w:r>
      <w:proofErr w:type="gramEnd"/>
      <w:r>
        <w:rPr>
          <w:rFonts w:ascii="Consolas" w:hAnsi="Consolas"/>
          <w:sz w:val="20"/>
        </w:rPr>
        <w:br/>
        <w:t>crypto key generate rsa modulus 2048</w:t>
      </w:r>
      <w:r>
        <w:rPr>
          <w:rFonts w:ascii="Consolas" w:hAnsi="Consolas"/>
          <w:sz w:val="20"/>
        </w:rPr>
        <w:br/>
        <w:t>username admin privilege 15 secret MonMotDePasse*Fort2025</w:t>
      </w:r>
      <w:r>
        <w:rPr>
          <w:rFonts w:ascii="Consolas" w:hAnsi="Consolas"/>
          <w:sz w:val="20"/>
        </w:rPr>
        <w:br/>
        <w:t>line vty 0 15</w:t>
      </w:r>
      <w:r>
        <w:rPr>
          <w:rFonts w:ascii="Consolas" w:hAnsi="Consolas"/>
          <w:sz w:val="20"/>
        </w:rPr>
        <w:br/>
        <w:t xml:space="preserve"> transport input ssh</w:t>
      </w:r>
      <w:r>
        <w:rPr>
          <w:rFonts w:ascii="Consolas" w:hAnsi="Consolas"/>
          <w:sz w:val="20"/>
        </w:rPr>
        <w:br/>
        <w:t xml:space="preserve"> login local</w:t>
      </w:r>
      <w:r>
        <w:rPr>
          <w:rFonts w:ascii="Consolas" w:hAnsi="Consolas"/>
          <w:sz w:val="20"/>
        </w:rPr>
        <w:br/>
        <w:t xml:space="preserve"> exec-timeout 10</w:t>
      </w:r>
      <w:r>
        <w:rPr>
          <w:rFonts w:ascii="Consolas" w:hAnsi="Consolas"/>
          <w:sz w:val="20"/>
        </w:rPr>
        <w:br/>
        <w:t>exit</w:t>
      </w:r>
      <w:r>
        <w:rPr>
          <w:rFonts w:ascii="Consolas" w:hAnsi="Consolas"/>
          <w:sz w:val="20"/>
        </w:rPr>
        <w:br/>
        <w:t>ip ssh version 2</w:t>
      </w:r>
      <w:r>
        <w:rPr>
          <w:rFonts w:ascii="Consolas" w:hAnsi="Consolas"/>
          <w:sz w:val="20"/>
        </w:rPr>
        <w:br/>
      </w:r>
      <w:r>
        <w:rPr>
          <w:rFonts w:ascii="Consolas" w:hAnsi="Consolas"/>
          <w:sz w:val="20"/>
        </w:rPr>
        <w:br/>
        <w:t># (option) ACL d’admin</w:t>
      </w:r>
      <w:r>
        <w:rPr>
          <w:rFonts w:ascii="Consolas" w:hAnsi="Consolas"/>
          <w:sz w:val="20"/>
        </w:rPr>
        <w:br/>
        <w:t>access-list 5 permit 192.168.99.0 0.0.0.255</w:t>
      </w:r>
      <w:r>
        <w:rPr>
          <w:rFonts w:ascii="Consolas" w:hAnsi="Consolas"/>
          <w:sz w:val="20"/>
        </w:rPr>
        <w:br/>
        <w:t>line vty 0 15</w:t>
      </w:r>
      <w:r>
        <w:rPr>
          <w:rFonts w:ascii="Consolas" w:hAnsi="Consolas"/>
          <w:sz w:val="20"/>
        </w:rPr>
        <w:br/>
        <w:t xml:space="preserve"> access-class 5 in</w:t>
      </w:r>
      <w:r>
        <w:rPr>
          <w:rFonts w:ascii="Consolas" w:hAnsi="Consolas"/>
          <w:sz w:val="20"/>
        </w:rPr>
        <w:br/>
        <w:t>exit</w:t>
      </w:r>
      <w:r>
        <w:rPr>
          <w:rFonts w:ascii="Consolas" w:hAnsi="Consolas"/>
          <w:sz w:val="20"/>
        </w:rPr>
        <w:br/>
      </w:r>
    </w:p>
    <w:p w14:paraId="760A66F1" w14:textId="77777777" w:rsidR="00CD71FC" w:rsidRDefault="006B5664">
      <w:pPr>
        <w:rPr>
          <w:lang w:val="fr-FR"/>
        </w:rPr>
      </w:pPr>
      <w:r w:rsidRPr="00D50259">
        <w:rPr>
          <w:lang w:val="fr-FR"/>
        </w:rPr>
        <w:t>Vérifications : show ip ssh ; test PuTTY/OpenSSH sur port 22 ; Telnet non autorisé.</w:t>
      </w:r>
    </w:p>
    <w:p w14:paraId="67B6C474" w14:textId="77777777" w:rsidR="00930C68" w:rsidRPr="00930C68" w:rsidRDefault="00930C68" w:rsidP="00930C68">
      <w:pPr>
        <w:rPr>
          <w:rFonts w:ascii="Consolas" w:hAnsi="Consolas"/>
          <w:b/>
          <w:bCs/>
          <w:sz w:val="20"/>
          <w:szCs w:val="20"/>
          <w:lang w:val="fr-FR"/>
        </w:rPr>
      </w:pPr>
      <w:r w:rsidRPr="00930C68">
        <w:rPr>
          <w:rFonts w:ascii="Consolas" w:hAnsi="Consolas"/>
          <w:b/>
          <w:bCs/>
          <w:sz w:val="20"/>
          <w:szCs w:val="20"/>
          <w:lang w:val="fr-FR"/>
        </w:rPr>
        <w:t>CISCO-3560#show ip ssh</w:t>
      </w:r>
    </w:p>
    <w:p w14:paraId="681DE31E" w14:textId="74B53B74" w:rsidR="00930C68" w:rsidRDefault="00930C68" w:rsidP="00930C68">
      <w:pPr>
        <w:rPr>
          <w:rFonts w:ascii="Consolas" w:hAnsi="Consolas"/>
          <w:sz w:val="20"/>
          <w:szCs w:val="20"/>
          <w:lang w:val="fr-FR"/>
        </w:rPr>
      </w:pPr>
      <w:r w:rsidRPr="00930C68">
        <w:rPr>
          <w:rFonts w:ascii="Consolas" w:hAnsi="Consolas"/>
          <w:sz w:val="20"/>
          <w:szCs w:val="20"/>
          <w:lang w:val="fr-FR"/>
        </w:rPr>
        <w:t>SSH Enabled - version 2.0</w:t>
      </w:r>
      <w:r w:rsidRPr="00930C68">
        <w:rPr>
          <w:rFonts w:ascii="Consolas" w:hAnsi="Consolas"/>
          <w:sz w:val="20"/>
          <w:szCs w:val="20"/>
          <w:lang w:val="fr-FR"/>
        </w:rPr>
        <w:br/>
      </w:r>
      <w:r w:rsidRPr="00930C68">
        <w:rPr>
          <w:rFonts w:ascii="Consolas" w:hAnsi="Consolas"/>
          <w:sz w:val="20"/>
          <w:szCs w:val="20"/>
          <w:lang w:val="fr-FR"/>
        </w:rPr>
        <w:t xml:space="preserve">Authentication </w:t>
      </w:r>
      <w:proofErr w:type="gramStart"/>
      <w:r w:rsidRPr="00930C68">
        <w:rPr>
          <w:rFonts w:ascii="Consolas" w:hAnsi="Consolas"/>
          <w:sz w:val="20"/>
          <w:szCs w:val="20"/>
          <w:lang w:val="fr-FR"/>
        </w:rPr>
        <w:t>timeout:</w:t>
      </w:r>
      <w:proofErr w:type="gramEnd"/>
      <w:r w:rsidRPr="00930C68">
        <w:rPr>
          <w:rFonts w:ascii="Consolas" w:hAnsi="Consolas"/>
          <w:sz w:val="20"/>
          <w:szCs w:val="20"/>
          <w:lang w:val="fr-FR"/>
        </w:rPr>
        <w:t xml:space="preserve"> 120 secs; Authentication retries: 3</w:t>
      </w:r>
    </w:p>
    <w:p w14:paraId="724BCB3B" w14:textId="175B14FA" w:rsidR="00930C68" w:rsidRPr="00930C68" w:rsidRDefault="00930C68" w:rsidP="00930C68">
      <w:pPr>
        <w:rPr>
          <w:rFonts w:cstheme="majorHAnsi"/>
          <w:b/>
          <w:bCs/>
          <w:lang w:val="fr-FR"/>
        </w:rPr>
      </w:pPr>
      <w:r w:rsidRPr="00930C68">
        <w:rPr>
          <w:rFonts w:cstheme="majorHAnsi"/>
          <w:b/>
          <w:bCs/>
          <w:lang w:val="fr-FR"/>
        </w:rPr>
        <w:t>Telnet = interdit :</w:t>
      </w:r>
    </w:p>
    <w:p w14:paraId="0E489DA6" w14:textId="4F1EF938" w:rsidR="00930C68" w:rsidRDefault="00930C68" w:rsidP="00930C68">
      <w:pPr>
        <w:rPr>
          <w:rFonts w:ascii="Consolas" w:hAnsi="Consolas"/>
          <w:sz w:val="20"/>
          <w:szCs w:val="20"/>
          <w:lang w:val="fr-FR"/>
        </w:rPr>
      </w:pPr>
      <w:r w:rsidRPr="00930C68">
        <w:rPr>
          <w:rFonts w:ascii="Consolas" w:hAnsi="Consolas"/>
          <w:sz w:val="20"/>
          <w:szCs w:val="20"/>
          <w:lang w:val="fr-FR"/>
        </w:rPr>
        <w:t>CISCO-3560#show running-config | section line\ vty</w:t>
      </w:r>
      <w:r>
        <w:rPr>
          <w:rFonts w:ascii="Consolas" w:hAnsi="Consolas"/>
          <w:sz w:val="20"/>
          <w:szCs w:val="20"/>
          <w:lang w:val="fr-FR"/>
        </w:rPr>
        <w:br/>
      </w:r>
      <w:r w:rsidRPr="00930C68">
        <w:rPr>
          <w:rFonts w:ascii="Consolas" w:hAnsi="Consolas"/>
          <w:sz w:val="20"/>
          <w:szCs w:val="20"/>
          <w:lang w:val="fr-FR"/>
        </w:rPr>
        <w:t>line vty 0 4</w:t>
      </w:r>
      <w:r>
        <w:rPr>
          <w:rFonts w:ascii="Consolas" w:hAnsi="Consolas"/>
          <w:sz w:val="20"/>
          <w:szCs w:val="20"/>
          <w:lang w:val="fr-FR"/>
        </w:rPr>
        <w:br/>
      </w:r>
      <w:r w:rsidRPr="00930C68">
        <w:rPr>
          <w:rFonts w:ascii="Consolas" w:hAnsi="Consolas"/>
          <w:sz w:val="20"/>
          <w:szCs w:val="20"/>
          <w:lang w:val="fr-FR"/>
        </w:rPr>
        <w:t>access-class ACL_MGMT in</w:t>
      </w:r>
      <w:r>
        <w:rPr>
          <w:rFonts w:ascii="Consolas" w:hAnsi="Consolas"/>
          <w:sz w:val="20"/>
          <w:szCs w:val="20"/>
          <w:lang w:val="fr-FR"/>
        </w:rPr>
        <w:br/>
      </w:r>
      <w:r w:rsidRPr="00930C68">
        <w:rPr>
          <w:rFonts w:ascii="Consolas" w:hAnsi="Consolas"/>
          <w:sz w:val="20"/>
          <w:szCs w:val="20"/>
          <w:lang w:val="fr-FR"/>
        </w:rPr>
        <w:t>login local</w:t>
      </w:r>
      <w:r>
        <w:rPr>
          <w:rFonts w:ascii="Consolas" w:hAnsi="Consolas"/>
          <w:sz w:val="20"/>
          <w:szCs w:val="20"/>
          <w:lang w:val="fr-FR"/>
        </w:rPr>
        <w:br/>
      </w:r>
      <w:r w:rsidRPr="00930C68">
        <w:rPr>
          <w:rFonts w:ascii="Consolas" w:hAnsi="Consolas"/>
          <w:sz w:val="20"/>
          <w:szCs w:val="20"/>
          <w:lang w:val="fr-FR"/>
        </w:rPr>
        <w:t>transport input ssh</w:t>
      </w:r>
    </w:p>
    <w:p w14:paraId="7FA20694" w14:textId="77777777" w:rsidR="00930C68" w:rsidRDefault="00930C68" w:rsidP="00930C68">
      <w:pPr>
        <w:rPr>
          <w:rFonts w:ascii="Consolas" w:hAnsi="Consolas"/>
          <w:sz w:val="20"/>
          <w:szCs w:val="20"/>
          <w:lang w:val="fr-FR"/>
        </w:rPr>
      </w:pPr>
    </w:p>
    <w:p w14:paraId="2A57EBCD" w14:textId="72988143" w:rsidR="00930C68" w:rsidRPr="00930C68" w:rsidRDefault="00930C68" w:rsidP="00930C68">
      <w:pPr>
        <w:rPr>
          <w:rFonts w:ascii="Consolas" w:hAnsi="Consolas"/>
          <w:sz w:val="20"/>
          <w:szCs w:val="20"/>
          <w:lang w:val="fr-FR"/>
        </w:rPr>
      </w:pPr>
      <w:r w:rsidRPr="00930C68">
        <w:rPr>
          <w:rFonts w:ascii="Consolas" w:hAnsi="Consolas"/>
          <w:sz w:val="20"/>
          <w:szCs w:val="20"/>
          <w:lang w:val="fr-FR"/>
        </w:rPr>
        <w:lastRenderedPageBreak/>
        <w:drawing>
          <wp:inline distT="0" distB="0" distL="0" distR="0" wp14:anchorId="50543FE9" wp14:editId="67F82E67">
            <wp:extent cx="4857750" cy="2428877"/>
            <wp:effectExtent l="0" t="0" r="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03314" cy="2451659"/>
                    </a:xfrm>
                    <a:prstGeom prst="rect">
                      <a:avLst/>
                    </a:prstGeom>
                  </pic:spPr>
                </pic:pic>
              </a:graphicData>
            </a:graphic>
          </wp:inline>
        </w:drawing>
      </w:r>
      <w:r>
        <w:rPr>
          <w:rFonts w:ascii="Consolas" w:hAnsi="Consolas"/>
          <w:sz w:val="20"/>
          <w:szCs w:val="20"/>
          <w:lang w:val="fr-FR"/>
        </w:rPr>
        <w:br/>
        <w:t>Connexion SSH depuis le PC Management sur VLAN 99</w:t>
      </w:r>
    </w:p>
    <w:p w14:paraId="2073FBE2" w14:textId="77777777" w:rsidR="00121DAD" w:rsidRDefault="00121DAD">
      <w:pPr>
        <w:rPr>
          <w:rFonts w:asciiTheme="majorHAnsi" w:eastAsiaTheme="majorEastAsia" w:hAnsiTheme="majorHAnsi" w:cstheme="majorBidi"/>
          <w:b/>
          <w:bCs/>
          <w:color w:val="365F91" w:themeColor="accent1" w:themeShade="BF"/>
          <w:sz w:val="28"/>
          <w:szCs w:val="28"/>
          <w:lang w:val="fr-FR"/>
        </w:rPr>
      </w:pPr>
      <w:r>
        <w:rPr>
          <w:lang w:val="fr-FR"/>
        </w:rPr>
        <w:br w:type="page"/>
      </w:r>
    </w:p>
    <w:p w14:paraId="081C2610" w14:textId="1D6AACCD" w:rsidR="00CD71FC" w:rsidRPr="00D50259" w:rsidRDefault="006B5664">
      <w:pPr>
        <w:pStyle w:val="Titre1"/>
        <w:rPr>
          <w:lang w:val="fr-FR"/>
        </w:rPr>
      </w:pPr>
      <w:r w:rsidRPr="00D50259">
        <w:rPr>
          <w:lang w:val="fr-FR"/>
        </w:rPr>
        <w:lastRenderedPageBreak/>
        <w:t>TP4 – Ajouter 4 VLANs et affecter ports 1/5/10/15</w:t>
      </w:r>
    </w:p>
    <w:p w14:paraId="3AECE6B0" w14:textId="77777777" w:rsidR="00CD71FC" w:rsidRPr="00D50259" w:rsidRDefault="006B5664">
      <w:pPr>
        <w:rPr>
          <w:lang w:val="fr-FR"/>
        </w:rPr>
      </w:pPr>
      <w:r w:rsidRPr="00D50259">
        <w:rPr>
          <w:lang w:val="fr-FR"/>
        </w:rPr>
        <w:t>Objectif : Créer VLAN 30/40/50/60 ; affecter ports repères par pas de 5 pour des îlots de pratiques.</w:t>
      </w:r>
    </w:p>
    <w:p w14:paraId="2D5AD497" w14:textId="77777777" w:rsidR="00CD71FC" w:rsidRPr="00D50259" w:rsidRDefault="006B5664">
      <w:pPr>
        <w:rPr>
          <w:lang w:val="fr-FR"/>
        </w:rPr>
      </w:pPr>
      <w:r w:rsidRPr="00D50259">
        <w:rPr>
          <w:lang w:val="fr-FR"/>
        </w:rPr>
        <w:t>Étapes CLI :</w:t>
      </w:r>
    </w:p>
    <w:p w14:paraId="109A78DA" w14:textId="77777777" w:rsidR="00CD71FC" w:rsidRPr="003F4884" w:rsidRDefault="006B5664">
      <w:pPr>
        <w:rPr>
          <w:lang w:val="en-CA"/>
        </w:rPr>
      </w:pPr>
      <w:r w:rsidRPr="003F4884">
        <w:rPr>
          <w:rFonts w:ascii="Consolas" w:hAnsi="Consolas"/>
          <w:sz w:val="20"/>
          <w:lang w:val="en-CA"/>
        </w:rPr>
        <w:t>vlan database</w:t>
      </w:r>
      <w:r w:rsidRPr="003F4884">
        <w:rPr>
          <w:rFonts w:ascii="Consolas" w:hAnsi="Consolas"/>
          <w:sz w:val="20"/>
          <w:lang w:val="en-CA"/>
        </w:rPr>
        <w:br/>
        <w:t xml:space="preserve"> vlan 30</w:t>
      </w:r>
      <w:r w:rsidRPr="003F4884">
        <w:rPr>
          <w:rFonts w:ascii="Consolas" w:hAnsi="Consolas"/>
          <w:sz w:val="20"/>
          <w:lang w:val="en-CA"/>
        </w:rPr>
        <w:br/>
        <w:t xml:space="preserve"> vlan 40</w:t>
      </w:r>
      <w:r w:rsidRPr="003F4884">
        <w:rPr>
          <w:rFonts w:ascii="Consolas" w:hAnsi="Consolas"/>
          <w:sz w:val="20"/>
          <w:lang w:val="en-CA"/>
        </w:rPr>
        <w:br/>
        <w:t xml:space="preserve"> vlan 50</w:t>
      </w:r>
      <w:r w:rsidRPr="003F4884">
        <w:rPr>
          <w:rFonts w:ascii="Consolas" w:hAnsi="Consolas"/>
          <w:sz w:val="20"/>
          <w:lang w:val="en-CA"/>
        </w:rPr>
        <w:br/>
        <w:t xml:space="preserve"> vlan 60</w:t>
      </w:r>
      <w:r w:rsidRPr="003F4884">
        <w:rPr>
          <w:rFonts w:ascii="Consolas" w:hAnsi="Consolas"/>
          <w:sz w:val="20"/>
          <w:lang w:val="en-CA"/>
        </w:rPr>
        <w:br/>
        <w:t>exit</w:t>
      </w:r>
      <w:r w:rsidRPr="003F4884">
        <w:rPr>
          <w:rFonts w:ascii="Consolas" w:hAnsi="Consolas"/>
          <w:sz w:val="20"/>
          <w:lang w:val="en-CA"/>
        </w:rPr>
        <w:br/>
      </w:r>
      <w:r w:rsidRPr="003F4884">
        <w:rPr>
          <w:rFonts w:ascii="Consolas" w:hAnsi="Consolas"/>
          <w:sz w:val="20"/>
          <w:lang w:val="en-CA"/>
        </w:rPr>
        <w:br/>
        <w:t>interface gi1/0/1</w:t>
      </w:r>
      <w:r w:rsidRPr="003F4884">
        <w:rPr>
          <w:rFonts w:ascii="Consolas" w:hAnsi="Consolas"/>
          <w:sz w:val="20"/>
          <w:lang w:val="en-CA"/>
        </w:rPr>
        <w:br/>
        <w:t xml:space="preserve"> switchport mode access</w:t>
      </w:r>
      <w:r w:rsidRPr="003F4884">
        <w:rPr>
          <w:rFonts w:ascii="Consolas" w:hAnsi="Consolas"/>
          <w:sz w:val="20"/>
          <w:lang w:val="en-CA"/>
        </w:rPr>
        <w:br/>
        <w:t xml:space="preserve"> switchport access vlan 30</w:t>
      </w:r>
      <w:r w:rsidRPr="003F4884">
        <w:rPr>
          <w:rFonts w:ascii="Consolas" w:hAnsi="Consolas"/>
          <w:sz w:val="20"/>
          <w:lang w:val="en-CA"/>
        </w:rPr>
        <w:br/>
        <w:t>exit</w:t>
      </w:r>
      <w:r w:rsidRPr="003F4884">
        <w:rPr>
          <w:rFonts w:ascii="Consolas" w:hAnsi="Consolas"/>
          <w:sz w:val="20"/>
          <w:lang w:val="en-CA"/>
        </w:rPr>
        <w:br/>
        <w:t>interface gi1/0/5</w:t>
      </w:r>
      <w:r w:rsidRPr="003F4884">
        <w:rPr>
          <w:rFonts w:ascii="Consolas" w:hAnsi="Consolas"/>
          <w:sz w:val="20"/>
          <w:lang w:val="en-CA"/>
        </w:rPr>
        <w:br/>
        <w:t xml:space="preserve"> switchport mode access</w:t>
      </w:r>
      <w:r w:rsidRPr="003F4884">
        <w:rPr>
          <w:rFonts w:ascii="Consolas" w:hAnsi="Consolas"/>
          <w:sz w:val="20"/>
          <w:lang w:val="en-CA"/>
        </w:rPr>
        <w:br/>
        <w:t xml:space="preserve"> switchport access vlan 40</w:t>
      </w:r>
      <w:r w:rsidRPr="003F4884">
        <w:rPr>
          <w:rFonts w:ascii="Consolas" w:hAnsi="Consolas"/>
          <w:sz w:val="20"/>
          <w:lang w:val="en-CA"/>
        </w:rPr>
        <w:br/>
        <w:t>exit</w:t>
      </w:r>
      <w:r w:rsidRPr="003F4884">
        <w:rPr>
          <w:rFonts w:ascii="Consolas" w:hAnsi="Consolas"/>
          <w:sz w:val="20"/>
          <w:lang w:val="en-CA"/>
        </w:rPr>
        <w:br/>
        <w:t>interface gi1/0/10</w:t>
      </w:r>
      <w:r w:rsidRPr="003F4884">
        <w:rPr>
          <w:rFonts w:ascii="Consolas" w:hAnsi="Consolas"/>
          <w:sz w:val="20"/>
          <w:lang w:val="en-CA"/>
        </w:rPr>
        <w:br/>
        <w:t xml:space="preserve"> switchport mode access</w:t>
      </w:r>
      <w:r w:rsidRPr="003F4884">
        <w:rPr>
          <w:rFonts w:ascii="Consolas" w:hAnsi="Consolas"/>
          <w:sz w:val="20"/>
          <w:lang w:val="en-CA"/>
        </w:rPr>
        <w:br/>
        <w:t xml:space="preserve"> switchport access vlan 50</w:t>
      </w:r>
      <w:r w:rsidRPr="003F4884">
        <w:rPr>
          <w:rFonts w:ascii="Consolas" w:hAnsi="Consolas"/>
          <w:sz w:val="20"/>
          <w:lang w:val="en-CA"/>
        </w:rPr>
        <w:br/>
        <w:t>exit</w:t>
      </w:r>
      <w:r w:rsidRPr="003F4884">
        <w:rPr>
          <w:rFonts w:ascii="Consolas" w:hAnsi="Consolas"/>
          <w:sz w:val="20"/>
          <w:lang w:val="en-CA"/>
        </w:rPr>
        <w:br/>
        <w:t>interface gi1/0/15</w:t>
      </w:r>
      <w:r w:rsidRPr="003F4884">
        <w:rPr>
          <w:rFonts w:ascii="Consolas" w:hAnsi="Consolas"/>
          <w:sz w:val="20"/>
          <w:lang w:val="en-CA"/>
        </w:rPr>
        <w:br/>
        <w:t xml:space="preserve"> switchport mode access</w:t>
      </w:r>
      <w:r w:rsidRPr="003F4884">
        <w:rPr>
          <w:rFonts w:ascii="Consolas" w:hAnsi="Consolas"/>
          <w:sz w:val="20"/>
          <w:lang w:val="en-CA"/>
        </w:rPr>
        <w:br/>
        <w:t xml:space="preserve"> switchport access vlan 60</w:t>
      </w:r>
      <w:r w:rsidRPr="003F4884">
        <w:rPr>
          <w:rFonts w:ascii="Consolas" w:hAnsi="Consolas"/>
          <w:sz w:val="20"/>
          <w:lang w:val="en-CA"/>
        </w:rPr>
        <w:br/>
        <w:t>exit</w:t>
      </w:r>
      <w:r w:rsidRPr="003F4884">
        <w:rPr>
          <w:rFonts w:ascii="Consolas" w:hAnsi="Consolas"/>
          <w:sz w:val="20"/>
          <w:lang w:val="en-CA"/>
        </w:rPr>
        <w:br/>
      </w:r>
      <w:r w:rsidRPr="003F4884">
        <w:rPr>
          <w:rFonts w:ascii="Consolas" w:hAnsi="Consolas"/>
          <w:sz w:val="20"/>
          <w:lang w:val="en-CA"/>
        </w:rPr>
        <w:br/>
        <w:t>copy running-config startup-config</w:t>
      </w:r>
      <w:r w:rsidRPr="003F4884">
        <w:rPr>
          <w:rFonts w:ascii="Consolas" w:hAnsi="Consolas"/>
          <w:sz w:val="20"/>
          <w:lang w:val="en-CA"/>
        </w:rPr>
        <w:br/>
        <w:t>show vlan</w:t>
      </w:r>
      <w:r w:rsidRPr="003F4884">
        <w:rPr>
          <w:rFonts w:ascii="Consolas" w:hAnsi="Consolas"/>
          <w:sz w:val="20"/>
          <w:lang w:val="en-CA"/>
        </w:rPr>
        <w:br/>
      </w:r>
    </w:p>
    <w:p w14:paraId="18E4DD5F" w14:textId="77777777" w:rsidR="008259FA" w:rsidRDefault="008259FA">
      <w:pPr>
        <w:rPr>
          <w:lang w:val="fr-FR"/>
        </w:rPr>
      </w:pPr>
      <w:r>
        <w:rPr>
          <w:lang w:val="fr-FR"/>
        </w:rPr>
        <w:br w:type="page"/>
      </w:r>
    </w:p>
    <w:p w14:paraId="111B0E6D" w14:textId="6AC81545" w:rsidR="00CD71FC" w:rsidRDefault="006B5664">
      <w:pPr>
        <w:rPr>
          <w:lang w:val="fr-FR"/>
        </w:rPr>
      </w:pPr>
      <w:r w:rsidRPr="00D50259">
        <w:rPr>
          <w:lang w:val="fr-FR"/>
        </w:rPr>
        <w:lastRenderedPageBreak/>
        <w:t>Vérifications : PC de chaque VLAN ping leur SVI ; show vlan confirme affectations.</w:t>
      </w:r>
    </w:p>
    <w:p w14:paraId="51735161" w14:textId="35091599" w:rsidR="008259FA" w:rsidRPr="008259FA" w:rsidRDefault="008259FA" w:rsidP="008259FA">
      <w:pPr>
        <w:rPr>
          <w:rFonts w:ascii="Consolas" w:hAnsi="Consolas"/>
          <w:sz w:val="20"/>
          <w:szCs w:val="20"/>
          <w:lang w:val="fr-FR"/>
        </w:rPr>
      </w:pPr>
      <w:r w:rsidRPr="008259FA">
        <w:rPr>
          <w:rFonts w:ascii="Consolas" w:hAnsi="Consolas"/>
          <w:sz w:val="20"/>
          <w:szCs w:val="20"/>
          <w:lang w:val="fr-FR"/>
        </w:rPr>
        <w:t>CISCO-3560&gt;show vlan</w:t>
      </w:r>
    </w:p>
    <w:p w14:paraId="0B0675B1" w14:textId="46CAD120" w:rsidR="008259FA" w:rsidRPr="008259FA" w:rsidRDefault="008259FA" w:rsidP="008259FA">
      <w:pPr>
        <w:rPr>
          <w:rFonts w:ascii="Consolas" w:hAnsi="Consolas"/>
          <w:sz w:val="20"/>
          <w:szCs w:val="20"/>
          <w:lang w:val="fr-FR"/>
        </w:rPr>
      </w:pPr>
      <w:r w:rsidRPr="008259FA">
        <w:rPr>
          <w:rFonts w:ascii="Consolas" w:hAnsi="Consolas"/>
          <w:sz w:val="20"/>
          <w:szCs w:val="20"/>
          <w:lang w:val="fr-FR"/>
        </w:rPr>
        <w:t>VLAN Name Status Ports</w:t>
      </w:r>
      <w:r>
        <w:rPr>
          <w:rFonts w:ascii="Consolas" w:hAnsi="Consolas"/>
          <w:sz w:val="20"/>
          <w:szCs w:val="20"/>
          <w:lang w:val="fr-FR"/>
        </w:rPr>
        <w:br/>
      </w:r>
      <w:r w:rsidRPr="008259FA">
        <w:rPr>
          <w:rFonts w:ascii="Consolas" w:hAnsi="Consolas"/>
          <w:sz w:val="20"/>
          <w:szCs w:val="20"/>
          <w:lang w:val="fr-FR"/>
        </w:rPr>
        <w:t>---- -------------------------------- --------- ------------------------------</w:t>
      </w:r>
    </w:p>
    <w:p w14:paraId="0ABE1AB8" w14:textId="4083EED9" w:rsidR="008259FA" w:rsidRPr="008259FA" w:rsidRDefault="008259FA" w:rsidP="008259FA">
      <w:pPr>
        <w:rPr>
          <w:rFonts w:ascii="Consolas" w:hAnsi="Consolas"/>
          <w:sz w:val="20"/>
          <w:szCs w:val="20"/>
          <w:lang w:val="fr-FR"/>
        </w:rPr>
      </w:pPr>
      <w:r w:rsidRPr="008259FA">
        <w:rPr>
          <w:rFonts w:ascii="Consolas" w:hAnsi="Consolas"/>
          <w:sz w:val="20"/>
          <w:szCs w:val="20"/>
          <w:lang w:val="fr-FR"/>
        </w:rPr>
        <w:t>1 default active Fa0/6, Fa0/7, Fa0/8, Fa0/9</w:t>
      </w:r>
      <w:r>
        <w:rPr>
          <w:rFonts w:ascii="Consolas" w:hAnsi="Consolas"/>
          <w:sz w:val="20"/>
          <w:szCs w:val="20"/>
          <w:lang w:val="fr-FR"/>
        </w:rPr>
        <w:t xml:space="preserve">, </w:t>
      </w:r>
      <w:r w:rsidRPr="008259FA">
        <w:rPr>
          <w:rFonts w:ascii="Consolas" w:hAnsi="Consolas"/>
          <w:sz w:val="20"/>
          <w:szCs w:val="20"/>
          <w:lang w:val="fr-FR"/>
        </w:rPr>
        <w:t>Fa0/11, Fa0/12, Fa0/13, Fa0/14</w:t>
      </w:r>
      <w:r>
        <w:rPr>
          <w:rFonts w:ascii="Consolas" w:hAnsi="Consolas"/>
          <w:sz w:val="20"/>
          <w:szCs w:val="20"/>
          <w:lang w:val="fr-FR"/>
        </w:rPr>
        <w:t xml:space="preserve">, </w:t>
      </w:r>
      <w:r w:rsidRPr="008259FA">
        <w:rPr>
          <w:rFonts w:ascii="Consolas" w:hAnsi="Consolas"/>
          <w:sz w:val="20"/>
          <w:szCs w:val="20"/>
          <w:lang w:val="fr-FR"/>
        </w:rPr>
        <w:t>Fa0/16, Fa0/17, Fa0/18, Fa0/19</w:t>
      </w:r>
      <w:r>
        <w:rPr>
          <w:rFonts w:ascii="Consolas" w:hAnsi="Consolas"/>
          <w:sz w:val="20"/>
          <w:szCs w:val="20"/>
          <w:lang w:val="fr-FR"/>
        </w:rPr>
        <w:t xml:space="preserve">, </w:t>
      </w:r>
      <w:r w:rsidRPr="008259FA">
        <w:rPr>
          <w:rFonts w:ascii="Consolas" w:hAnsi="Consolas"/>
          <w:sz w:val="20"/>
          <w:szCs w:val="20"/>
          <w:lang w:val="fr-FR"/>
        </w:rPr>
        <w:t>Fa0/20, Fa0/21, Fa0/22, Fa0/23</w:t>
      </w:r>
      <w:r>
        <w:rPr>
          <w:rFonts w:ascii="Consolas" w:hAnsi="Consolas"/>
          <w:sz w:val="20"/>
          <w:szCs w:val="20"/>
          <w:lang w:val="fr-FR"/>
        </w:rPr>
        <w:t xml:space="preserve">, </w:t>
      </w:r>
      <w:r w:rsidRPr="008259FA">
        <w:rPr>
          <w:rFonts w:ascii="Consolas" w:hAnsi="Consolas"/>
          <w:sz w:val="20"/>
          <w:szCs w:val="20"/>
          <w:lang w:val="fr-FR"/>
        </w:rPr>
        <w:t>Fa0/24, Gig0/1, Gig0/2</w:t>
      </w:r>
      <w:r>
        <w:rPr>
          <w:rFonts w:ascii="Consolas" w:hAnsi="Consolas"/>
          <w:sz w:val="20"/>
          <w:szCs w:val="20"/>
          <w:lang w:val="fr-FR"/>
        </w:rPr>
        <w:br/>
      </w:r>
      <w:r w:rsidRPr="008259FA">
        <w:rPr>
          <w:rFonts w:ascii="Consolas" w:hAnsi="Consolas"/>
          <w:sz w:val="20"/>
          <w:szCs w:val="20"/>
          <w:lang w:val="fr-FR"/>
        </w:rPr>
        <w:t xml:space="preserve">10 FORMATEURS active </w:t>
      </w:r>
      <w:r>
        <w:rPr>
          <w:rFonts w:ascii="Consolas" w:hAnsi="Consolas"/>
          <w:sz w:val="20"/>
          <w:szCs w:val="20"/>
          <w:lang w:val="fr-FR"/>
        </w:rPr>
        <w:br/>
      </w:r>
      <w:r w:rsidRPr="008259FA">
        <w:rPr>
          <w:rFonts w:ascii="Consolas" w:hAnsi="Consolas"/>
          <w:sz w:val="20"/>
          <w:szCs w:val="20"/>
          <w:lang w:val="fr-FR"/>
        </w:rPr>
        <w:t>20 APPRENANTS active Fa0/2</w:t>
      </w:r>
      <w:r>
        <w:rPr>
          <w:rFonts w:ascii="Consolas" w:hAnsi="Consolas"/>
          <w:sz w:val="20"/>
          <w:szCs w:val="20"/>
          <w:lang w:val="fr-FR"/>
        </w:rPr>
        <w:br/>
      </w:r>
      <w:r w:rsidRPr="008259FA">
        <w:rPr>
          <w:rFonts w:ascii="Consolas" w:hAnsi="Consolas"/>
          <w:sz w:val="20"/>
          <w:szCs w:val="20"/>
          <w:lang w:val="fr-FR"/>
        </w:rPr>
        <w:t>30 TRANSIT_FW active Fa0/4</w:t>
      </w:r>
      <w:r>
        <w:rPr>
          <w:rFonts w:ascii="Consolas" w:hAnsi="Consolas"/>
          <w:sz w:val="20"/>
          <w:szCs w:val="20"/>
          <w:lang w:val="fr-FR"/>
        </w:rPr>
        <w:br/>
      </w:r>
      <w:r w:rsidRPr="008259FA">
        <w:rPr>
          <w:rFonts w:ascii="Consolas" w:hAnsi="Consolas"/>
          <w:sz w:val="20"/>
          <w:szCs w:val="20"/>
          <w:lang w:val="fr-FR"/>
        </w:rPr>
        <w:t xml:space="preserve">40 ILOT_40 </w:t>
      </w:r>
      <w:proofErr w:type="gramStart"/>
      <w:r w:rsidRPr="008259FA">
        <w:rPr>
          <w:rFonts w:ascii="Consolas" w:hAnsi="Consolas"/>
          <w:sz w:val="20"/>
          <w:szCs w:val="20"/>
          <w:lang w:val="fr-FR"/>
        </w:rPr>
        <w:t>active</w:t>
      </w:r>
      <w:proofErr w:type="gramEnd"/>
      <w:r w:rsidRPr="008259FA">
        <w:rPr>
          <w:rFonts w:ascii="Consolas" w:hAnsi="Consolas"/>
          <w:sz w:val="20"/>
          <w:szCs w:val="20"/>
          <w:lang w:val="fr-FR"/>
        </w:rPr>
        <w:t xml:space="preserve"> Fa0/1</w:t>
      </w:r>
      <w:r>
        <w:rPr>
          <w:rFonts w:ascii="Consolas" w:hAnsi="Consolas"/>
          <w:sz w:val="20"/>
          <w:szCs w:val="20"/>
          <w:lang w:val="fr-FR"/>
        </w:rPr>
        <w:br/>
      </w:r>
      <w:r w:rsidRPr="008259FA">
        <w:rPr>
          <w:rFonts w:ascii="Consolas" w:hAnsi="Consolas"/>
          <w:sz w:val="20"/>
          <w:szCs w:val="20"/>
          <w:lang w:val="fr-FR"/>
        </w:rPr>
        <w:t>50 ILOT_50 active Fa0/5</w:t>
      </w:r>
      <w:r>
        <w:rPr>
          <w:rFonts w:ascii="Consolas" w:hAnsi="Consolas"/>
          <w:sz w:val="20"/>
          <w:szCs w:val="20"/>
          <w:lang w:val="fr-FR"/>
        </w:rPr>
        <w:br/>
      </w:r>
      <w:r w:rsidRPr="008259FA">
        <w:rPr>
          <w:rFonts w:ascii="Consolas" w:hAnsi="Consolas"/>
          <w:sz w:val="20"/>
          <w:szCs w:val="20"/>
          <w:lang w:val="fr-FR"/>
        </w:rPr>
        <w:t>60 ILOT_60 active Fa0/10</w:t>
      </w:r>
      <w:r>
        <w:rPr>
          <w:rFonts w:ascii="Consolas" w:hAnsi="Consolas"/>
          <w:sz w:val="20"/>
          <w:szCs w:val="20"/>
          <w:lang w:val="fr-FR"/>
        </w:rPr>
        <w:br/>
      </w:r>
      <w:r w:rsidRPr="008259FA">
        <w:rPr>
          <w:rFonts w:ascii="Consolas" w:hAnsi="Consolas"/>
          <w:sz w:val="20"/>
          <w:szCs w:val="20"/>
          <w:lang w:val="fr-FR"/>
        </w:rPr>
        <w:t>70 ILOT_70 active Fa0/15</w:t>
      </w:r>
      <w:r>
        <w:rPr>
          <w:rFonts w:ascii="Consolas" w:hAnsi="Consolas"/>
          <w:sz w:val="20"/>
          <w:szCs w:val="20"/>
          <w:lang w:val="fr-FR"/>
        </w:rPr>
        <w:br/>
      </w:r>
      <w:r w:rsidRPr="008259FA">
        <w:rPr>
          <w:rFonts w:ascii="Consolas" w:hAnsi="Consolas"/>
          <w:sz w:val="20"/>
          <w:szCs w:val="20"/>
          <w:lang w:val="fr-FR"/>
        </w:rPr>
        <w:t>99 MANAGEMENT active Fa0/3</w:t>
      </w:r>
      <w:r>
        <w:rPr>
          <w:rFonts w:ascii="Consolas" w:hAnsi="Consolas"/>
          <w:sz w:val="20"/>
          <w:szCs w:val="20"/>
          <w:lang w:val="fr-FR"/>
        </w:rPr>
        <w:br/>
      </w:r>
      <w:r w:rsidRPr="008259FA">
        <w:rPr>
          <w:rFonts w:ascii="Consolas" w:hAnsi="Consolas"/>
          <w:sz w:val="20"/>
          <w:szCs w:val="20"/>
          <w:lang w:val="fr-FR"/>
        </w:rPr>
        <w:t xml:space="preserve">1002 fddi-default active </w:t>
      </w:r>
      <w:r>
        <w:rPr>
          <w:rFonts w:ascii="Consolas" w:hAnsi="Consolas"/>
          <w:sz w:val="20"/>
          <w:szCs w:val="20"/>
          <w:lang w:val="fr-FR"/>
        </w:rPr>
        <w:br/>
      </w:r>
      <w:r w:rsidRPr="008259FA">
        <w:rPr>
          <w:rFonts w:ascii="Consolas" w:hAnsi="Consolas"/>
          <w:sz w:val="20"/>
          <w:szCs w:val="20"/>
          <w:lang w:val="fr-FR"/>
        </w:rPr>
        <w:t xml:space="preserve">1003 token-ring-default active </w:t>
      </w:r>
      <w:r>
        <w:rPr>
          <w:rFonts w:ascii="Consolas" w:hAnsi="Consolas"/>
          <w:sz w:val="20"/>
          <w:szCs w:val="20"/>
          <w:lang w:val="fr-FR"/>
        </w:rPr>
        <w:br/>
      </w:r>
      <w:r w:rsidRPr="008259FA">
        <w:rPr>
          <w:rFonts w:ascii="Consolas" w:hAnsi="Consolas"/>
          <w:sz w:val="20"/>
          <w:szCs w:val="20"/>
          <w:lang w:val="fr-FR"/>
        </w:rPr>
        <w:t xml:space="preserve">1004 fddinet-default active </w:t>
      </w:r>
      <w:r>
        <w:rPr>
          <w:rFonts w:ascii="Consolas" w:hAnsi="Consolas"/>
          <w:sz w:val="20"/>
          <w:szCs w:val="20"/>
          <w:lang w:val="fr-FR"/>
        </w:rPr>
        <w:br/>
      </w:r>
      <w:r w:rsidRPr="008259FA">
        <w:rPr>
          <w:rFonts w:ascii="Consolas" w:hAnsi="Consolas"/>
          <w:sz w:val="20"/>
          <w:szCs w:val="20"/>
          <w:lang w:val="fr-FR"/>
        </w:rPr>
        <w:t xml:space="preserve">1005 trnet-default active </w:t>
      </w:r>
    </w:p>
    <w:p w14:paraId="04290578" w14:textId="213137DC" w:rsidR="008259FA" w:rsidRDefault="008259FA" w:rsidP="008259FA">
      <w:pPr>
        <w:rPr>
          <w:rFonts w:ascii="Consolas" w:hAnsi="Consolas"/>
          <w:sz w:val="20"/>
          <w:szCs w:val="20"/>
          <w:lang w:val="fr-FR"/>
        </w:rPr>
      </w:pPr>
      <w:r w:rsidRPr="008259FA">
        <w:rPr>
          <w:rFonts w:ascii="Consolas" w:hAnsi="Consolas"/>
          <w:sz w:val="20"/>
          <w:szCs w:val="20"/>
          <w:lang w:val="fr-FR"/>
        </w:rPr>
        <w:t>VLAN Type SAID MTU Parent RingNo BridgeNo Stp BrdgMode Trans1 Trans2</w:t>
      </w:r>
    </w:p>
    <w:p w14:paraId="54049D22" w14:textId="77777777" w:rsidR="008259FA" w:rsidRPr="008259FA" w:rsidRDefault="008259FA" w:rsidP="008259FA">
      <w:pPr>
        <w:rPr>
          <w:rFonts w:ascii="Consolas" w:hAnsi="Consolas"/>
          <w:sz w:val="20"/>
          <w:szCs w:val="20"/>
          <w:lang w:val="fr-FR"/>
        </w:rPr>
      </w:pPr>
    </w:p>
    <w:p w14:paraId="56052D29" w14:textId="77777777" w:rsidR="00CD71FC" w:rsidRPr="00D50259" w:rsidRDefault="006B5664">
      <w:pPr>
        <w:pStyle w:val="Titre1"/>
        <w:rPr>
          <w:lang w:val="fr-FR"/>
        </w:rPr>
      </w:pPr>
      <w:r w:rsidRPr="00D50259">
        <w:rPr>
          <w:lang w:val="fr-FR"/>
        </w:rPr>
        <w:t>TP5 – VLAN de management (99) et durcissement accès</w:t>
      </w:r>
    </w:p>
    <w:p w14:paraId="1FA25543" w14:textId="77777777" w:rsidR="00CD71FC" w:rsidRPr="00D50259" w:rsidRDefault="006B5664">
      <w:pPr>
        <w:rPr>
          <w:lang w:val="fr-FR"/>
        </w:rPr>
      </w:pPr>
      <w:r w:rsidRPr="00D50259">
        <w:rPr>
          <w:lang w:val="fr-FR"/>
        </w:rPr>
        <w:t>Objectif : Déplacer l’IP d’admin sur SVI VLAN99 ; restreindre SSH aux IP d’admin ; vérifier l’isolement.</w:t>
      </w:r>
    </w:p>
    <w:p w14:paraId="31ADBD3D" w14:textId="77777777" w:rsidR="00CD71FC" w:rsidRDefault="006B5664">
      <w:r>
        <w:t xml:space="preserve">Étapes </w:t>
      </w:r>
      <w:proofErr w:type="gramStart"/>
      <w:r>
        <w:t>CLI :</w:t>
      </w:r>
      <w:proofErr w:type="gramEnd"/>
    </w:p>
    <w:p w14:paraId="71419517" w14:textId="77777777" w:rsidR="00CD71FC" w:rsidRDefault="006B5664">
      <w:r>
        <w:rPr>
          <w:rFonts w:ascii="Consolas" w:hAnsi="Consolas"/>
          <w:sz w:val="20"/>
        </w:rPr>
        <w:t>vlan database</w:t>
      </w:r>
      <w:r>
        <w:rPr>
          <w:rFonts w:ascii="Consolas" w:hAnsi="Consolas"/>
          <w:sz w:val="20"/>
        </w:rPr>
        <w:br/>
        <w:t xml:space="preserve"> vlan 99</w:t>
      </w:r>
      <w:r>
        <w:rPr>
          <w:rFonts w:ascii="Consolas" w:hAnsi="Consolas"/>
          <w:sz w:val="20"/>
        </w:rPr>
        <w:br/>
        <w:t>exit</w:t>
      </w:r>
      <w:r>
        <w:rPr>
          <w:rFonts w:ascii="Consolas" w:hAnsi="Consolas"/>
          <w:sz w:val="20"/>
        </w:rPr>
        <w:br/>
        <w:t>vlan 99 name Management</w:t>
      </w:r>
      <w:r>
        <w:rPr>
          <w:rFonts w:ascii="Consolas" w:hAnsi="Consolas"/>
          <w:sz w:val="20"/>
        </w:rPr>
        <w:br/>
        <w:t>interface vlan 99</w:t>
      </w:r>
      <w:r>
        <w:rPr>
          <w:rFonts w:ascii="Consolas" w:hAnsi="Consolas"/>
          <w:sz w:val="20"/>
        </w:rPr>
        <w:br/>
        <w:t xml:space="preserve"> ip address 192.168.99.2 255.255.255.0</w:t>
      </w:r>
      <w:r>
        <w:rPr>
          <w:rFonts w:ascii="Consolas" w:hAnsi="Consolas"/>
          <w:sz w:val="20"/>
        </w:rPr>
        <w:br/>
        <w:t xml:space="preserve"> no shutdown</w:t>
      </w:r>
      <w:r>
        <w:rPr>
          <w:rFonts w:ascii="Consolas" w:hAnsi="Consolas"/>
          <w:sz w:val="20"/>
        </w:rPr>
        <w:br/>
        <w:t>exit</w:t>
      </w:r>
      <w:r>
        <w:rPr>
          <w:rFonts w:ascii="Consolas" w:hAnsi="Consolas"/>
          <w:sz w:val="20"/>
        </w:rPr>
        <w:br/>
        <w:t>interface gi1/0/20</w:t>
      </w:r>
      <w:r>
        <w:rPr>
          <w:rFonts w:ascii="Consolas" w:hAnsi="Consolas"/>
          <w:sz w:val="20"/>
        </w:rPr>
        <w:br/>
        <w:t xml:space="preserve"> switchport mode access</w:t>
      </w:r>
      <w:r>
        <w:rPr>
          <w:rFonts w:ascii="Consolas" w:hAnsi="Consolas"/>
          <w:sz w:val="20"/>
        </w:rPr>
        <w:br/>
        <w:t xml:space="preserve"> switchport access vlan 99</w:t>
      </w:r>
      <w:r>
        <w:rPr>
          <w:rFonts w:ascii="Consolas" w:hAnsi="Consolas"/>
          <w:sz w:val="20"/>
        </w:rPr>
        <w:br/>
        <w:t>exit</w:t>
      </w:r>
      <w:r>
        <w:rPr>
          <w:rFonts w:ascii="Consolas" w:hAnsi="Consolas"/>
          <w:sz w:val="20"/>
        </w:rPr>
        <w:br/>
        <w:t>interface gi1/0/25</w:t>
      </w:r>
      <w:r>
        <w:rPr>
          <w:rFonts w:ascii="Consolas" w:hAnsi="Consolas"/>
          <w:sz w:val="20"/>
        </w:rPr>
        <w:br/>
      </w:r>
      <w:r>
        <w:rPr>
          <w:rFonts w:ascii="Consolas" w:hAnsi="Consolas"/>
          <w:sz w:val="20"/>
        </w:rPr>
        <w:lastRenderedPageBreak/>
        <w:t xml:space="preserve"> switchport mode access</w:t>
      </w:r>
      <w:r>
        <w:rPr>
          <w:rFonts w:ascii="Consolas" w:hAnsi="Consolas"/>
          <w:sz w:val="20"/>
        </w:rPr>
        <w:br/>
        <w:t xml:space="preserve"> switchport access vlan 99</w:t>
      </w:r>
      <w:r>
        <w:rPr>
          <w:rFonts w:ascii="Consolas" w:hAnsi="Consolas"/>
          <w:sz w:val="20"/>
        </w:rPr>
        <w:br/>
        <w:t>exit</w:t>
      </w:r>
      <w:r>
        <w:rPr>
          <w:rFonts w:ascii="Consolas" w:hAnsi="Consolas"/>
          <w:sz w:val="20"/>
        </w:rPr>
        <w:br/>
      </w:r>
      <w:r>
        <w:rPr>
          <w:rFonts w:ascii="Consolas" w:hAnsi="Consolas"/>
          <w:sz w:val="20"/>
        </w:rPr>
        <w:br/>
        <w:t>ip route 0.0.0.0 0.0.0.0 10.0.30.1</w:t>
      </w:r>
      <w:r>
        <w:rPr>
          <w:rFonts w:ascii="Consolas" w:hAnsi="Consolas"/>
          <w:sz w:val="20"/>
        </w:rPr>
        <w:br/>
      </w:r>
      <w:r>
        <w:rPr>
          <w:rFonts w:ascii="Consolas" w:hAnsi="Consolas"/>
          <w:sz w:val="20"/>
        </w:rPr>
        <w:br/>
        <w:t>access-list 5 permit 192.168.99.0 0.0.0.255</w:t>
      </w:r>
      <w:r>
        <w:rPr>
          <w:rFonts w:ascii="Consolas" w:hAnsi="Consolas"/>
          <w:sz w:val="20"/>
        </w:rPr>
        <w:br/>
        <w:t>line vty 0 15</w:t>
      </w:r>
      <w:r>
        <w:rPr>
          <w:rFonts w:ascii="Consolas" w:hAnsi="Consolas"/>
          <w:sz w:val="20"/>
        </w:rPr>
        <w:br/>
        <w:t xml:space="preserve"> access-class 5 in</w:t>
      </w:r>
      <w:r>
        <w:rPr>
          <w:rFonts w:ascii="Consolas" w:hAnsi="Consolas"/>
          <w:sz w:val="20"/>
        </w:rPr>
        <w:br/>
        <w:t xml:space="preserve"> transport input ssh</w:t>
      </w:r>
      <w:r>
        <w:rPr>
          <w:rFonts w:ascii="Consolas" w:hAnsi="Consolas"/>
          <w:sz w:val="20"/>
        </w:rPr>
        <w:br/>
        <w:t xml:space="preserve"> login local</w:t>
      </w:r>
      <w:r>
        <w:rPr>
          <w:rFonts w:ascii="Consolas" w:hAnsi="Consolas"/>
          <w:sz w:val="20"/>
        </w:rPr>
        <w:br/>
        <w:t>exit</w:t>
      </w:r>
      <w:r>
        <w:rPr>
          <w:rFonts w:ascii="Consolas" w:hAnsi="Consolas"/>
          <w:sz w:val="20"/>
        </w:rPr>
        <w:br/>
      </w:r>
    </w:p>
    <w:p w14:paraId="7C017B94" w14:textId="77777777" w:rsidR="00CD71FC" w:rsidRDefault="006B5664">
      <w:proofErr w:type="gramStart"/>
      <w:r>
        <w:t>Vérifications :</w:t>
      </w:r>
      <w:proofErr w:type="gramEnd"/>
      <w:r>
        <w:t xml:space="preserve"> SSH uniquement via VLAN99 ; show running-config (VTY, ACL) ; show ip route ; show vlan.</w:t>
      </w:r>
    </w:p>
    <w:p w14:paraId="5FEED014" w14:textId="77777777" w:rsidR="00CD71FC" w:rsidRDefault="006B5664">
      <w:pPr>
        <w:pStyle w:val="Titre1"/>
      </w:pPr>
      <w:r>
        <w:t>Bonnes pratiques &amp; dépannages</w:t>
      </w:r>
    </w:p>
    <w:p w14:paraId="67B17E15" w14:textId="34E44B3D" w:rsidR="00CD71FC" w:rsidRDefault="006B5664">
      <w:pPr>
        <w:pStyle w:val="Listepuces"/>
      </w:pPr>
      <w:r>
        <w:t xml:space="preserve">Sauvegarde </w:t>
      </w:r>
      <w:r w:rsidR="00CD65F2">
        <w:t>systématique:</w:t>
      </w:r>
      <w:r>
        <w:t xml:space="preserve"> copy running-config startup-</w:t>
      </w:r>
      <w:proofErr w:type="gramStart"/>
      <w:r>
        <w:t>config ;</w:t>
      </w:r>
      <w:proofErr w:type="gramEnd"/>
      <w:r>
        <w:t xml:space="preserve"> exporter via TFTP/SSH.</w:t>
      </w:r>
    </w:p>
    <w:p w14:paraId="1F3EDE46" w14:textId="31412BBC" w:rsidR="00CD71FC" w:rsidRPr="00D50259" w:rsidRDefault="006B5664">
      <w:pPr>
        <w:pStyle w:val="Listepuces"/>
        <w:rPr>
          <w:lang w:val="fr-FR"/>
        </w:rPr>
      </w:pPr>
      <w:r w:rsidRPr="00D50259">
        <w:rPr>
          <w:lang w:val="fr-FR"/>
        </w:rPr>
        <w:t>SVI down : vérifier qu’au moins un port du VLAN est up ; ‘no shutdown’ appliqué.</w:t>
      </w:r>
    </w:p>
    <w:p w14:paraId="49E1D375" w14:textId="6E231440" w:rsidR="00CD71FC" w:rsidRPr="00D50259" w:rsidRDefault="006B5664">
      <w:pPr>
        <w:pStyle w:val="Listepuces"/>
        <w:rPr>
          <w:lang w:val="fr-FR"/>
        </w:rPr>
      </w:pPr>
      <w:r w:rsidRPr="00D50259">
        <w:rPr>
          <w:lang w:val="fr-FR"/>
        </w:rPr>
        <w:t>Trunks : s’assurer des VLAN autorisés et du VLAN natif cohérent des deux côtés.</w:t>
      </w:r>
    </w:p>
    <w:p w14:paraId="777A19E6" w14:textId="141AD035" w:rsidR="00CD71FC" w:rsidRPr="00D50259" w:rsidRDefault="006B5664">
      <w:pPr>
        <w:pStyle w:val="Listepuces"/>
        <w:rPr>
          <w:lang w:val="fr-FR"/>
        </w:rPr>
      </w:pPr>
      <w:r w:rsidRPr="00D50259">
        <w:rPr>
          <w:lang w:val="fr-FR"/>
        </w:rPr>
        <w:t>Routes : vérifier la route par défaut et les routes de retour/ACL sur pare‑feu.</w:t>
      </w:r>
      <w:bookmarkEnd w:id="0"/>
    </w:p>
    <w:sectPr w:rsidR="00CD71FC" w:rsidRPr="00D50259" w:rsidSect="00034616">
      <w:head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F4939" w14:textId="77777777" w:rsidR="00D50259" w:rsidRDefault="00D50259" w:rsidP="00D50259">
      <w:pPr>
        <w:spacing w:after="0" w:line="240" w:lineRule="auto"/>
      </w:pPr>
      <w:r>
        <w:separator/>
      </w:r>
    </w:p>
  </w:endnote>
  <w:endnote w:type="continuationSeparator" w:id="0">
    <w:p w14:paraId="60247025" w14:textId="77777777" w:rsidR="00D50259" w:rsidRDefault="00D50259" w:rsidP="00D50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BE4F0" w14:textId="77777777" w:rsidR="00D50259" w:rsidRDefault="00D50259" w:rsidP="00D50259">
      <w:pPr>
        <w:spacing w:after="0" w:line="240" w:lineRule="auto"/>
      </w:pPr>
      <w:r>
        <w:separator/>
      </w:r>
    </w:p>
  </w:footnote>
  <w:footnote w:type="continuationSeparator" w:id="0">
    <w:p w14:paraId="33D22B35" w14:textId="77777777" w:rsidR="00D50259" w:rsidRDefault="00D50259" w:rsidP="00D50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42C84" w14:textId="54C849AB" w:rsidR="00D50259" w:rsidRPr="00D50259" w:rsidRDefault="00EA0304" w:rsidP="00D50259">
    <w:pPr>
      <w:jc w:val="center"/>
      <w:rPr>
        <w:lang w:val="fr-FR"/>
      </w:rPr>
    </w:pPr>
    <w:r>
      <w:rPr>
        <w:b/>
        <w:sz w:val="32"/>
        <w:lang w:val="fr-FR"/>
      </w:rPr>
      <w:t xml:space="preserve">2- </w:t>
    </w:r>
    <w:r w:rsidR="00D50259" w:rsidRPr="00D50259">
      <w:rPr>
        <w:b/>
        <w:sz w:val="32"/>
        <w:lang w:val="fr-FR"/>
      </w:rPr>
      <w:t>De</w:t>
    </w:r>
    <w:r w:rsidR="00D50259">
      <w:rPr>
        <w:b/>
        <w:sz w:val="32"/>
        <w:lang w:val="fr-FR"/>
      </w:rPr>
      <w:t xml:space="preserve">couverte Reseau </w:t>
    </w:r>
    <w:r w:rsidR="00D50259" w:rsidRPr="00D50259">
      <w:rPr>
        <w:b/>
        <w:sz w:val="32"/>
        <w:lang w:val="fr-FR"/>
      </w:rPr>
      <w:t>Questions &amp; TPs Cisco Business (CBS250/350)</w:t>
    </w:r>
  </w:p>
  <w:p w14:paraId="77258923" w14:textId="77777777" w:rsidR="00D50259" w:rsidRPr="00D50259" w:rsidRDefault="00D5025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4D9486A8"/>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577A40F6"/>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1431572D"/>
    <w:multiLevelType w:val="hybridMultilevel"/>
    <w:tmpl w:val="5D747E30"/>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FFB2304"/>
    <w:multiLevelType w:val="hybridMultilevel"/>
    <w:tmpl w:val="042EC362"/>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141667D"/>
    <w:multiLevelType w:val="hybridMultilevel"/>
    <w:tmpl w:val="16925898"/>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644E07"/>
    <w:multiLevelType w:val="hybridMultilevel"/>
    <w:tmpl w:val="4524C220"/>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07636FA"/>
    <w:multiLevelType w:val="hybridMultilevel"/>
    <w:tmpl w:val="8D9CFDCC"/>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2E34DA5"/>
    <w:multiLevelType w:val="hybridMultilevel"/>
    <w:tmpl w:val="DA56C274"/>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45C3562"/>
    <w:multiLevelType w:val="hybridMultilevel"/>
    <w:tmpl w:val="6B8C40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7442DC1"/>
    <w:multiLevelType w:val="hybridMultilevel"/>
    <w:tmpl w:val="D584B6C8"/>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AE03735"/>
    <w:multiLevelType w:val="hybridMultilevel"/>
    <w:tmpl w:val="5838C770"/>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6B710BD"/>
    <w:multiLevelType w:val="hybridMultilevel"/>
    <w:tmpl w:val="914487DC"/>
    <w:lvl w:ilvl="0" w:tplc="5AC829BE">
      <w:start w:val="80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0441740">
    <w:abstractNumId w:val="8"/>
  </w:num>
  <w:num w:numId="2" w16cid:durableId="1315404284">
    <w:abstractNumId w:val="6"/>
  </w:num>
  <w:num w:numId="3" w16cid:durableId="695884568">
    <w:abstractNumId w:val="5"/>
  </w:num>
  <w:num w:numId="4" w16cid:durableId="869757846">
    <w:abstractNumId w:val="4"/>
  </w:num>
  <w:num w:numId="5" w16cid:durableId="1028142484">
    <w:abstractNumId w:val="7"/>
  </w:num>
  <w:num w:numId="6" w16cid:durableId="11734235">
    <w:abstractNumId w:val="3"/>
  </w:num>
  <w:num w:numId="7" w16cid:durableId="1407797501">
    <w:abstractNumId w:val="2"/>
  </w:num>
  <w:num w:numId="8" w16cid:durableId="978657252">
    <w:abstractNumId w:val="1"/>
  </w:num>
  <w:num w:numId="9" w16cid:durableId="193812168">
    <w:abstractNumId w:val="0"/>
  </w:num>
  <w:num w:numId="10" w16cid:durableId="129637167">
    <w:abstractNumId w:val="7"/>
  </w:num>
  <w:num w:numId="11" w16cid:durableId="184251875">
    <w:abstractNumId w:val="7"/>
  </w:num>
  <w:num w:numId="12" w16cid:durableId="600067905">
    <w:abstractNumId w:val="16"/>
  </w:num>
  <w:num w:numId="13" w16cid:durableId="1816678226">
    <w:abstractNumId w:val="7"/>
  </w:num>
  <w:num w:numId="14" w16cid:durableId="1185435391">
    <w:abstractNumId w:val="7"/>
  </w:num>
  <w:num w:numId="15" w16cid:durableId="389694469">
    <w:abstractNumId w:val="14"/>
  </w:num>
  <w:num w:numId="16" w16cid:durableId="206917802">
    <w:abstractNumId w:val="7"/>
  </w:num>
  <w:num w:numId="17" w16cid:durableId="1316496978">
    <w:abstractNumId w:val="15"/>
  </w:num>
  <w:num w:numId="18" w16cid:durableId="1853035442">
    <w:abstractNumId w:val="12"/>
  </w:num>
  <w:num w:numId="19" w16cid:durableId="1657414702">
    <w:abstractNumId w:val="7"/>
  </w:num>
  <w:num w:numId="20" w16cid:durableId="1639918912">
    <w:abstractNumId w:val="11"/>
  </w:num>
  <w:num w:numId="21" w16cid:durableId="1899437615">
    <w:abstractNumId w:val="10"/>
  </w:num>
  <w:num w:numId="22" w16cid:durableId="645206001">
    <w:abstractNumId w:val="17"/>
  </w:num>
  <w:num w:numId="23" w16cid:durableId="791166766">
    <w:abstractNumId w:val="18"/>
  </w:num>
  <w:num w:numId="24" w16cid:durableId="625164439">
    <w:abstractNumId w:val="9"/>
  </w:num>
  <w:num w:numId="25" w16cid:durableId="1020935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B7F"/>
    <w:rsid w:val="00034616"/>
    <w:rsid w:val="0006063C"/>
    <w:rsid w:val="00066D18"/>
    <w:rsid w:val="0009041F"/>
    <w:rsid w:val="000943AA"/>
    <w:rsid w:val="000A6742"/>
    <w:rsid w:val="000C7F16"/>
    <w:rsid w:val="00121DAD"/>
    <w:rsid w:val="00142D0B"/>
    <w:rsid w:val="0015074B"/>
    <w:rsid w:val="00201CAB"/>
    <w:rsid w:val="0029639D"/>
    <w:rsid w:val="002A3CDB"/>
    <w:rsid w:val="002E5FCB"/>
    <w:rsid w:val="00326F90"/>
    <w:rsid w:val="0033284F"/>
    <w:rsid w:val="00377401"/>
    <w:rsid w:val="00380B67"/>
    <w:rsid w:val="003F4884"/>
    <w:rsid w:val="00423103"/>
    <w:rsid w:val="00461B6B"/>
    <w:rsid w:val="004642E5"/>
    <w:rsid w:val="004A5815"/>
    <w:rsid w:val="00554AB1"/>
    <w:rsid w:val="00597698"/>
    <w:rsid w:val="005E0CCF"/>
    <w:rsid w:val="005F4713"/>
    <w:rsid w:val="00600DC4"/>
    <w:rsid w:val="006B5664"/>
    <w:rsid w:val="006D263B"/>
    <w:rsid w:val="00773AA3"/>
    <w:rsid w:val="00774126"/>
    <w:rsid w:val="00800108"/>
    <w:rsid w:val="008259FA"/>
    <w:rsid w:val="008377A0"/>
    <w:rsid w:val="00860D07"/>
    <w:rsid w:val="008C2206"/>
    <w:rsid w:val="008D51DA"/>
    <w:rsid w:val="008E7E59"/>
    <w:rsid w:val="00930C68"/>
    <w:rsid w:val="009B3534"/>
    <w:rsid w:val="00A0096F"/>
    <w:rsid w:val="00A17619"/>
    <w:rsid w:val="00A511FA"/>
    <w:rsid w:val="00A54DB5"/>
    <w:rsid w:val="00AA1D8D"/>
    <w:rsid w:val="00AD6C18"/>
    <w:rsid w:val="00B47730"/>
    <w:rsid w:val="00B57732"/>
    <w:rsid w:val="00BA695D"/>
    <w:rsid w:val="00CB0664"/>
    <w:rsid w:val="00CD65F2"/>
    <w:rsid w:val="00CD71FC"/>
    <w:rsid w:val="00D02BE5"/>
    <w:rsid w:val="00D1756A"/>
    <w:rsid w:val="00D50259"/>
    <w:rsid w:val="00E719BD"/>
    <w:rsid w:val="00EA0304"/>
    <w:rsid w:val="00ED1EC0"/>
    <w:rsid w:val="00F5664A"/>
    <w:rsid w:val="00F6630A"/>
    <w:rsid w:val="00FB3D70"/>
    <w:rsid w:val="00FB4A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023B8B"/>
  <w14:defaultImageDpi w14:val="300"/>
  <w15:docId w15:val="{6ADCC722-CDDA-4B81-982F-94FABCDDE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905058">
      <w:bodyDiv w:val="1"/>
      <w:marLeft w:val="0"/>
      <w:marRight w:val="0"/>
      <w:marTop w:val="0"/>
      <w:marBottom w:val="0"/>
      <w:divBdr>
        <w:top w:val="none" w:sz="0" w:space="0" w:color="auto"/>
        <w:left w:val="none" w:sz="0" w:space="0" w:color="auto"/>
        <w:bottom w:val="none" w:sz="0" w:space="0" w:color="auto"/>
        <w:right w:val="none" w:sz="0" w:space="0" w:color="auto"/>
      </w:divBdr>
    </w:div>
    <w:div w:id="655577074">
      <w:bodyDiv w:val="1"/>
      <w:marLeft w:val="0"/>
      <w:marRight w:val="0"/>
      <w:marTop w:val="0"/>
      <w:marBottom w:val="0"/>
      <w:divBdr>
        <w:top w:val="none" w:sz="0" w:space="0" w:color="auto"/>
        <w:left w:val="none" w:sz="0" w:space="0" w:color="auto"/>
        <w:bottom w:val="none" w:sz="0" w:space="0" w:color="auto"/>
        <w:right w:val="none" w:sz="0" w:space="0" w:color="auto"/>
      </w:divBdr>
    </w:div>
    <w:div w:id="763651182">
      <w:bodyDiv w:val="1"/>
      <w:marLeft w:val="0"/>
      <w:marRight w:val="0"/>
      <w:marTop w:val="0"/>
      <w:marBottom w:val="0"/>
      <w:divBdr>
        <w:top w:val="none" w:sz="0" w:space="0" w:color="auto"/>
        <w:left w:val="none" w:sz="0" w:space="0" w:color="auto"/>
        <w:bottom w:val="none" w:sz="0" w:space="0" w:color="auto"/>
        <w:right w:val="none" w:sz="0" w:space="0" w:color="auto"/>
      </w:divBdr>
    </w:div>
    <w:div w:id="930509039">
      <w:bodyDiv w:val="1"/>
      <w:marLeft w:val="0"/>
      <w:marRight w:val="0"/>
      <w:marTop w:val="0"/>
      <w:marBottom w:val="0"/>
      <w:divBdr>
        <w:top w:val="none" w:sz="0" w:space="0" w:color="auto"/>
        <w:left w:val="none" w:sz="0" w:space="0" w:color="auto"/>
        <w:bottom w:val="none" w:sz="0" w:space="0" w:color="auto"/>
        <w:right w:val="none" w:sz="0" w:space="0" w:color="auto"/>
      </w:divBdr>
    </w:div>
    <w:div w:id="944770244">
      <w:bodyDiv w:val="1"/>
      <w:marLeft w:val="0"/>
      <w:marRight w:val="0"/>
      <w:marTop w:val="0"/>
      <w:marBottom w:val="0"/>
      <w:divBdr>
        <w:top w:val="none" w:sz="0" w:space="0" w:color="auto"/>
        <w:left w:val="none" w:sz="0" w:space="0" w:color="auto"/>
        <w:bottom w:val="none" w:sz="0" w:space="0" w:color="auto"/>
        <w:right w:val="none" w:sz="0" w:space="0" w:color="auto"/>
      </w:divBdr>
    </w:div>
    <w:div w:id="1022896204">
      <w:bodyDiv w:val="1"/>
      <w:marLeft w:val="0"/>
      <w:marRight w:val="0"/>
      <w:marTop w:val="0"/>
      <w:marBottom w:val="0"/>
      <w:divBdr>
        <w:top w:val="none" w:sz="0" w:space="0" w:color="auto"/>
        <w:left w:val="none" w:sz="0" w:space="0" w:color="auto"/>
        <w:bottom w:val="none" w:sz="0" w:space="0" w:color="auto"/>
        <w:right w:val="none" w:sz="0" w:space="0" w:color="auto"/>
      </w:divBdr>
    </w:div>
    <w:div w:id="1137063564">
      <w:bodyDiv w:val="1"/>
      <w:marLeft w:val="0"/>
      <w:marRight w:val="0"/>
      <w:marTop w:val="0"/>
      <w:marBottom w:val="0"/>
      <w:divBdr>
        <w:top w:val="none" w:sz="0" w:space="0" w:color="auto"/>
        <w:left w:val="none" w:sz="0" w:space="0" w:color="auto"/>
        <w:bottom w:val="none" w:sz="0" w:space="0" w:color="auto"/>
        <w:right w:val="none" w:sz="0" w:space="0" w:color="auto"/>
      </w:divBdr>
    </w:div>
    <w:div w:id="1403260968">
      <w:bodyDiv w:val="1"/>
      <w:marLeft w:val="0"/>
      <w:marRight w:val="0"/>
      <w:marTop w:val="0"/>
      <w:marBottom w:val="0"/>
      <w:divBdr>
        <w:top w:val="none" w:sz="0" w:space="0" w:color="auto"/>
        <w:left w:val="none" w:sz="0" w:space="0" w:color="auto"/>
        <w:bottom w:val="none" w:sz="0" w:space="0" w:color="auto"/>
        <w:right w:val="none" w:sz="0" w:space="0" w:color="auto"/>
      </w:divBdr>
    </w:div>
    <w:div w:id="1536193844">
      <w:bodyDiv w:val="1"/>
      <w:marLeft w:val="0"/>
      <w:marRight w:val="0"/>
      <w:marTop w:val="0"/>
      <w:marBottom w:val="0"/>
      <w:divBdr>
        <w:top w:val="none" w:sz="0" w:space="0" w:color="auto"/>
        <w:left w:val="none" w:sz="0" w:space="0" w:color="auto"/>
        <w:bottom w:val="none" w:sz="0" w:space="0" w:color="auto"/>
        <w:right w:val="none" w:sz="0" w:space="0" w:color="auto"/>
      </w:divBdr>
    </w:div>
    <w:div w:id="1661539954">
      <w:bodyDiv w:val="1"/>
      <w:marLeft w:val="0"/>
      <w:marRight w:val="0"/>
      <w:marTop w:val="0"/>
      <w:marBottom w:val="0"/>
      <w:divBdr>
        <w:top w:val="none" w:sz="0" w:space="0" w:color="auto"/>
        <w:left w:val="none" w:sz="0" w:space="0" w:color="auto"/>
        <w:bottom w:val="none" w:sz="0" w:space="0" w:color="auto"/>
        <w:right w:val="none" w:sz="0" w:space="0" w:color="auto"/>
      </w:divBdr>
    </w:div>
    <w:div w:id="1683429503">
      <w:bodyDiv w:val="1"/>
      <w:marLeft w:val="0"/>
      <w:marRight w:val="0"/>
      <w:marTop w:val="0"/>
      <w:marBottom w:val="0"/>
      <w:divBdr>
        <w:top w:val="none" w:sz="0" w:space="0" w:color="auto"/>
        <w:left w:val="none" w:sz="0" w:space="0" w:color="auto"/>
        <w:bottom w:val="none" w:sz="0" w:space="0" w:color="auto"/>
        <w:right w:val="none" w:sz="0" w:space="0" w:color="auto"/>
      </w:divBdr>
    </w:div>
    <w:div w:id="1771241604">
      <w:bodyDiv w:val="1"/>
      <w:marLeft w:val="0"/>
      <w:marRight w:val="0"/>
      <w:marTop w:val="0"/>
      <w:marBottom w:val="0"/>
      <w:divBdr>
        <w:top w:val="none" w:sz="0" w:space="0" w:color="auto"/>
        <w:left w:val="none" w:sz="0" w:space="0" w:color="auto"/>
        <w:bottom w:val="none" w:sz="0" w:space="0" w:color="auto"/>
        <w:right w:val="none" w:sz="0" w:space="0" w:color="auto"/>
      </w:divBdr>
    </w:div>
    <w:div w:id="1935818413">
      <w:bodyDiv w:val="1"/>
      <w:marLeft w:val="0"/>
      <w:marRight w:val="0"/>
      <w:marTop w:val="0"/>
      <w:marBottom w:val="0"/>
      <w:divBdr>
        <w:top w:val="none" w:sz="0" w:space="0" w:color="auto"/>
        <w:left w:val="none" w:sz="0" w:space="0" w:color="auto"/>
        <w:bottom w:val="none" w:sz="0" w:space="0" w:color="auto"/>
        <w:right w:val="none" w:sz="0" w:space="0" w:color="auto"/>
      </w:divBdr>
    </w:div>
    <w:div w:id="1977951731">
      <w:bodyDiv w:val="1"/>
      <w:marLeft w:val="0"/>
      <w:marRight w:val="0"/>
      <w:marTop w:val="0"/>
      <w:marBottom w:val="0"/>
      <w:divBdr>
        <w:top w:val="none" w:sz="0" w:space="0" w:color="auto"/>
        <w:left w:val="none" w:sz="0" w:space="0" w:color="auto"/>
        <w:bottom w:val="none" w:sz="0" w:space="0" w:color="auto"/>
        <w:right w:val="none" w:sz="0" w:space="0" w:color="auto"/>
      </w:divBdr>
    </w:div>
    <w:div w:id="2012221800">
      <w:bodyDiv w:val="1"/>
      <w:marLeft w:val="0"/>
      <w:marRight w:val="0"/>
      <w:marTop w:val="0"/>
      <w:marBottom w:val="0"/>
      <w:divBdr>
        <w:top w:val="none" w:sz="0" w:space="0" w:color="auto"/>
        <w:left w:val="none" w:sz="0" w:space="0" w:color="auto"/>
        <w:bottom w:val="none" w:sz="0" w:space="0" w:color="auto"/>
        <w:right w:val="none" w:sz="0" w:space="0" w:color="auto"/>
      </w:divBdr>
    </w:div>
    <w:div w:id="21242993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22b4b4-76dc-490b-b8ee-5a98e137da7d" xsi:nil="true"/>
    <lcf76f155ced4ddcb4097134ff3c332f xmlns="7c1ee555-7b3c-4988-931f-cadd2f48ddb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1" ma:contentTypeDescription="Crée un document." ma:contentTypeScope="" ma:versionID="8923e8433c6716d7686a5b6f5dd8266e">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3e51ea4e23a5e4ea21a9e9451687ca5a"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BB31F-B748-47F1-9D98-47B62EE04D7D}">
  <ds:schemaRefs>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1725935d-8d69-4224-ad0a-99cc21cc0947"/>
    <ds:schemaRef ds:uri="dd8755fb-a689-4489-a739-cde92609679e"/>
    <ds:schemaRef ds:uri="http://purl.org/dc/elements/1.1/"/>
    <ds:schemaRef ds:uri="http://schemas.microsoft.com/office/2006/metadata/properties"/>
    <ds:schemaRef ds:uri="http://www.w3.org/XML/1998/namespace"/>
    <ds:schemaRef ds:uri="http://purl.org/dc/dcmitype/"/>
    <ds:schemaRef ds:uri="1a22b4b4-76dc-490b-b8ee-5a98e137da7d"/>
    <ds:schemaRef ds:uri="7c1ee555-7b3c-4988-931f-cadd2f48ddb9"/>
  </ds:schemaRefs>
</ds:datastoreItem>
</file>

<file path=customXml/itemProps2.xml><?xml version="1.0" encoding="utf-8"?>
<ds:datastoreItem xmlns:ds="http://schemas.openxmlformats.org/officeDocument/2006/customXml" ds:itemID="{3BD412B8-1C3C-4AD0-805B-2637B0AB6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ee555-7b3c-4988-931f-cadd2f48ddb9"/>
    <ds:schemaRef ds:uri="1a22b4b4-76dc-490b-b8ee-5a98e137d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4FD0E-C5EA-4E6C-AE77-14D512ABA1FC}">
  <ds:schemaRefs>
    <ds:schemaRef ds:uri="http://schemas.microsoft.com/sharepoint/v3/contenttype/forms"/>
  </ds:schemaRefs>
</ds:datastoreItem>
</file>

<file path=customXml/itemProps4.xml><?xml version="1.0" encoding="utf-8"?>
<ds:datastoreItem xmlns:ds="http://schemas.openxmlformats.org/officeDocument/2006/customXml" ds:itemID="{B4BFABD9-A088-44F0-8F5A-032AEF7A0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21</Pages>
  <Words>3176</Words>
  <Characters>17473</Characters>
  <Application>Microsoft Office Word</Application>
  <DocSecurity>0</DocSecurity>
  <Lines>145</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Baptiste Heschung</cp:lastModifiedBy>
  <cp:revision>39</cp:revision>
  <dcterms:created xsi:type="dcterms:W3CDTF">2025-12-19T06:46:00Z</dcterms:created>
  <dcterms:modified xsi:type="dcterms:W3CDTF">2026-01-06T13:14:00Z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ies>
</file>