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Arial" w:eastAsiaTheme="minorEastAsia" w:hAnsi="Arial" w:cstheme="minorBidi"/>
          <w:b w:val="0"/>
          <w:bCs w:val="0"/>
          <w:color w:val="auto"/>
          <w:sz w:val="22"/>
          <w:szCs w:val="22"/>
          <w:lang w:val="fr-FR"/>
        </w:rPr>
        <w:id w:val="-1313248272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4AA22BF3" w14:textId="77777777" w:rsidR="00167C98" w:rsidRDefault="00167C98">
          <w:pPr>
            <w:pStyle w:val="En-ttedetabledesmatires"/>
            <w:rPr>
              <w:lang w:val="fr-FR"/>
            </w:rPr>
          </w:pPr>
        </w:p>
        <w:p w14:paraId="3435E6AB" w14:textId="77777777" w:rsidR="00167C98" w:rsidRDefault="00167C98">
          <w:pPr>
            <w:pStyle w:val="En-ttedetabledesmatires"/>
            <w:rPr>
              <w:lang w:val="fr-FR"/>
            </w:rPr>
          </w:pPr>
        </w:p>
        <w:p w14:paraId="0CDD4C9C" w14:textId="77777777" w:rsidR="00167C98" w:rsidRDefault="00167C98">
          <w:pPr>
            <w:pStyle w:val="En-ttedetabledesmatires"/>
            <w:rPr>
              <w:lang w:val="fr-FR"/>
            </w:rPr>
          </w:pPr>
        </w:p>
        <w:p w14:paraId="00F41421" w14:textId="77777777" w:rsidR="00167C98" w:rsidRDefault="00167C98">
          <w:pPr>
            <w:pStyle w:val="En-ttedetabledesmatires"/>
            <w:rPr>
              <w:lang w:val="fr-FR"/>
            </w:rPr>
          </w:pPr>
        </w:p>
        <w:p w14:paraId="2923844C" w14:textId="20D0AFC6" w:rsidR="009346D4" w:rsidRDefault="009346D4">
          <w:pPr>
            <w:pStyle w:val="En-ttedetabledesmatires"/>
          </w:pPr>
          <w:r>
            <w:rPr>
              <w:lang w:val="fr-FR"/>
            </w:rPr>
            <w:t>Table des matières</w:t>
          </w:r>
        </w:p>
        <w:p w14:paraId="0679D388" w14:textId="27204AD9" w:rsidR="00FB0CE7" w:rsidRDefault="009346D4">
          <w:pPr>
            <w:pStyle w:val="TM1"/>
            <w:tabs>
              <w:tab w:val="right" w:leader="dot" w:pos="10790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7308639" w:history="1">
            <w:r w:rsidR="00FB0CE7" w:rsidRPr="00D53A32">
              <w:rPr>
                <w:rStyle w:val="Lienhypertexte"/>
                <w:noProof/>
                <w:lang w:val="fr-FR"/>
              </w:rPr>
              <w:t>Activité 1 : Découverte des réseaux informatiques</w:t>
            </w:r>
            <w:r w:rsidR="00FB0CE7">
              <w:rPr>
                <w:noProof/>
                <w:webHidden/>
              </w:rPr>
              <w:tab/>
            </w:r>
            <w:r w:rsidR="00FB0CE7">
              <w:rPr>
                <w:noProof/>
                <w:webHidden/>
              </w:rPr>
              <w:fldChar w:fldCharType="begin"/>
            </w:r>
            <w:r w:rsidR="00FB0CE7">
              <w:rPr>
                <w:noProof/>
                <w:webHidden/>
              </w:rPr>
              <w:instrText xml:space="preserve"> PAGEREF _Toc217308639 \h </w:instrText>
            </w:r>
            <w:r w:rsidR="00FB0CE7">
              <w:rPr>
                <w:noProof/>
                <w:webHidden/>
              </w:rPr>
            </w:r>
            <w:r w:rsidR="00FB0CE7">
              <w:rPr>
                <w:noProof/>
                <w:webHidden/>
              </w:rPr>
              <w:fldChar w:fldCharType="separate"/>
            </w:r>
            <w:r w:rsidR="00FB0CE7">
              <w:rPr>
                <w:noProof/>
                <w:webHidden/>
              </w:rPr>
              <w:t>2</w:t>
            </w:r>
            <w:r w:rsidR="00FB0CE7">
              <w:rPr>
                <w:noProof/>
                <w:webHidden/>
              </w:rPr>
              <w:fldChar w:fldCharType="end"/>
            </w:r>
          </w:hyperlink>
        </w:p>
        <w:p w14:paraId="0AB4B6CA" w14:textId="4AF4D4A1" w:rsidR="00FB0CE7" w:rsidRDefault="00FB0CE7">
          <w:pPr>
            <w:pStyle w:val="TM1"/>
            <w:tabs>
              <w:tab w:val="right" w:leader="dot" w:pos="10790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17308640" w:history="1">
            <w:r w:rsidRPr="00D53A32">
              <w:rPr>
                <w:rStyle w:val="Lienhypertexte"/>
                <w:noProof/>
                <w:lang w:val="fr-FR"/>
              </w:rPr>
              <w:t>Activité 2 : Adressage IP et VLSM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_Toc217308640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D52791" w14:textId="61117D46" w:rsidR="00FB0CE7" w:rsidRDefault="00FB0CE7">
          <w:pPr>
            <w:pStyle w:val="TM1"/>
            <w:tabs>
              <w:tab w:val="right" w:leader="dot" w:pos="10790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17308641" w:history="1">
            <w:r w:rsidRPr="00D53A32">
              <w:rPr>
                <w:rStyle w:val="Lienhypertexte"/>
                <w:noProof/>
                <w:lang w:val="fr-FR"/>
              </w:rPr>
              <w:t>Activité 3 : Protocoles réseau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_Toc217308641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5BCAC0" w14:textId="4657F545" w:rsidR="00FB0CE7" w:rsidRDefault="00FB0CE7">
          <w:pPr>
            <w:pStyle w:val="TM1"/>
            <w:tabs>
              <w:tab w:val="right" w:leader="dot" w:pos="10790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17308642" w:history="1">
            <w:r w:rsidRPr="00D53A32">
              <w:rPr>
                <w:rStyle w:val="Lienhypertexte"/>
                <w:noProof/>
                <w:lang w:val="fr-FR"/>
              </w:rPr>
              <w:t>Activité 4 : Composants réseau et topologies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_Toc217308642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7E293A" w14:textId="78E11C81" w:rsidR="00FB0CE7" w:rsidRDefault="00FB0CE7">
          <w:pPr>
            <w:pStyle w:val="TM1"/>
            <w:tabs>
              <w:tab w:val="right" w:leader="dot" w:pos="10790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17308643" w:history="1">
            <w:r w:rsidRPr="00D53A32">
              <w:rPr>
                <w:rStyle w:val="Lienhypertexte"/>
                <w:noProof/>
                <w:lang w:val="fr-FR"/>
              </w:rPr>
              <w:t>Activité 5 : Sécurité réseau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_Toc217308643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006B1C" w14:textId="72963D8A" w:rsidR="00FB0CE7" w:rsidRDefault="00FB0CE7">
          <w:pPr>
            <w:pStyle w:val="TM1"/>
            <w:tabs>
              <w:tab w:val="right" w:leader="dot" w:pos="10790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17308644" w:history="1">
            <w:r w:rsidRPr="00D53A32">
              <w:rPr>
                <w:rStyle w:val="Lienhypertexte"/>
                <w:noProof/>
                <w:lang w:val="fr-FR"/>
              </w:rPr>
              <w:t>TP 1 : Simulation sur Packet Tracer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_Toc217308644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1A1798" w14:textId="6F961ACF" w:rsidR="00FB0CE7" w:rsidRDefault="00FB0CE7">
          <w:pPr>
            <w:pStyle w:val="TM1"/>
            <w:tabs>
              <w:tab w:val="right" w:leader="dot" w:pos="10790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17308645" w:history="1">
            <w:r w:rsidRPr="00D53A32">
              <w:rPr>
                <w:rStyle w:val="Lienhypertexte"/>
                <w:noProof/>
                <w:lang w:val="fr-FR"/>
              </w:rPr>
              <w:t>TP 2 : Mise en œuvre sur matériel physique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_Toc217308645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07F6F7" w14:textId="65B8CF06" w:rsidR="00FB0CE7" w:rsidRDefault="00FB0CE7">
          <w:pPr>
            <w:pStyle w:val="TM1"/>
            <w:tabs>
              <w:tab w:val="right" w:leader="dot" w:pos="10790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17308646" w:history="1">
            <w:r w:rsidRPr="00D53A32">
              <w:rPr>
                <w:rStyle w:val="Lienhypertexte"/>
                <w:noProof/>
                <w:lang w:val="fr-FR"/>
              </w:rPr>
              <w:t>Livrables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_Toc217308646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972DA0" w14:textId="339A25EB" w:rsidR="009346D4" w:rsidRDefault="009346D4">
          <w:r>
            <w:rPr>
              <w:b/>
              <w:bCs/>
            </w:rPr>
            <w:fldChar w:fldCharType="end"/>
          </w:r>
        </w:p>
      </w:sdtContent>
    </w:sdt>
    <w:p w14:paraId="1CBD8057" w14:textId="12052C56" w:rsidR="009346D4" w:rsidRDefault="009346D4">
      <w:pPr>
        <w:rPr>
          <w:rStyle w:val="Titre1Car"/>
          <w:lang w:val="fr-FR" w:eastAsia="fr-FR"/>
        </w:rPr>
      </w:pPr>
      <w:r>
        <w:rPr>
          <w:rStyle w:val="Titre1Car"/>
          <w:lang w:val="fr-FR" w:eastAsia="fr-FR"/>
        </w:rPr>
        <w:br w:type="page"/>
      </w:r>
    </w:p>
    <w:p w14:paraId="6B8289CD" w14:textId="77777777" w:rsidR="009346D4" w:rsidRDefault="009346D4" w:rsidP="009346D4">
      <w:pPr>
        <w:tabs>
          <w:tab w:val="num" w:pos="720"/>
        </w:tabs>
        <w:spacing w:before="100" w:beforeAutospacing="1" w:after="100" w:afterAutospacing="1" w:line="300" w:lineRule="atLeast"/>
        <w:outlineLvl w:val="1"/>
        <w:rPr>
          <w:rStyle w:val="Titre1Car"/>
          <w:lang w:val="fr-FR" w:eastAsia="fr-FR"/>
        </w:rPr>
      </w:pPr>
    </w:p>
    <w:p w14:paraId="7E15AAB8" w14:textId="2C096965" w:rsidR="00D50C21" w:rsidRPr="009346D4" w:rsidRDefault="00DE11C0">
      <w:pPr>
        <w:pStyle w:val="Titre1"/>
        <w:rPr>
          <w:lang w:val="fr-FR"/>
        </w:rPr>
      </w:pPr>
      <w:bookmarkStart w:id="0" w:name="_Toc217308639"/>
      <w:r w:rsidRPr="009346D4">
        <w:rPr>
          <w:lang w:val="fr-FR"/>
        </w:rPr>
        <w:t>Activité 1 : Découverte des réseaux informatiques</w:t>
      </w:r>
      <w:bookmarkEnd w:id="0"/>
    </w:p>
    <w:p w14:paraId="4953DEBA" w14:textId="58F0B385" w:rsidR="009346D4" w:rsidRPr="009346D4" w:rsidRDefault="009346D4" w:rsidP="00167C98">
      <w:pPr>
        <w:rPr>
          <w:rFonts w:ascii="Segoe UI" w:eastAsia="Times New Roman" w:hAnsi="Segoe UI" w:cs="Segoe UI"/>
          <w:sz w:val="21"/>
          <w:szCs w:val="21"/>
          <w:lang w:val="fr-FR" w:eastAsia="fr-FR"/>
        </w:rPr>
      </w:pPr>
      <w:r w:rsidRPr="00167C98">
        <w:rPr>
          <w:lang w:val="fr-FR"/>
        </w:rPr>
        <w:t>Objectif pédagogique :</w:t>
      </w:r>
      <w:r w:rsidRPr="00612B62">
        <w:rPr>
          <w:lang w:val="fr-FR"/>
        </w:rPr>
        <w:t xml:space="preserve"> </w:t>
      </w:r>
      <w:r w:rsidRPr="00167C98">
        <w:rPr>
          <w:i/>
          <w:iCs/>
          <w:lang w:val="fr-FR" w:eastAsia="fr-FR"/>
        </w:rPr>
        <w:t>Comprendre les concepts fondamentaux des réseaux, leurs avantages et leurs composants essentiels</w:t>
      </w:r>
      <w:r w:rsidRPr="00167C98">
        <w:rPr>
          <w:rFonts w:ascii="Segoe UI" w:eastAsia="Times New Roman" w:hAnsi="Segoe UI" w:cs="Segoe UI"/>
          <w:i/>
          <w:iCs/>
          <w:sz w:val="21"/>
          <w:szCs w:val="21"/>
          <w:lang w:val="fr-FR" w:eastAsia="fr-FR"/>
        </w:rPr>
        <w:t>.</w:t>
      </w:r>
    </w:p>
    <w:p w14:paraId="52843AB5" w14:textId="547454C2" w:rsidR="00D50C21" w:rsidRPr="00033D75" w:rsidRDefault="003E5F20">
      <w:pPr>
        <w:rPr>
          <w:b/>
          <w:bCs/>
        </w:rPr>
      </w:pPr>
      <w:r w:rsidRPr="00033D75">
        <w:rPr>
          <w:b/>
          <w:bCs/>
        </w:rPr>
        <w:t>Questions:</w:t>
      </w:r>
    </w:p>
    <w:p w14:paraId="35CD1F73" w14:textId="100061BD" w:rsidR="00D50C21" w:rsidRPr="00964D01" w:rsidRDefault="00DE11C0">
      <w:pPr>
        <w:pStyle w:val="Listepuces"/>
        <w:rPr>
          <w:b/>
          <w:bCs/>
          <w:lang w:val="fr-FR"/>
        </w:rPr>
      </w:pPr>
      <w:r w:rsidRPr="00964D01">
        <w:rPr>
          <w:b/>
          <w:bCs/>
          <w:lang w:val="fr-FR"/>
        </w:rPr>
        <w:t>Qu’est-ce qu’un réseau informatique ?</w:t>
      </w:r>
    </w:p>
    <w:p w14:paraId="745AD10F" w14:textId="5B132EC0" w:rsidR="00964D01" w:rsidRPr="00A26A1F" w:rsidRDefault="006C0572" w:rsidP="00964D01">
      <w:pPr>
        <w:pStyle w:val="Listepuces"/>
        <w:numPr>
          <w:ilvl w:val="0"/>
          <w:numId w:val="0"/>
        </w:numPr>
      </w:pPr>
      <w:r w:rsidRPr="00A26A1F">
        <w:t>Un réseau informatique c’</w:t>
      </w:r>
      <w:r w:rsidRPr="00A26A1F">
        <w:t xml:space="preserve">est un ensemble d’équipements </w:t>
      </w:r>
      <w:r w:rsidRPr="00A26A1F">
        <w:t>connectés entre eux ce qui leurs</w:t>
      </w:r>
      <w:r w:rsidRPr="00A26A1F">
        <w:t xml:space="preserve"> permet </w:t>
      </w:r>
      <w:r w:rsidR="00964D01" w:rsidRPr="00A26A1F">
        <w:t xml:space="preserve">exchanger </w:t>
      </w:r>
      <w:r w:rsidRPr="00A26A1F">
        <w:t xml:space="preserve">des données et de partager des </w:t>
      </w:r>
      <w:r w:rsidR="00964D01" w:rsidRPr="00A26A1F">
        <w:t>resources.</w:t>
      </w:r>
    </w:p>
    <w:p w14:paraId="21946284" w14:textId="5B94BE71" w:rsidR="006C0572" w:rsidRPr="009346D4" w:rsidRDefault="006C0572" w:rsidP="00964D01">
      <w:pPr>
        <w:pStyle w:val="Listepuces"/>
        <w:numPr>
          <w:ilvl w:val="0"/>
          <w:numId w:val="0"/>
        </w:numPr>
        <w:rPr>
          <w:lang w:val="fr-FR"/>
        </w:rPr>
      </w:pPr>
      <w:r w:rsidRPr="006C0572">
        <w:t>.</w:t>
      </w:r>
    </w:p>
    <w:p w14:paraId="193C559F" w14:textId="47E5DA74" w:rsidR="00D50C21" w:rsidRPr="00964D01" w:rsidRDefault="00DE11C0">
      <w:pPr>
        <w:pStyle w:val="Listepuces"/>
        <w:rPr>
          <w:b/>
          <w:bCs/>
          <w:lang w:val="fr-FR"/>
        </w:rPr>
      </w:pPr>
      <w:r w:rsidRPr="00964D01">
        <w:rPr>
          <w:b/>
          <w:bCs/>
          <w:lang w:val="fr-FR"/>
        </w:rPr>
        <w:t>Quels sont les avantages d’un réseau par rapport à des ordinateurs isolés ?</w:t>
      </w:r>
    </w:p>
    <w:p w14:paraId="5C262E66" w14:textId="77777777" w:rsidR="00964D01" w:rsidRPr="00A26A1F" w:rsidRDefault="00964D01" w:rsidP="00964D01">
      <w:pPr>
        <w:pStyle w:val="Listepuces"/>
        <w:numPr>
          <w:ilvl w:val="0"/>
          <w:numId w:val="0"/>
        </w:numPr>
        <w:rPr>
          <w:lang w:val="fr-FR"/>
        </w:rPr>
      </w:pPr>
      <w:r w:rsidRPr="00A26A1F">
        <w:rPr>
          <w:lang w:val="fr-FR"/>
        </w:rPr>
        <w:t>Le fait de pouvoir partager des données et des périphérique, la possibilité d’une administration centralisée…</w:t>
      </w:r>
    </w:p>
    <w:p w14:paraId="23295BCE" w14:textId="44506B03" w:rsidR="00964D01" w:rsidRPr="009346D4" w:rsidRDefault="00964D01" w:rsidP="00964D01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 xml:space="preserve"> </w:t>
      </w:r>
    </w:p>
    <w:p w14:paraId="3AAD7C3E" w14:textId="3EC9F74D" w:rsidR="00D50C21" w:rsidRPr="00964D01" w:rsidRDefault="00DE11C0">
      <w:pPr>
        <w:pStyle w:val="Listepuces"/>
        <w:rPr>
          <w:b/>
          <w:bCs/>
          <w:lang w:val="fr-FR"/>
        </w:rPr>
      </w:pPr>
      <w:r w:rsidRPr="00964D01">
        <w:rPr>
          <w:b/>
          <w:bCs/>
          <w:lang w:val="fr-FR"/>
        </w:rPr>
        <w:t>Quels sont les principaux types de réseaux (selon la taille ou la portée) ?</w:t>
      </w:r>
    </w:p>
    <w:p w14:paraId="01E16723" w14:textId="5D397E43" w:rsidR="00964D01" w:rsidRPr="00A26A1F" w:rsidRDefault="00964D01" w:rsidP="00964D01">
      <w:pPr>
        <w:pStyle w:val="Listepuces"/>
        <w:numPr>
          <w:ilvl w:val="0"/>
          <w:numId w:val="0"/>
        </w:numPr>
        <w:rPr>
          <w:lang w:val="fr-FR"/>
        </w:rPr>
      </w:pPr>
      <w:r w:rsidRPr="00A26A1F">
        <w:rPr>
          <w:u w:val="single"/>
          <w:lang w:val="fr-FR"/>
        </w:rPr>
        <w:t>PAN</w:t>
      </w:r>
      <w:r w:rsidRPr="00A26A1F">
        <w:rPr>
          <w:lang w:val="fr-FR"/>
        </w:rPr>
        <w:t> : Personal Area Network</w:t>
      </w:r>
      <w:r w:rsidRPr="00A26A1F">
        <w:rPr>
          <w:lang w:val="fr-FR"/>
        </w:rPr>
        <w:br/>
      </w:r>
      <w:r w:rsidRPr="00A26A1F">
        <w:rPr>
          <w:u w:val="single"/>
          <w:lang w:val="fr-FR"/>
        </w:rPr>
        <w:t>LAN</w:t>
      </w:r>
      <w:r w:rsidRPr="00A26A1F">
        <w:rPr>
          <w:lang w:val="fr-FR"/>
        </w:rPr>
        <w:t> : Local Area Network</w:t>
      </w:r>
      <w:r w:rsidRPr="00A26A1F">
        <w:rPr>
          <w:lang w:val="fr-FR"/>
        </w:rPr>
        <w:br/>
      </w:r>
      <w:r w:rsidRPr="00A26A1F">
        <w:rPr>
          <w:u w:val="single"/>
          <w:lang w:val="fr-FR"/>
        </w:rPr>
        <w:t>MAN</w:t>
      </w:r>
      <w:r w:rsidRPr="00A26A1F">
        <w:rPr>
          <w:lang w:val="fr-FR"/>
        </w:rPr>
        <w:t> : Metropolitan Area Network</w:t>
      </w:r>
      <w:r w:rsidRPr="00A26A1F">
        <w:rPr>
          <w:lang w:val="fr-FR"/>
        </w:rPr>
        <w:br/>
      </w:r>
      <w:r w:rsidRPr="00A26A1F">
        <w:rPr>
          <w:u w:val="single"/>
          <w:lang w:val="fr-FR"/>
        </w:rPr>
        <w:t>WAN</w:t>
      </w:r>
      <w:r w:rsidRPr="00A26A1F">
        <w:rPr>
          <w:lang w:val="fr-FR"/>
        </w:rPr>
        <w:t> : Wide Area Network</w:t>
      </w:r>
    </w:p>
    <w:p w14:paraId="0196D3A9" w14:textId="77777777" w:rsidR="00964D01" w:rsidRPr="009346D4" w:rsidRDefault="00964D01" w:rsidP="00964D01">
      <w:pPr>
        <w:pStyle w:val="Listepuces"/>
        <w:numPr>
          <w:ilvl w:val="0"/>
          <w:numId w:val="0"/>
        </w:numPr>
        <w:rPr>
          <w:lang w:val="fr-FR"/>
        </w:rPr>
      </w:pPr>
    </w:p>
    <w:p w14:paraId="2C843B4E" w14:textId="44069375" w:rsidR="00D50C21" w:rsidRPr="00220CE0" w:rsidRDefault="00DE11C0">
      <w:pPr>
        <w:pStyle w:val="Listepuces"/>
        <w:rPr>
          <w:b/>
          <w:bCs/>
          <w:lang w:val="fr-FR"/>
        </w:rPr>
      </w:pPr>
      <w:r w:rsidRPr="00220CE0">
        <w:rPr>
          <w:b/>
          <w:bCs/>
          <w:lang w:val="fr-FR"/>
        </w:rPr>
        <w:t>Que signifie LAN et WAN ? Donne un exemple pour chacun.</w:t>
      </w:r>
    </w:p>
    <w:p w14:paraId="5F7EFB41" w14:textId="1AF0BC82" w:rsidR="00220CE0" w:rsidRPr="00A26A1F" w:rsidRDefault="00220CE0" w:rsidP="00220CE0">
      <w:pPr>
        <w:pStyle w:val="Listepuces"/>
        <w:numPr>
          <w:ilvl w:val="0"/>
          <w:numId w:val="0"/>
        </w:numPr>
        <w:rPr>
          <w:lang w:val="fr-FR"/>
        </w:rPr>
      </w:pPr>
      <w:r w:rsidRPr="00A26A1F">
        <w:rPr>
          <w:u w:val="single"/>
          <w:lang w:val="fr-FR"/>
        </w:rPr>
        <w:t>LAN</w:t>
      </w:r>
      <w:r w:rsidRPr="00A26A1F">
        <w:rPr>
          <w:lang w:val="fr-FR"/>
        </w:rPr>
        <w:t xml:space="preserve"> : Local Area Network, </w:t>
      </w:r>
      <w:r w:rsidRPr="00A26A1F">
        <w:rPr>
          <w:i/>
          <w:iCs/>
          <w:lang w:val="fr-FR"/>
        </w:rPr>
        <w:t>par ex : un réseau domestique, d’entreprise…</w:t>
      </w:r>
      <w:r w:rsidRPr="00A26A1F">
        <w:rPr>
          <w:i/>
          <w:iCs/>
          <w:lang w:val="fr-FR"/>
        </w:rPr>
        <w:br/>
      </w:r>
      <w:r w:rsidRPr="00A26A1F">
        <w:rPr>
          <w:u w:val="single"/>
          <w:lang w:val="fr-FR"/>
        </w:rPr>
        <w:t>WAN</w:t>
      </w:r>
      <w:r w:rsidRPr="00A26A1F">
        <w:rPr>
          <w:lang w:val="fr-FR"/>
        </w:rPr>
        <w:t xml:space="preserve"> : Wide Area Network, </w:t>
      </w:r>
      <w:r w:rsidRPr="00A26A1F">
        <w:rPr>
          <w:i/>
          <w:iCs/>
          <w:lang w:val="fr-FR"/>
        </w:rPr>
        <w:t>par ex : Internet</w:t>
      </w:r>
    </w:p>
    <w:p w14:paraId="6298DBC4" w14:textId="77777777" w:rsidR="00220CE0" w:rsidRPr="00220CE0" w:rsidRDefault="00220CE0" w:rsidP="00220CE0">
      <w:pPr>
        <w:pStyle w:val="Listepuces"/>
        <w:numPr>
          <w:ilvl w:val="0"/>
          <w:numId w:val="0"/>
        </w:numPr>
        <w:rPr>
          <w:i/>
          <w:iCs/>
          <w:lang w:val="fr-FR"/>
        </w:rPr>
      </w:pPr>
    </w:p>
    <w:p w14:paraId="67E3DE93" w14:textId="67B38E66" w:rsidR="00D50C21" w:rsidRPr="00E64F5C" w:rsidRDefault="00DE11C0">
      <w:pPr>
        <w:pStyle w:val="Listepuces"/>
        <w:rPr>
          <w:b/>
          <w:bCs/>
          <w:lang w:val="fr-FR"/>
        </w:rPr>
      </w:pPr>
      <w:r w:rsidRPr="00E64F5C">
        <w:rPr>
          <w:b/>
          <w:bCs/>
          <w:lang w:val="fr-FR"/>
        </w:rPr>
        <w:t>Quels sont les éléments matériels indispensables pour créer un réseau local ?</w:t>
      </w:r>
    </w:p>
    <w:p w14:paraId="6BCF6324" w14:textId="799593F1" w:rsidR="00220CE0" w:rsidRPr="00A26A1F" w:rsidRDefault="00E64F5C" w:rsidP="00E64F5C">
      <w:pPr>
        <w:pStyle w:val="Listepuces"/>
        <w:numPr>
          <w:ilvl w:val="0"/>
          <w:numId w:val="22"/>
        </w:numPr>
        <w:rPr>
          <w:lang w:val="fr-FR"/>
        </w:rPr>
      </w:pPr>
      <w:r w:rsidRPr="00A26A1F">
        <w:rPr>
          <w:lang w:val="fr-FR"/>
        </w:rPr>
        <w:t>Des ordinateurs équipés de cartes réseau,</w:t>
      </w:r>
    </w:p>
    <w:p w14:paraId="588B832C" w14:textId="1F6A9CB1" w:rsidR="00E64F5C" w:rsidRPr="00A26A1F" w:rsidRDefault="00E64F5C" w:rsidP="00E64F5C">
      <w:pPr>
        <w:pStyle w:val="Listepuces"/>
        <w:numPr>
          <w:ilvl w:val="0"/>
          <w:numId w:val="22"/>
        </w:numPr>
        <w:rPr>
          <w:lang w:val="fr-FR"/>
        </w:rPr>
      </w:pPr>
      <w:r w:rsidRPr="00A26A1F">
        <w:rPr>
          <w:lang w:val="fr-FR"/>
        </w:rPr>
        <w:t>Un switch, du câble RJ45</w:t>
      </w:r>
    </w:p>
    <w:p w14:paraId="10E2FC65" w14:textId="77777777" w:rsidR="00E64F5C" w:rsidRPr="009346D4" w:rsidRDefault="00E64F5C" w:rsidP="00E64F5C">
      <w:pPr>
        <w:pStyle w:val="Listepuces"/>
        <w:numPr>
          <w:ilvl w:val="0"/>
          <w:numId w:val="0"/>
        </w:numPr>
        <w:ind w:left="720"/>
        <w:rPr>
          <w:lang w:val="fr-FR"/>
        </w:rPr>
      </w:pPr>
    </w:p>
    <w:p w14:paraId="2BDE92EF" w14:textId="11C21E28" w:rsidR="00D50C21" w:rsidRPr="00A26A1F" w:rsidRDefault="00DE11C0">
      <w:pPr>
        <w:pStyle w:val="Listepuces"/>
        <w:rPr>
          <w:b/>
          <w:bCs/>
          <w:lang w:val="fr-FR"/>
        </w:rPr>
      </w:pPr>
      <w:r w:rsidRPr="00A26A1F">
        <w:rPr>
          <w:b/>
          <w:bCs/>
          <w:lang w:val="fr-FR"/>
        </w:rPr>
        <w:t>À quoi sert une adresse IP ?</w:t>
      </w:r>
    </w:p>
    <w:p w14:paraId="738AB702" w14:textId="33D436BA" w:rsidR="00E64F5C" w:rsidRDefault="00E64F5C" w:rsidP="00E64F5C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 xml:space="preserve">L’adresse IP est une adresse unique </w:t>
      </w:r>
      <w:r w:rsidR="00A26A1F">
        <w:rPr>
          <w:lang w:val="fr-FR"/>
        </w:rPr>
        <w:t>qui permet d’identifier une machine précise.</w:t>
      </w:r>
    </w:p>
    <w:p w14:paraId="2A44DB0E" w14:textId="77777777" w:rsidR="00A26A1F" w:rsidRPr="009346D4" w:rsidRDefault="00A26A1F" w:rsidP="00E64F5C">
      <w:pPr>
        <w:pStyle w:val="Listepuces"/>
        <w:numPr>
          <w:ilvl w:val="0"/>
          <w:numId w:val="0"/>
        </w:numPr>
        <w:rPr>
          <w:lang w:val="fr-FR"/>
        </w:rPr>
      </w:pPr>
    </w:p>
    <w:p w14:paraId="14B79306" w14:textId="5BA24D16" w:rsidR="00D50C21" w:rsidRPr="00A26A1F" w:rsidRDefault="00DE11C0">
      <w:pPr>
        <w:pStyle w:val="Listepuces"/>
        <w:rPr>
          <w:b/>
          <w:bCs/>
          <w:lang w:val="fr-FR"/>
        </w:rPr>
      </w:pPr>
      <w:r w:rsidRPr="00A26A1F">
        <w:rPr>
          <w:b/>
          <w:bCs/>
          <w:lang w:val="fr-FR"/>
        </w:rPr>
        <w:t>Quelle est la différence entre IPv4 et IPv6 ?</w:t>
      </w:r>
    </w:p>
    <w:p w14:paraId="0D52ABEF" w14:textId="40235636" w:rsidR="00A26A1F" w:rsidRDefault="00A26A1F" w:rsidP="00A26A1F">
      <w:pPr>
        <w:pStyle w:val="Listepuces"/>
        <w:numPr>
          <w:ilvl w:val="0"/>
          <w:numId w:val="0"/>
        </w:numPr>
      </w:pPr>
      <w:r>
        <w:t>L’</w:t>
      </w:r>
      <w:r w:rsidRPr="00A26A1F">
        <w:t xml:space="preserve">IPv4 utilise des adresses sur 32 bits, </w:t>
      </w:r>
      <w:r>
        <w:t>l’</w:t>
      </w:r>
      <w:r w:rsidRPr="00A26A1F">
        <w:t xml:space="preserve">IPv6 </w:t>
      </w:r>
      <w:r>
        <w:t xml:space="preserve">utilise des adresses </w:t>
      </w:r>
      <w:r w:rsidRPr="00A26A1F">
        <w:t>sur 128 bits</w:t>
      </w:r>
    </w:p>
    <w:p w14:paraId="27F6419C" w14:textId="77777777" w:rsidR="00A26A1F" w:rsidRPr="009346D4" w:rsidRDefault="00A26A1F" w:rsidP="00A26A1F">
      <w:pPr>
        <w:pStyle w:val="Listepuces"/>
        <w:numPr>
          <w:ilvl w:val="0"/>
          <w:numId w:val="0"/>
        </w:numPr>
        <w:rPr>
          <w:lang w:val="fr-FR"/>
        </w:rPr>
      </w:pPr>
    </w:p>
    <w:p w14:paraId="6190097F" w14:textId="0F45523E" w:rsidR="00D50C21" w:rsidRPr="00A26A1F" w:rsidRDefault="00DE11C0">
      <w:pPr>
        <w:pStyle w:val="Listepuces"/>
        <w:rPr>
          <w:b/>
          <w:bCs/>
        </w:rPr>
      </w:pPr>
      <w:r w:rsidRPr="00A26A1F">
        <w:rPr>
          <w:b/>
          <w:bCs/>
          <w:lang w:val="fr-FR"/>
        </w:rPr>
        <w:t xml:space="preserve">Qu’est-ce qu’un protocole réseau ? </w:t>
      </w:r>
      <w:r w:rsidRPr="00A26A1F">
        <w:rPr>
          <w:b/>
          <w:bCs/>
        </w:rPr>
        <w:t>Cite</w:t>
      </w:r>
      <w:r w:rsidR="00F562AD" w:rsidRPr="00A26A1F">
        <w:rPr>
          <w:b/>
          <w:bCs/>
        </w:rPr>
        <w:t>r</w:t>
      </w:r>
      <w:r w:rsidRPr="00A26A1F">
        <w:rPr>
          <w:b/>
          <w:bCs/>
        </w:rPr>
        <w:t xml:space="preserve"> deux </w:t>
      </w:r>
      <w:r w:rsidR="00F562AD" w:rsidRPr="00A26A1F">
        <w:rPr>
          <w:b/>
          <w:bCs/>
        </w:rPr>
        <w:t>examples</w:t>
      </w:r>
      <w:r w:rsidRPr="00A26A1F">
        <w:rPr>
          <w:b/>
          <w:bCs/>
        </w:rPr>
        <w:t>.</w:t>
      </w:r>
    </w:p>
    <w:p w14:paraId="050210DA" w14:textId="5CCE9160" w:rsidR="00A26A1F" w:rsidRDefault="00A26A1F" w:rsidP="00A26A1F">
      <w:pPr>
        <w:pStyle w:val="Listepuces"/>
        <w:numPr>
          <w:ilvl w:val="0"/>
          <w:numId w:val="0"/>
        </w:numPr>
      </w:pPr>
      <w:r>
        <w:t>Un protocole sert à définir les règles de communication entre les machines.</w:t>
      </w:r>
      <w:r>
        <w:br/>
        <w:t>Il existe par exemple le protocole FTP (transfert de fichiers) et SMTP (envoi d’email)</w:t>
      </w:r>
    </w:p>
    <w:p w14:paraId="0CCA67D0" w14:textId="77777777" w:rsidR="00A26A1F" w:rsidRDefault="00A26A1F" w:rsidP="00A26A1F">
      <w:pPr>
        <w:pStyle w:val="Listepuces"/>
        <w:numPr>
          <w:ilvl w:val="0"/>
          <w:numId w:val="0"/>
        </w:numPr>
      </w:pPr>
    </w:p>
    <w:p w14:paraId="6DC92F71" w14:textId="0ED7F820" w:rsidR="00D50C21" w:rsidRPr="00A26A1F" w:rsidRDefault="00DE11C0">
      <w:pPr>
        <w:pStyle w:val="Listepuces"/>
        <w:rPr>
          <w:b/>
          <w:bCs/>
          <w:lang w:val="fr-FR"/>
        </w:rPr>
      </w:pPr>
      <w:r w:rsidRPr="00A26A1F">
        <w:rPr>
          <w:b/>
          <w:bCs/>
          <w:lang w:val="fr-FR"/>
        </w:rPr>
        <w:t>Quel est le rôle du routeur dans un réseau ?</w:t>
      </w:r>
    </w:p>
    <w:p w14:paraId="4E3F3C9E" w14:textId="655C362B" w:rsidR="00A26A1F" w:rsidRDefault="00A26A1F" w:rsidP="00A26A1F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Le routeur permet d’interconnecter plusieurs réseaux et il choisit également le meilleur chemin pour transporter les paquets</w:t>
      </w:r>
    </w:p>
    <w:p w14:paraId="42841A29" w14:textId="77777777" w:rsidR="00A26A1F" w:rsidRPr="009346D4" w:rsidRDefault="00A26A1F" w:rsidP="00A26A1F">
      <w:pPr>
        <w:pStyle w:val="Listepuces"/>
        <w:numPr>
          <w:ilvl w:val="0"/>
          <w:numId w:val="0"/>
        </w:numPr>
        <w:rPr>
          <w:lang w:val="fr-FR"/>
        </w:rPr>
      </w:pPr>
    </w:p>
    <w:p w14:paraId="5A2DE7E1" w14:textId="67018CBF" w:rsidR="00D50C21" w:rsidRPr="00A26A1F" w:rsidRDefault="00DE11C0">
      <w:pPr>
        <w:pStyle w:val="Listepuces"/>
        <w:rPr>
          <w:b/>
          <w:bCs/>
          <w:lang w:val="fr-FR"/>
        </w:rPr>
      </w:pPr>
      <w:r w:rsidRPr="00A26A1F">
        <w:rPr>
          <w:b/>
          <w:bCs/>
          <w:lang w:val="fr-FR"/>
        </w:rPr>
        <w:t>Pourquoi utilise-t-on le modèle OSI ? Combien de couches comporte-t-il ?</w:t>
      </w:r>
    </w:p>
    <w:p w14:paraId="1CDFBF04" w14:textId="156DA73B" w:rsidR="00A26A1F" w:rsidRPr="009346D4" w:rsidRDefault="00A26A1F" w:rsidP="00A26A1F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Pour standardiser les communications, le modèle OSI comporte 7 couches</w:t>
      </w:r>
    </w:p>
    <w:p w14:paraId="2E2576E2" w14:textId="77777777" w:rsidR="00D50C21" w:rsidRPr="009346D4" w:rsidRDefault="00DE11C0">
      <w:pPr>
        <w:pStyle w:val="Titre1"/>
        <w:rPr>
          <w:lang w:val="fr-FR"/>
        </w:rPr>
      </w:pPr>
      <w:bookmarkStart w:id="1" w:name="_Toc217308640"/>
      <w:r w:rsidRPr="009346D4">
        <w:rPr>
          <w:lang w:val="fr-FR"/>
        </w:rPr>
        <w:lastRenderedPageBreak/>
        <w:t>Activité 2 : Adressage IP et VLSM</w:t>
      </w:r>
      <w:bookmarkEnd w:id="1"/>
    </w:p>
    <w:p w14:paraId="185FD452" w14:textId="77777777" w:rsidR="009346D4" w:rsidRPr="009346D4" w:rsidRDefault="00DE11C0" w:rsidP="009346D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fr-FR" w:eastAsia="fr-FR"/>
        </w:rPr>
      </w:pPr>
      <w:r w:rsidRPr="009346D4">
        <w:rPr>
          <w:lang w:val="fr-FR"/>
        </w:rPr>
        <w:t xml:space="preserve">Objectif pédagogique : </w:t>
      </w:r>
      <w:r w:rsidR="009346D4" w:rsidRPr="009346D4">
        <w:rPr>
          <w:rFonts w:ascii="Segoe UI" w:eastAsia="Times New Roman" w:hAnsi="Segoe UI" w:cs="Segoe UI"/>
          <w:i/>
          <w:iCs/>
          <w:sz w:val="21"/>
          <w:szCs w:val="21"/>
          <w:lang w:val="fr-FR" w:eastAsia="fr-FR"/>
        </w:rPr>
        <w:t>Maîtriser l’adressage IP, les masques de sous-réseau et l’optimisation des plages d’adresses avec VLSM.</w:t>
      </w:r>
    </w:p>
    <w:p w14:paraId="57C13163" w14:textId="41F91560" w:rsidR="00D50C21" w:rsidRPr="002F0E9A" w:rsidRDefault="00F562AD">
      <w:pPr>
        <w:rPr>
          <w:b/>
          <w:bCs/>
        </w:rPr>
      </w:pPr>
      <w:r w:rsidRPr="002F0E9A">
        <w:rPr>
          <w:b/>
          <w:bCs/>
        </w:rPr>
        <w:t>Questions:</w:t>
      </w:r>
    </w:p>
    <w:p w14:paraId="485823B9" w14:textId="3DCBE0E7" w:rsidR="005D10E4" w:rsidRPr="005D10E4" w:rsidRDefault="00DE11C0" w:rsidP="005D10E4">
      <w:pPr>
        <w:pStyle w:val="Listepuces"/>
        <w:rPr>
          <w:b/>
          <w:bCs/>
          <w:lang w:val="fr-FR"/>
        </w:rPr>
      </w:pPr>
      <w:r w:rsidRPr="005D10E4">
        <w:rPr>
          <w:b/>
          <w:bCs/>
          <w:lang w:val="fr-FR"/>
        </w:rPr>
        <w:t>Qu’est-ce qu’une adresse IP et un masque de sous-réseau ?</w:t>
      </w:r>
    </w:p>
    <w:p w14:paraId="7204A2CB" w14:textId="54FD4ACF" w:rsidR="002F0E9A" w:rsidRDefault="002F0E9A" w:rsidP="002F0E9A">
      <w:pPr>
        <w:pStyle w:val="Listepuces"/>
        <w:numPr>
          <w:ilvl w:val="0"/>
          <w:numId w:val="0"/>
        </w:numPr>
      </w:pPr>
      <w:r>
        <w:rPr>
          <w:lang w:val="fr-FR"/>
        </w:rPr>
        <w:t xml:space="preserve">L’IP est un </w:t>
      </w:r>
      <w:r w:rsidRPr="002F0E9A">
        <w:t xml:space="preserve">identifiant logique </w:t>
      </w:r>
      <w:r>
        <w:t xml:space="preserve">et unique </w:t>
      </w:r>
      <w:r w:rsidRPr="002F0E9A">
        <w:t>d’une interface sur un réseau</w:t>
      </w:r>
      <w:r>
        <w:t xml:space="preserve"> et le masque de sous-réseau </w:t>
      </w:r>
      <w:r w:rsidRPr="002F0E9A">
        <w:t>indique quelle partie de l’IP est le réseau et quelle partie est l’hôte</w:t>
      </w:r>
      <w:r>
        <w:t>, le masque indique</w:t>
      </w:r>
      <w:r w:rsidRPr="002F0E9A">
        <w:t xml:space="preserve"> donc la taille du sous-réseau</w:t>
      </w:r>
    </w:p>
    <w:p w14:paraId="325270B3" w14:textId="77777777" w:rsidR="00835C1E" w:rsidRPr="009346D4" w:rsidRDefault="00835C1E" w:rsidP="002F0E9A">
      <w:pPr>
        <w:pStyle w:val="Listepuces"/>
        <w:numPr>
          <w:ilvl w:val="0"/>
          <w:numId w:val="0"/>
        </w:numPr>
        <w:rPr>
          <w:lang w:val="fr-FR"/>
        </w:rPr>
      </w:pPr>
    </w:p>
    <w:p w14:paraId="660484DF" w14:textId="44B8D1AB" w:rsidR="005D10E4" w:rsidRPr="005D10E4" w:rsidRDefault="00DE11C0" w:rsidP="005D10E4">
      <w:pPr>
        <w:pStyle w:val="Listepuces"/>
        <w:rPr>
          <w:b/>
          <w:bCs/>
          <w:lang w:val="fr-FR"/>
        </w:rPr>
      </w:pPr>
      <w:r w:rsidRPr="005D10E4">
        <w:rPr>
          <w:b/>
          <w:bCs/>
          <w:lang w:val="fr-FR"/>
        </w:rPr>
        <w:t>Pourquoi utilise-t-on le VLSM ?</w:t>
      </w:r>
    </w:p>
    <w:p w14:paraId="4A6FCEFE" w14:textId="01FBEB45" w:rsidR="00835C1E" w:rsidRDefault="00835C1E" w:rsidP="00835C1E">
      <w:pPr>
        <w:pStyle w:val="Listepuces"/>
        <w:numPr>
          <w:ilvl w:val="0"/>
          <w:numId w:val="0"/>
        </w:numPr>
      </w:pPr>
      <w:r>
        <w:rPr>
          <w:lang w:val="fr-FR"/>
        </w:rPr>
        <w:t xml:space="preserve">VLSM = </w:t>
      </w:r>
      <w:r w:rsidRPr="00835C1E">
        <w:t>Variable Length Subnet Mask</w:t>
      </w:r>
      <w:r>
        <w:t>.</w:t>
      </w:r>
      <w:r>
        <w:br/>
        <w:t xml:space="preserve">On l’utilise pour </w:t>
      </w:r>
      <w:r w:rsidRPr="00835C1E">
        <w:t>découper un réseau en sous-réseaux de tailles différentes afin d’optimiser l’adressage et coller au plus près des besoins réels (</w:t>
      </w:r>
      <w:r w:rsidR="00C622E6" w:rsidRPr="00835C1E">
        <w:t>en termes</w:t>
      </w:r>
      <w:r w:rsidRPr="00835C1E">
        <w:t xml:space="preserve"> d'adresses IP)</w:t>
      </w:r>
    </w:p>
    <w:p w14:paraId="2EC34325" w14:textId="77777777" w:rsidR="00835C1E" w:rsidRPr="009346D4" w:rsidRDefault="00835C1E" w:rsidP="00835C1E">
      <w:pPr>
        <w:pStyle w:val="Listepuces"/>
        <w:numPr>
          <w:ilvl w:val="0"/>
          <w:numId w:val="0"/>
        </w:numPr>
        <w:rPr>
          <w:lang w:val="fr-FR"/>
        </w:rPr>
      </w:pPr>
    </w:p>
    <w:p w14:paraId="7BD49397" w14:textId="17E57AEF" w:rsidR="00BB0ED4" w:rsidRDefault="00DE11C0" w:rsidP="005D10E4">
      <w:pPr>
        <w:pStyle w:val="Listepuces"/>
        <w:rPr>
          <w:b/>
          <w:bCs/>
          <w:lang w:val="fr-FR"/>
        </w:rPr>
      </w:pPr>
      <w:r w:rsidRPr="005D10E4">
        <w:rPr>
          <w:b/>
          <w:bCs/>
          <w:lang w:val="fr-FR"/>
        </w:rPr>
        <w:t xml:space="preserve">Si vous avez le réseau 192.168.10.0/24 et 4 </w:t>
      </w:r>
      <w:r w:rsidR="00F562AD" w:rsidRPr="005D10E4">
        <w:rPr>
          <w:b/>
          <w:bCs/>
          <w:lang w:val="fr-FR"/>
        </w:rPr>
        <w:t>VLANs</w:t>
      </w:r>
      <w:r w:rsidRPr="005D10E4">
        <w:rPr>
          <w:b/>
          <w:bCs/>
          <w:lang w:val="fr-FR"/>
        </w:rPr>
        <w:t xml:space="preserve"> avec des besoins différents (Administration : 50 postes, Production : 100 postes, Direction : 20 postes, Informatique : 10 postes), comment découper le réseau ?</w:t>
      </w:r>
    </w:p>
    <w:p w14:paraId="7BC77794" w14:textId="77777777" w:rsidR="005D10E4" w:rsidRPr="005D10E4" w:rsidRDefault="005D10E4" w:rsidP="005D10E4">
      <w:pPr>
        <w:pStyle w:val="Listepuces"/>
        <w:numPr>
          <w:ilvl w:val="0"/>
          <w:numId w:val="0"/>
        </w:numPr>
        <w:ind w:left="360"/>
        <w:rPr>
          <w:b/>
          <w:bCs/>
          <w:lang w:val="fr-FR"/>
        </w:rPr>
      </w:pPr>
    </w:p>
    <w:p w14:paraId="5D4DA226" w14:textId="0C3EBA68" w:rsidR="00BB0ED4" w:rsidRPr="00BB0ED4" w:rsidRDefault="00BB0ED4" w:rsidP="00BB0ED4">
      <w:pPr>
        <w:pStyle w:val="Listepuces"/>
        <w:numPr>
          <w:ilvl w:val="0"/>
          <w:numId w:val="0"/>
        </w:numPr>
        <w:rPr>
          <w:rFonts w:hint="eastAsia"/>
          <w:lang w:val="fr-FR"/>
        </w:rPr>
      </w:pPr>
      <w:r w:rsidRPr="00BB0ED4">
        <w:rPr>
          <w:rFonts w:hint="eastAsia"/>
          <w:lang w:val="fr-FR"/>
        </w:rPr>
        <w:t xml:space="preserve">Production : 100 hôtes </w:t>
      </w:r>
      <w:r w:rsidR="005D10E4">
        <w:rPr>
          <w:lang w:val="fr-FR"/>
        </w:rPr>
        <w:t xml:space="preserve">désirées </w:t>
      </w:r>
      <w:r w:rsidRPr="00BB0ED4">
        <w:rPr>
          <w:rFonts w:hint="eastAsia"/>
          <w:lang w:val="fr-FR"/>
        </w:rPr>
        <w:t>→</w:t>
      </w:r>
      <w:r w:rsidRPr="00BB0ED4">
        <w:rPr>
          <w:rFonts w:hint="eastAsia"/>
          <w:lang w:val="fr-FR"/>
        </w:rPr>
        <w:t xml:space="preserve"> /25 (126 hôtes</w:t>
      </w:r>
      <w:r w:rsidR="005D10E4">
        <w:rPr>
          <w:lang w:val="fr-FR"/>
        </w:rPr>
        <w:t xml:space="preserve"> disponibles</w:t>
      </w:r>
      <w:r w:rsidRPr="00BB0ED4">
        <w:rPr>
          <w:rFonts w:hint="eastAsia"/>
          <w:lang w:val="fr-FR"/>
        </w:rPr>
        <w:t>)</w:t>
      </w:r>
    </w:p>
    <w:p w14:paraId="06527F6C" w14:textId="3931D4DE" w:rsidR="00BB0ED4" w:rsidRPr="00BB0ED4" w:rsidRDefault="00BB0ED4" w:rsidP="00BB0ED4">
      <w:pPr>
        <w:pStyle w:val="Listepuces"/>
        <w:numPr>
          <w:ilvl w:val="0"/>
          <w:numId w:val="0"/>
        </w:numPr>
        <w:rPr>
          <w:rFonts w:hint="eastAsia"/>
          <w:lang w:val="fr-FR"/>
        </w:rPr>
      </w:pPr>
      <w:r w:rsidRPr="00BB0ED4">
        <w:rPr>
          <w:rFonts w:hint="eastAsia"/>
          <w:lang w:val="fr-FR"/>
        </w:rPr>
        <w:t xml:space="preserve">Administration : 50 hôtes </w:t>
      </w:r>
      <w:r w:rsidR="005D10E4">
        <w:rPr>
          <w:lang w:val="fr-FR"/>
        </w:rPr>
        <w:t xml:space="preserve">désirées </w:t>
      </w:r>
      <w:r w:rsidRPr="00BB0ED4">
        <w:rPr>
          <w:rFonts w:hint="eastAsia"/>
          <w:lang w:val="fr-FR"/>
        </w:rPr>
        <w:t>→</w:t>
      </w:r>
      <w:r w:rsidRPr="00BB0ED4">
        <w:rPr>
          <w:rFonts w:hint="eastAsia"/>
          <w:lang w:val="fr-FR"/>
        </w:rPr>
        <w:t xml:space="preserve"> /26 (62 hôtes</w:t>
      </w:r>
      <w:r w:rsidR="005D10E4">
        <w:rPr>
          <w:lang w:val="fr-FR"/>
        </w:rPr>
        <w:t xml:space="preserve"> disponibles</w:t>
      </w:r>
      <w:r w:rsidRPr="00BB0ED4">
        <w:rPr>
          <w:rFonts w:hint="eastAsia"/>
          <w:lang w:val="fr-FR"/>
        </w:rPr>
        <w:t>)</w:t>
      </w:r>
    </w:p>
    <w:p w14:paraId="25EF1021" w14:textId="2A1D596E" w:rsidR="00BB0ED4" w:rsidRPr="00BB0ED4" w:rsidRDefault="00BB0ED4" w:rsidP="00BB0ED4">
      <w:pPr>
        <w:pStyle w:val="Listepuces"/>
        <w:numPr>
          <w:ilvl w:val="0"/>
          <w:numId w:val="0"/>
        </w:numPr>
        <w:rPr>
          <w:rFonts w:hint="eastAsia"/>
          <w:lang w:val="fr-FR"/>
        </w:rPr>
      </w:pPr>
      <w:r w:rsidRPr="00BB0ED4">
        <w:rPr>
          <w:rFonts w:hint="eastAsia"/>
          <w:lang w:val="fr-FR"/>
        </w:rPr>
        <w:t xml:space="preserve">Direction : 20 hôtes </w:t>
      </w:r>
      <w:r w:rsidR="005D10E4">
        <w:rPr>
          <w:lang w:val="fr-FR"/>
        </w:rPr>
        <w:t xml:space="preserve">désirées </w:t>
      </w:r>
      <w:r w:rsidRPr="00BB0ED4">
        <w:rPr>
          <w:rFonts w:hint="eastAsia"/>
          <w:lang w:val="fr-FR"/>
        </w:rPr>
        <w:t>→</w:t>
      </w:r>
      <w:r w:rsidRPr="00BB0ED4">
        <w:rPr>
          <w:rFonts w:hint="eastAsia"/>
          <w:lang w:val="fr-FR"/>
        </w:rPr>
        <w:t xml:space="preserve"> /27 (30 hôtes</w:t>
      </w:r>
      <w:r w:rsidR="005D10E4">
        <w:rPr>
          <w:lang w:val="fr-FR"/>
        </w:rPr>
        <w:t xml:space="preserve"> disponibles</w:t>
      </w:r>
      <w:r w:rsidRPr="00BB0ED4">
        <w:rPr>
          <w:rFonts w:hint="eastAsia"/>
          <w:lang w:val="fr-FR"/>
        </w:rPr>
        <w:t>)</w:t>
      </w:r>
    </w:p>
    <w:p w14:paraId="77281D98" w14:textId="5E007384" w:rsidR="00BB0ED4" w:rsidRDefault="00BB0ED4" w:rsidP="00BB0ED4">
      <w:pPr>
        <w:pStyle w:val="Listepuces"/>
        <w:numPr>
          <w:ilvl w:val="0"/>
          <w:numId w:val="0"/>
        </w:numPr>
        <w:rPr>
          <w:lang w:val="fr-FR"/>
        </w:rPr>
      </w:pPr>
      <w:r w:rsidRPr="00BB0ED4">
        <w:rPr>
          <w:rFonts w:hint="eastAsia"/>
          <w:lang w:val="fr-FR"/>
        </w:rPr>
        <w:t xml:space="preserve">Informatique : 10 hôtes </w:t>
      </w:r>
      <w:r w:rsidR="005D10E4">
        <w:rPr>
          <w:lang w:val="fr-FR"/>
        </w:rPr>
        <w:t xml:space="preserve">désirées </w:t>
      </w:r>
      <w:r w:rsidRPr="00BB0ED4">
        <w:rPr>
          <w:rFonts w:hint="eastAsia"/>
          <w:lang w:val="fr-FR"/>
        </w:rPr>
        <w:t>→</w:t>
      </w:r>
      <w:r w:rsidRPr="00BB0ED4">
        <w:rPr>
          <w:rFonts w:hint="eastAsia"/>
          <w:lang w:val="fr-FR"/>
        </w:rPr>
        <w:t xml:space="preserve"> /28 (14 hôtes</w:t>
      </w:r>
      <w:r w:rsidR="005D10E4">
        <w:rPr>
          <w:lang w:val="fr-FR"/>
        </w:rPr>
        <w:t xml:space="preserve"> disponibles</w:t>
      </w:r>
      <w:r w:rsidRPr="00BB0ED4">
        <w:rPr>
          <w:rFonts w:hint="eastAsia"/>
          <w:lang w:val="fr-FR"/>
        </w:rPr>
        <w:t>)</w:t>
      </w:r>
    </w:p>
    <w:p w14:paraId="57C01457" w14:textId="77777777" w:rsidR="00BB0ED4" w:rsidRDefault="00BB0ED4" w:rsidP="00BB0ED4">
      <w:pPr>
        <w:pStyle w:val="Listepuces"/>
        <w:numPr>
          <w:ilvl w:val="0"/>
          <w:numId w:val="0"/>
        </w:numPr>
        <w:rPr>
          <w:lang w:val="fr-FR"/>
        </w:rPr>
      </w:pPr>
    </w:p>
    <w:p w14:paraId="2CC5D5FA" w14:textId="77777777" w:rsidR="00BB0ED4" w:rsidRP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  <w:r w:rsidRPr="005D10E4">
        <w:rPr>
          <w:u w:val="single"/>
          <w:lang w:val="fr-FR"/>
        </w:rPr>
        <w:t>VLAN Production</w:t>
      </w:r>
      <w:r w:rsidRPr="00BB0ED4">
        <w:rPr>
          <w:lang w:val="fr-FR"/>
        </w:rPr>
        <w:t xml:space="preserve"> : 192.168.10.0/25</w:t>
      </w:r>
    </w:p>
    <w:p w14:paraId="12479013" w14:textId="506522F9" w:rsidR="00BB0ED4" w:rsidRP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rFonts w:hint="eastAsia"/>
          <w:lang w:val="fr-FR"/>
        </w:rPr>
      </w:pPr>
      <w:r w:rsidRPr="00BB0ED4">
        <w:rPr>
          <w:rFonts w:hint="eastAsia"/>
          <w:lang w:val="fr-FR"/>
        </w:rPr>
        <w:t xml:space="preserve">192.168.10.0 </w:t>
      </w:r>
      <w:r w:rsidRPr="00BB0ED4">
        <w:rPr>
          <w:rFonts w:hint="eastAsia"/>
          <w:lang w:val="fr-FR"/>
        </w:rPr>
        <w:t>→</w:t>
      </w:r>
      <w:r w:rsidRPr="00BB0ED4">
        <w:rPr>
          <w:rFonts w:hint="eastAsia"/>
          <w:lang w:val="fr-FR"/>
        </w:rPr>
        <w:t xml:space="preserve"> 192.168.10.127</w:t>
      </w:r>
    </w:p>
    <w:p w14:paraId="773A8DEA" w14:textId="77777777" w:rsidR="00BB0ED4" w:rsidRPr="00BB0ED4" w:rsidRDefault="00BB0ED4" w:rsidP="00BB0ED4">
      <w:pPr>
        <w:pStyle w:val="Listepuces"/>
        <w:numPr>
          <w:ilvl w:val="0"/>
          <w:numId w:val="0"/>
        </w:numPr>
        <w:rPr>
          <w:lang w:val="fr-FR"/>
        </w:rPr>
      </w:pPr>
    </w:p>
    <w:p w14:paraId="1C63311D" w14:textId="77777777" w:rsidR="00BB0ED4" w:rsidRP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  <w:r w:rsidRPr="005D10E4">
        <w:rPr>
          <w:u w:val="single"/>
          <w:lang w:val="fr-FR"/>
        </w:rPr>
        <w:t>VLAN Administration</w:t>
      </w:r>
      <w:r w:rsidRPr="00BB0ED4">
        <w:rPr>
          <w:lang w:val="fr-FR"/>
        </w:rPr>
        <w:t xml:space="preserve"> : 192.168.10.128/26</w:t>
      </w:r>
    </w:p>
    <w:p w14:paraId="0BB91DE7" w14:textId="0992C7D6" w:rsidR="00BB0ED4" w:rsidRP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rFonts w:hint="eastAsia"/>
          <w:lang w:val="fr-FR"/>
        </w:rPr>
      </w:pPr>
      <w:r w:rsidRPr="00BB0ED4">
        <w:rPr>
          <w:rFonts w:hint="eastAsia"/>
          <w:lang w:val="fr-FR"/>
        </w:rPr>
        <w:t>192.168.10.12</w:t>
      </w:r>
      <w:r>
        <w:rPr>
          <w:lang w:val="fr-FR"/>
        </w:rPr>
        <w:t>8</w:t>
      </w:r>
      <w:r w:rsidRPr="00BB0ED4">
        <w:rPr>
          <w:rFonts w:hint="eastAsia"/>
          <w:lang w:val="fr-FR"/>
        </w:rPr>
        <w:t xml:space="preserve"> </w:t>
      </w:r>
      <w:r w:rsidRPr="00BB0ED4">
        <w:rPr>
          <w:rFonts w:hint="eastAsia"/>
          <w:lang w:val="fr-FR"/>
        </w:rPr>
        <w:t>→</w:t>
      </w:r>
      <w:r w:rsidRPr="00BB0ED4">
        <w:rPr>
          <w:rFonts w:hint="eastAsia"/>
          <w:lang w:val="fr-FR"/>
        </w:rPr>
        <w:t xml:space="preserve"> 192.168.10.19</w:t>
      </w:r>
      <w:r>
        <w:rPr>
          <w:lang w:val="fr-FR"/>
        </w:rPr>
        <w:t>1</w:t>
      </w:r>
    </w:p>
    <w:p w14:paraId="78A9C356" w14:textId="606DEF61" w:rsidR="00BB0ED4" w:rsidRP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</w:p>
    <w:p w14:paraId="23B7B3C7" w14:textId="77777777" w:rsidR="00BB0ED4" w:rsidRP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  <w:r w:rsidRPr="005D10E4">
        <w:rPr>
          <w:u w:val="single"/>
          <w:lang w:val="fr-FR"/>
        </w:rPr>
        <w:t>VLAN Direction</w:t>
      </w:r>
      <w:r w:rsidRPr="00BB0ED4">
        <w:rPr>
          <w:lang w:val="fr-FR"/>
        </w:rPr>
        <w:t xml:space="preserve"> : 192.168.10.192/27</w:t>
      </w:r>
    </w:p>
    <w:p w14:paraId="045509DC" w14:textId="7D47F2CB" w:rsidR="00BB0ED4" w:rsidRP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rFonts w:hint="eastAsia"/>
          <w:lang w:val="fr-FR"/>
        </w:rPr>
      </w:pPr>
      <w:r>
        <w:rPr>
          <w:lang w:val="fr-FR"/>
        </w:rPr>
        <w:t>192.168.10.192</w:t>
      </w:r>
      <w:r w:rsidRPr="00BB0ED4">
        <w:rPr>
          <w:rFonts w:hint="eastAsia"/>
          <w:lang w:val="fr-FR"/>
        </w:rPr>
        <w:t>→</w:t>
      </w:r>
      <w:r w:rsidRPr="00BB0ED4">
        <w:rPr>
          <w:rFonts w:hint="eastAsia"/>
          <w:lang w:val="fr-FR"/>
        </w:rPr>
        <w:t xml:space="preserve"> 192.168.10.22</w:t>
      </w:r>
      <w:r w:rsidRPr="00BB0ED4">
        <w:rPr>
          <w:lang w:val="fr-FR"/>
        </w:rPr>
        <w:t>3</w:t>
      </w:r>
    </w:p>
    <w:p w14:paraId="534208E9" w14:textId="77777777" w:rsidR="00BB0ED4" w:rsidRP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</w:p>
    <w:p w14:paraId="275CAC09" w14:textId="56A7C565" w:rsid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  <w:r w:rsidRPr="005D10E4">
        <w:rPr>
          <w:u w:val="single"/>
          <w:lang w:val="fr-FR"/>
        </w:rPr>
        <w:t>VLAN Informatique</w:t>
      </w:r>
      <w:r w:rsidRPr="00BB0ED4">
        <w:rPr>
          <w:rFonts w:hint="eastAsia"/>
          <w:lang w:val="fr-FR"/>
        </w:rPr>
        <w:t xml:space="preserve"> : 192.168.10.22</w:t>
      </w:r>
      <w:r>
        <w:rPr>
          <w:lang w:val="fr-FR"/>
        </w:rPr>
        <w:t>4/28</w:t>
      </w:r>
      <w:r w:rsidRPr="00BB0ED4">
        <w:rPr>
          <w:rFonts w:hint="eastAsia"/>
          <w:lang w:val="fr-FR"/>
        </w:rPr>
        <w:t xml:space="preserve"> </w:t>
      </w:r>
    </w:p>
    <w:p w14:paraId="7EC9F5F6" w14:textId="4E3BEE28" w:rsid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  <w:r>
        <w:rPr>
          <w:lang w:val="fr-FR"/>
        </w:rPr>
        <w:t xml:space="preserve">192.168.10.224 </w:t>
      </w:r>
      <w:r w:rsidRPr="00BB0ED4">
        <w:rPr>
          <w:rFonts w:hint="eastAsia"/>
          <w:lang w:val="fr-FR"/>
        </w:rPr>
        <w:t>→</w:t>
      </w:r>
      <w:r w:rsidRPr="00BB0ED4">
        <w:rPr>
          <w:rFonts w:hint="eastAsia"/>
          <w:lang w:val="fr-FR"/>
        </w:rPr>
        <w:t xml:space="preserve"> 192.168.10.23</w:t>
      </w:r>
      <w:r>
        <w:rPr>
          <w:lang w:val="fr-FR"/>
        </w:rPr>
        <w:t>9</w:t>
      </w:r>
    </w:p>
    <w:p w14:paraId="403DED9F" w14:textId="77777777" w:rsidR="005D10E4" w:rsidRPr="00BB0ED4" w:rsidRDefault="005D10E4" w:rsidP="00BB0ED4">
      <w:pPr>
        <w:pStyle w:val="Listepuces"/>
        <w:numPr>
          <w:ilvl w:val="0"/>
          <w:numId w:val="0"/>
        </w:numPr>
        <w:ind w:left="360" w:hanging="360"/>
        <w:rPr>
          <w:rFonts w:hint="eastAsia"/>
          <w:lang w:val="fr-FR"/>
        </w:rPr>
      </w:pPr>
    </w:p>
    <w:p w14:paraId="44BBB72A" w14:textId="693A241B" w:rsidR="00D50C21" w:rsidRPr="005D10E4" w:rsidRDefault="00DE11C0">
      <w:pPr>
        <w:pStyle w:val="Listepuces"/>
        <w:rPr>
          <w:b/>
          <w:bCs/>
          <w:lang w:val="fr-FR"/>
        </w:rPr>
      </w:pPr>
      <w:r w:rsidRPr="005D10E4">
        <w:rPr>
          <w:b/>
          <w:bCs/>
          <w:lang w:val="fr-FR"/>
        </w:rPr>
        <w:t>Quel sera le masque pour le VLAN Production ?</w:t>
      </w:r>
    </w:p>
    <w:p w14:paraId="6546E5DB" w14:textId="4937F690" w:rsidR="005D10E4" w:rsidRDefault="005D10E4" w:rsidP="005D10E4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 xml:space="preserve">VLAN Production ayant un CIDR /25, son masque sera </w:t>
      </w:r>
      <w:r w:rsidRPr="005D10E4">
        <w:rPr>
          <w:b/>
          <w:bCs/>
          <w:lang w:val="fr-FR"/>
        </w:rPr>
        <w:t>255.255.255.128</w:t>
      </w:r>
    </w:p>
    <w:p w14:paraId="6BE99528" w14:textId="77777777" w:rsidR="005D10E4" w:rsidRPr="009346D4" w:rsidRDefault="005D10E4" w:rsidP="005D10E4">
      <w:pPr>
        <w:pStyle w:val="Listepuces"/>
        <w:numPr>
          <w:ilvl w:val="0"/>
          <w:numId w:val="0"/>
        </w:numPr>
        <w:rPr>
          <w:lang w:val="fr-FR"/>
        </w:rPr>
      </w:pPr>
    </w:p>
    <w:p w14:paraId="706E92C2" w14:textId="5E49AFE2" w:rsidR="00D50C21" w:rsidRPr="005D10E4" w:rsidRDefault="00DE11C0">
      <w:pPr>
        <w:pStyle w:val="Listepuces"/>
        <w:rPr>
          <w:b/>
          <w:bCs/>
          <w:lang w:val="fr-FR"/>
        </w:rPr>
      </w:pPr>
      <w:r w:rsidRPr="005D10E4">
        <w:rPr>
          <w:b/>
          <w:bCs/>
          <w:lang w:val="fr-FR"/>
        </w:rPr>
        <w:t>Quelle est la première adresse utilisable pour le VLAN Direction ?</w:t>
      </w:r>
    </w:p>
    <w:p w14:paraId="162B3199" w14:textId="7DAE6401" w:rsidR="0006782E" w:rsidRDefault="005D10E4" w:rsidP="005D10E4">
      <w:pPr>
        <w:pStyle w:val="Listepuces"/>
        <w:numPr>
          <w:ilvl w:val="0"/>
          <w:numId w:val="0"/>
        </w:numPr>
        <w:rPr>
          <w:b/>
          <w:bCs/>
          <w:lang w:val="fr-FR"/>
        </w:rPr>
      </w:pPr>
      <w:r>
        <w:rPr>
          <w:lang w:val="fr-FR"/>
        </w:rPr>
        <w:t xml:space="preserve">La première adresse utilisable sur le VLAN Direction (192.168.10.192) sera </w:t>
      </w:r>
      <w:r w:rsidRPr="005D10E4">
        <w:rPr>
          <w:b/>
          <w:bCs/>
          <w:lang w:val="fr-FR"/>
        </w:rPr>
        <w:t>192.168.10.193</w:t>
      </w:r>
    </w:p>
    <w:p w14:paraId="32B5A602" w14:textId="6A42B5F5" w:rsidR="005D10E4" w:rsidRPr="0006782E" w:rsidRDefault="0006782E" w:rsidP="0006782E">
      <w:pPr>
        <w:rPr>
          <w:b/>
          <w:bCs/>
          <w:lang w:val="fr-FR"/>
        </w:rPr>
      </w:pPr>
      <w:r>
        <w:rPr>
          <w:b/>
          <w:bCs/>
          <w:lang w:val="fr-FR"/>
        </w:rPr>
        <w:br w:type="page"/>
      </w:r>
    </w:p>
    <w:p w14:paraId="5D0107C6" w14:textId="77777777" w:rsidR="00D50C21" w:rsidRPr="009346D4" w:rsidRDefault="00DE11C0">
      <w:pPr>
        <w:pStyle w:val="Titre1"/>
        <w:rPr>
          <w:lang w:val="fr-FR"/>
        </w:rPr>
      </w:pPr>
      <w:bookmarkStart w:id="2" w:name="_Toc217308641"/>
      <w:r w:rsidRPr="009346D4">
        <w:rPr>
          <w:lang w:val="fr-FR"/>
        </w:rPr>
        <w:lastRenderedPageBreak/>
        <w:t>Activité 3 : Protocoles réseau</w:t>
      </w:r>
      <w:bookmarkEnd w:id="2"/>
    </w:p>
    <w:p w14:paraId="0B9414F8" w14:textId="156077A0" w:rsidR="00D50C21" w:rsidRPr="009346D4" w:rsidRDefault="00DE11C0" w:rsidP="009346D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fr-FR" w:eastAsia="fr-FR"/>
        </w:rPr>
      </w:pPr>
      <w:r w:rsidRPr="009346D4">
        <w:rPr>
          <w:lang w:val="fr-FR"/>
        </w:rPr>
        <w:t xml:space="preserve">Objectif pédagogique : </w:t>
      </w:r>
      <w:r w:rsidR="009346D4" w:rsidRPr="009346D4">
        <w:rPr>
          <w:rFonts w:ascii="Segoe UI" w:eastAsia="Times New Roman" w:hAnsi="Segoe UI" w:cs="Segoe UI"/>
          <w:i/>
          <w:iCs/>
          <w:sz w:val="21"/>
          <w:szCs w:val="21"/>
          <w:lang w:val="fr-FR" w:eastAsia="fr-FR"/>
        </w:rPr>
        <w:t>Identifier les principaux protocoles et comprendre leurs rôles dans la communication réseau.</w:t>
      </w:r>
    </w:p>
    <w:p w14:paraId="4AF51FFF" w14:textId="665DD614" w:rsidR="00D50C21" w:rsidRPr="000B781A" w:rsidRDefault="00F562AD">
      <w:pPr>
        <w:rPr>
          <w:b/>
          <w:bCs/>
        </w:rPr>
      </w:pPr>
      <w:r w:rsidRPr="000B781A">
        <w:rPr>
          <w:b/>
          <w:bCs/>
        </w:rPr>
        <w:t>Questions:</w:t>
      </w:r>
    </w:p>
    <w:p w14:paraId="38D9526D" w14:textId="6AAE4238" w:rsidR="00D50C21" w:rsidRPr="000B781A" w:rsidRDefault="00DE11C0">
      <w:pPr>
        <w:pStyle w:val="Listepuces"/>
        <w:rPr>
          <w:b/>
          <w:bCs/>
          <w:lang w:val="fr-FR"/>
        </w:rPr>
      </w:pPr>
      <w:r w:rsidRPr="000B781A">
        <w:rPr>
          <w:b/>
          <w:bCs/>
          <w:lang w:val="fr-FR"/>
        </w:rPr>
        <w:t>Qu’est-ce qu’un protocole réseau ?</w:t>
      </w:r>
    </w:p>
    <w:p w14:paraId="607A56FA" w14:textId="0473954D" w:rsidR="0006782E" w:rsidRDefault="0006782E" w:rsidP="0006782E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Un</w:t>
      </w:r>
      <w:r w:rsidRPr="0006782E">
        <w:rPr>
          <w:lang w:val="fr-FR"/>
        </w:rPr>
        <w:t xml:space="preserve"> protocole réseau définit un ensemble de règles</w:t>
      </w:r>
      <w:r>
        <w:rPr>
          <w:lang w:val="fr-FR"/>
        </w:rPr>
        <w:t xml:space="preserve"> pour permettre</w:t>
      </w:r>
      <w:r w:rsidRPr="0006782E">
        <w:rPr>
          <w:lang w:val="fr-FR"/>
        </w:rPr>
        <w:t xml:space="preserve"> à des équipements </w:t>
      </w:r>
      <w:r>
        <w:rPr>
          <w:lang w:val="fr-FR"/>
        </w:rPr>
        <w:t xml:space="preserve">interconnectés </w:t>
      </w:r>
      <w:r w:rsidRPr="0006782E">
        <w:rPr>
          <w:lang w:val="fr-FR"/>
        </w:rPr>
        <w:t>de communiquer de façon fiable et compréhensible.</w:t>
      </w:r>
    </w:p>
    <w:p w14:paraId="0BF4855B" w14:textId="77777777" w:rsidR="0006782E" w:rsidRPr="009346D4" w:rsidRDefault="0006782E" w:rsidP="0006782E">
      <w:pPr>
        <w:pStyle w:val="Listepuces"/>
        <w:numPr>
          <w:ilvl w:val="0"/>
          <w:numId w:val="0"/>
        </w:numPr>
        <w:rPr>
          <w:lang w:val="fr-FR"/>
        </w:rPr>
      </w:pPr>
    </w:p>
    <w:p w14:paraId="043C02CF" w14:textId="237F3BB3" w:rsidR="00D50C21" w:rsidRPr="000B781A" w:rsidRDefault="00DE11C0">
      <w:pPr>
        <w:pStyle w:val="Listepuces"/>
        <w:rPr>
          <w:b/>
          <w:bCs/>
          <w:lang w:val="fr-FR"/>
        </w:rPr>
      </w:pPr>
      <w:r w:rsidRPr="000B781A">
        <w:rPr>
          <w:b/>
          <w:bCs/>
          <w:lang w:val="fr-FR"/>
        </w:rPr>
        <w:t>À quoi sert TCP par rapport à UDP ?</w:t>
      </w:r>
    </w:p>
    <w:p w14:paraId="20D8DB9C" w14:textId="77777777" w:rsidR="0006782E" w:rsidRDefault="0006782E" w:rsidP="0006782E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TCP privilégie la fiabilité dans le transport des paquets tandis qu’UDP privilégie la rapidité.</w:t>
      </w:r>
    </w:p>
    <w:p w14:paraId="023F11F4" w14:textId="24EC85E1" w:rsidR="0006782E" w:rsidRPr="009346D4" w:rsidRDefault="0006782E" w:rsidP="0006782E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 xml:space="preserve"> </w:t>
      </w:r>
    </w:p>
    <w:p w14:paraId="0D445F32" w14:textId="03E330FD" w:rsidR="00D50C21" w:rsidRPr="000B781A" w:rsidRDefault="00DE11C0">
      <w:pPr>
        <w:pStyle w:val="Listepuces"/>
        <w:rPr>
          <w:b/>
          <w:bCs/>
          <w:lang w:val="fr-FR"/>
        </w:rPr>
      </w:pPr>
      <w:r w:rsidRPr="000B781A">
        <w:rPr>
          <w:b/>
          <w:bCs/>
          <w:lang w:val="fr-FR"/>
        </w:rPr>
        <w:t>Quel protocole est utilisé pour l’accès SSH ?</w:t>
      </w:r>
    </w:p>
    <w:p w14:paraId="152D9CB4" w14:textId="1F025078" w:rsidR="00E30047" w:rsidRDefault="00E30047" w:rsidP="00E30047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C’est TCP (port 22) qui est utilisé.</w:t>
      </w:r>
    </w:p>
    <w:p w14:paraId="426E976F" w14:textId="77777777" w:rsidR="00E30047" w:rsidRPr="009346D4" w:rsidRDefault="00E30047" w:rsidP="00E30047">
      <w:pPr>
        <w:pStyle w:val="Listepuces"/>
        <w:numPr>
          <w:ilvl w:val="0"/>
          <w:numId w:val="0"/>
        </w:numPr>
        <w:rPr>
          <w:lang w:val="fr-FR"/>
        </w:rPr>
      </w:pPr>
    </w:p>
    <w:p w14:paraId="1304CA26" w14:textId="48761F65" w:rsidR="00D50C21" w:rsidRPr="000B781A" w:rsidRDefault="00DE11C0">
      <w:pPr>
        <w:pStyle w:val="Listepuces"/>
        <w:rPr>
          <w:b/>
          <w:bCs/>
          <w:lang w:val="fr-FR"/>
        </w:rPr>
      </w:pPr>
      <w:r w:rsidRPr="000B781A">
        <w:rPr>
          <w:b/>
          <w:bCs/>
          <w:lang w:val="fr-FR"/>
        </w:rPr>
        <w:t>Quel protocole est utilisé pour attribuer automatiquement une adresse IP ?</w:t>
      </w:r>
    </w:p>
    <w:p w14:paraId="4BD43FB0" w14:textId="1C5966E2" w:rsidR="00E30047" w:rsidRDefault="00E30047" w:rsidP="00E30047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C’est le protocole DHCP (Dynamic Host Configuration Protocol)</w:t>
      </w:r>
    </w:p>
    <w:p w14:paraId="440C802B" w14:textId="77777777" w:rsidR="00E30047" w:rsidRPr="000B781A" w:rsidRDefault="00E30047" w:rsidP="00E30047">
      <w:pPr>
        <w:pStyle w:val="Listepuces"/>
        <w:numPr>
          <w:ilvl w:val="0"/>
          <w:numId w:val="0"/>
        </w:numPr>
        <w:rPr>
          <w:b/>
          <w:bCs/>
          <w:lang w:val="fr-FR"/>
        </w:rPr>
      </w:pPr>
    </w:p>
    <w:p w14:paraId="39CBC422" w14:textId="5968B2A4" w:rsidR="00D50C21" w:rsidRPr="000B781A" w:rsidRDefault="00DE11C0">
      <w:pPr>
        <w:pStyle w:val="Listepuces"/>
        <w:rPr>
          <w:b/>
          <w:bCs/>
          <w:lang w:val="fr-FR"/>
        </w:rPr>
      </w:pPr>
      <w:r w:rsidRPr="000B781A">
        <w:rPr>
          <w:b/>
          <w:bCs/>
          <w:lang w:val="fr-FR"/>
        </w:rPr>
        <w:t>Pourquoi HTTPS est-il plus sécurisé que HTTP ?</w:t>
      </w:r>
    </w:p>
    <w:p w14:paraId="73D2FF39" w14:textId="5AE5644C" w:rsidR="00E30047" w:rsidRPr="009346D4" w:rsidRDefault="00E30047" w:rsidP="00E30047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HTTPS chiffre les échanges via TLS (donc confidentialité, intégrité et authentification du serveur)</w:t>
      </w:r>
    </w:p>
    <w:p w14:paraId="59302C42" w14:textId="77777777" w:rsidR="00D50C21" w:rsidRPr="009346D4" w:rsidRDefault="00DE11C0">
      <w:pPr>
        <w:pStyle w:val="Titre1"/>
        <w:rPr>
          <w:lang w:val="fr-FR"/>
        </w:rPr>
      </w:pPr>
      <w:bookmarkStart w:id="3" w:name="_Toc217308642"/>
      <w:r w:rsidRPr="009346D4">
        <w:rPr>
          <w:lang w:val="fr-FR"/>
        </w:rPr>
        <w:t>Activité 4 : Composants réseau et topologies</w:t>
      </w:r>
      <w:bookmarkEnd w:id="3"/>
    </w:p>
    <w:p w14:paraId="7778DDC3" w14:textId="77777777" w:rsidR="00167C98" w:rsidRPr="009346D4" w:rsidRDefault="00DE11C0" w:rsidP="00167C9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fr-FR" w:eastAsia="fr-FR"/>
        </w:rPr>
      </w:pPr>
      <w:r w:rsidRPr="009346D4">
        <w:rPr>
          <w:lang w:val="fr-FR"/>
        </w:rPr>
        <w:t xml:space="preserve">Objectif pédagogique : </w:t>
      </w:r>
      <w:r w:rsidR="00167C98" w:rsidRPr="009346D4">
        <w:rPr>
          <w:rFonts w:ascii="Segoe UI" w:eastAsia="Times New Roman" w:hAnsi="Segoe UI" w:cs="Segoe UI"/>
          <w:i/>
          <w:iCs/>
          <w:sz w:val="21"/>
          <w:szCs w:val="21"/>
          <w:lang w:val="fr-FR" w:eastAsia="fr-FR"/>
        </w:rPr>
        <w:t>Connaître les équipements réseau, leurs fonctions et les différentes topologies utilisées.</w:t>
      </w:r>
    </w:p>
    <w:p w14:paraId="40AB377E" w14:textId="08C1204E" w:rsidR="00D50C21" w:rsidRPr="009D5F94" w:rsidRDefault="00F562AD">
      <w:pPr>
        <w:rPr>
          <w:b/>
          <w:bCs/>
        </w:rPr>
      </w:pPr>
      <w:r w:rsidRPr="009D5F94">
        <w:rPr>
          <w:b/>
          <w:bCs/>
        </w:rPr>
        <w:t>Questions:</w:t>
      </w:r>
    </w:p>
    <w:p w14:paraId="037CA2FC" w14:textId="55B190D0" w:rsidR="00D50C21" w:rsidRPr="009D5F94" w:rsidRDefault="00DE11C0">
      <w:pPr>
        <w:pStyle w:val="Listepuces"/>
        <w:rPr>
          <w:b/>
          <w:bCs/>
          <w:lang w:val="fr-FR"/>
        </w:rPr>
      </w:pPr>
      <w:r w:rsidRPr="009D5F94">
        <w:rPr>
          <w:b/>
          <w:bCs/>
          <w:lang w:val="fr-FR"/>
        </w:rPr>
        <w:t>Quelle est la différence entre un switch et un routeur ?</w:t>
      </w:r>
    </w:p>
    <w:p w14:paraId="63240E8B" w14:textId="2F69DCD7" w:rsidR="00281F1A" w:rsidRDefault="00281F1A" w:rsidP="00281F1A">
      <w:pPr>
        <w:pStyle w:val="Listepuces"/>
        <w:numPr>
          <w:ilvl w:val="0"/>
          <w:numId w:val="0"/>
        </w:numPr>
        <w:rPr>
          <w:lang w:val="fr-FR"/>
        </w:rPr>
      </w:pPr>
      <w:r w:rsidRPr="00281F1A">
        <w:rPr>
          <w:lang w:val="fr-FR"/>
        </w:rPr>
        <w:t>Un switch interconnecte des équipements dans un même réseau</w:t>
      </w:r>
      <w:r>
        <w:rPr>
          <w:lang w:val="fr-FR"/>
        </w:rPr>
        <w:t xml:space="preserve"> alors q’u</w:t>
      </w:r>
      <w:r w:rsidRPr="00281F1A">
        <w:rPr>
          <w:lang w:val="fr-FR"/>
        </w:rPr>
        <w:t>n routeur relie plusieurs réseaux entre eux et fait du routage IP.</w:t>
      </w:r>
    </w:p>
    <w:p w14:paraId="1F439881" w14:textId="77777777" w:rsidR="00281F1A" w:rsidRPr="009346D4" w:rsidRDefault="00281F1A" w:rsidP="00281F1A">
      <w:pPr>
        <w:pStyle w:val="Listepuces"/>
        <w:numPr>
          <w:ilvl w:val="0"/>
          <w:numId w:val="0"/>
        </w:numPr>
        <w:rPr>
          <w:lang w:val="fr-FR"/>
        </w:rPr>
      </w:pPr>
    </w:p>
    <w:p w14:paraId="5F855897" w14:textId="55554246" w:rsidR="00D50C21" w:rsidRPr="009D5F94" w:rsidRDefault="00DE11C0">
      <w:pPr>
        <w:pStyle w:val="Listepuces"/>
        <w:rPr>
          <w:b/>
          <w:bCs/>
          <w:lang w:val="fr-FR"/>
        </w:rPr>
      </w:pPr>
      <w:r w:rsidRPr="009D5F94">
        <w:rPr>
          <w:b/>
          <w:bCs/>
          <w:lang w:val="fr-FR"/>
        </w:rPr>
        <w:t>À quoi sert un point d’accès Wi-Fi ?</w:t>
      </w:r>
    </w:p>
    <w:p w14:paraId="305541F3" w14:textId="48567F21" w:rsidR="00281F1A" w:rsidRDefault="00281F1A" w:rsidP="00281F1A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Un AP Wi-Fi sert</w:t>
      </w:r>
      <w:r w:rsidRPr="00281F1A">
        <w:rPr>
          <w:lang w:val="fr-FR"/>
        </w:rPr>
        <w:t xml:space="preserve"> fournir un accès réseau sans fil aux équipements Wi-Fi</w:t>
      </w:r>
      <w:r>
        <w:rPr>
          <w:lang w:val="fr-FR"/>
        </w:rPr>
        <w:t xml:space="preserve"> et possiblement à les interconnecter avec le reste du réseau filiaire.</w:t>
      </w:r>
    </w:p>
    <w:p w14:paraId="7E60A1F3" w14:textId="77777777" w:rsidR="00281F1A" w:rsidRPr="009346D4" w:rsidRDefault="00281F1A" w:rsidP="00281F1A">
      <w:pPr>
        <w:pStyle w:val="Listepuces"/>
        <w:numPr>
          <w:ilvl w:val="0"/>
          <w:numId w:val="0"/>
        </w:numPr>
        <w:rPr>
          <w:lang w:val="fr-FR"/>
        </w:rPr>
      </w:pPr>
    </w:p>
    <w:p w14:paraId="19A477CB" w14:textId="1C62707F" w:rsidR="00D50C21" w:rsidRPr="009D5F94" w:rsidRDefault="00DE11C0">
      <w:pPr>
        <w:pStyle w:val="Listepuces"/>
        <w:rPr>
          <w:b/>
          <w:bCs/>
          <w:lang w:val="fr-FR"/>
        </w:rPr>
      </w:pPr>
      <w:r w:rsidRPr="009D5F94">
        <w:rPr>
          <w:b/>
          <w:bCs/>
          <w:lang w:val="fr-FR"/>
        </w:rPr>
        <w:t>Qu’est-ce qu’une topologie en étoile ?</w:t>
      </w:r>
    </w:p>
    <w:p w14:paraId="01F48693" w14:textId="7B3DB6F9" w:rsidR="00281F1A" w:rsidRDefault="00281F1A" w:rsidP="00281F1A">
      <w:pPr>
        <w:pStyle w:val="Listepuces"/>
        <w:numPr>
          <w:ilvl w:val="0"/>
          <w:numId w:val="0"/>
        </w:numPr>
        <w:rPr>
          <w:lang w:val="fr-FR"/>
        </w:rPr>
      </w:pPr>
      <w:r w:rsidRPr="00281F1A">
        <w:rPr>
          <w:lang w:val="fr-FR"/>
        </w:rPr>
        <w:t xml:space="preserve">Une topologie où tous les équipements sont connectés à un point central </w:t>
      </w:r>
      <w:r>
        <w:rPr>
          <w:lang w:val="fr-FR"/>
        </w:rPr>
        <w:t>comme un switch par exemple.</w:t>
      </w:r>
    </w:p>
    <w:p w14:paraId="0F618F1D" w14:textId="77777777" w:rsidR="00281F1A" w:rsidRPr="009346D4" w:rsidRDefault="00281F1A" w:rsidP="00281F1A">
      <w:pPr>
        <w:pStyle w:val="Listepuces"/>
        <w:numPr>
          <w:ilvl w:val="0"/>
          <w:numId w:val="0"/>
        </w:numPr>
        <w:rPr>
          <w:lang w:val="fr-FR"/>
        </w:rPr>
      </w:pPr>
    </w:p>
    <w:p w14:paraId="55945F8A" w14:textId="31B1F459" w:rsidR="00D50C21" w:rsidRPr="009D5F94" w:rsidRDefault="00DE11C0">
      <w:pPr>
        <w:pStyle w:val="Listepuces"/>
        <w:rPr>
          <w:b/>
          <w:bCs/>
          <w:lang w:val="fr-FR"/>
        </w:rPr>
      </w:pPr>
      <w:r w:rsidRPr="009D5F94">
        <w:rPr>
          <w:b/>
          <w:bCs/>
          <w:lang w:val="fr-FR"/>
        </w:rPr>
        <w:t>Pourquoi utilise-t-on des VLAN ?</w:t>
      </w:r>
    </w:p>
    <w:p w14:paraId="46DEDD79" w14:textId="7B54D28B" w:rsidR="00281F1A" w:rsidRDefault="00281F1A" w:rsidP="00281F1A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Un VLAN sert à</w:t>
      </w:r>
      <w:r w:rsidRPr="00281F1A">
        <w:rPr>
          <w:lang w:val="fr-FR"/>
        </w:rPr>
        <w:t xml:space="preserve"> segmenter </w:t>
      </w:r>
      <w:r>
        <w:rPr>
          <w:lang w:val="fr-FR"/>
        </w:rPr>
        <w:t>virtuellement</w:t>
      </w:r>
      <w:r w:rsidRPr="00281F1A">
        <w:rPr>
          <w:lang w:val="fr-FR"/>
        </w:rPr>
        <w:t xml:space="preserve"> un réseau</w:t>
      </w:r>
      <w:r>
        <w:rPr>
          <w:lang w:val="fr-FR"/>
        </w:rPr>
        <w:t xml:space="preserve"> ce qui permet d’</w:t>
      </w:r>
      <w:r w:rsidRPr="00281F1A">
        <w:rPr>
          <w:lang w:val="fr-FR"/>
        </w:rPr>
        <w:t xml:space="preserve">améliorer la sécurité et </w:t>
      </w:r>
      <w:r w:rsidR="000819E3">
        <w:rPr>
          <w:lang w:val="fr-FR"/>
        </w:rPr>
        <w:t xml:space="preserve">de </w:t>
      </w:r>
      <w:r w:rsidRPr="00281F1A">
        <w:rPr>
          <w:lang w:val="fr-FR"/>
        </w:rPr>
        <w:t>faciliter l’administration</w:t>
      </w:r>
      <w:r w:rsidR="000819E3">
        <w:rPr>
          <w:lang w:val="fr-FR"/>
        </w:rPr>
        <w:t xml:space="preserve"> des réseaux.</w:t>
      </w:r>
    </w:p>
    <w:p w14:paraId="1C844242" w14:textId="77777777" w:rsidR="000819E3" w:rsidRPr="009346D4" w:rsidRDefault="000819E3" w:rsidP="00281F1A">
      <w:pPr>
        <w:pStyle w:val="Listepuces"/>
        <w:numPr>
          <w:ilvl w:val="0"/>
          <w:numId w:val="0"/>
        </w:numPr>
        <w:rPr>
          <w:lang w:val="fr-FR"/>
        </w:rPr>
      </w:pPr>
    </w:p>
    <w:p w14:paraId="38222533" w14:textId="43F322F0" w:rsidR="00D50C21" w:rsidRPr="009D5F94" w:rsidRDefault="00DE11C0">
      <w:pPr>
        <w:pStyle w:val="Listepuces"/>
        <w:rPr>
          <w:b/>
          <w:bCs/>
          <w:lang w:val="fr-FR"/>
        </w:rPr>
      </w:pPr>
      <w:r w:rsidRPr="009D5F94">
        <w:rPr>
          <w:b/>
          <w:bCs/>
          <w:lang w:val="fr-FR"/>
        </w:rPr>
        <w:t>Quel est le rôle d’un serveur DHCP ?</w:t>
      </w:r>
    </w:p>
    <w:p w14:paraId="17E0DA91" w14:textId="6B8ADC6E" w:rsidR="000819E3" w:rsidRPr="009346D4" w:rsidRDefault="000819E3" w:rsidP="000819E3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Le DHCP sert à a</w:t>
      </w:r>
      <w:r w:rsidRPr="000819E3">
        <w:rPr>
          <w:lang w:val="fr-FR"/>
        </w:rPr>
        <w:t>ttribuer automatiquement les adresses IP, masques, passerelles et DNS aux clients du réseau.</w:t>
      </w:r>
    </w:p>
    <w:p w14:paraId="10F9D6DE" w14:textId="77777777" w:rsidR="00D50C21" w:rsidRPr="009346D4" w:rsidRDefault="00DE11C0">
      <w:pPr>
        <w:pStyle w:val="Titre1"/>
        <w:rPr>
          <w:lang w:val="fr-FR"/>
        </w:rPr>
      </w:pPr>
      <w:bookmarkStart w:id="4" w:name="_Toc217308643"/>
      <w:r w:rsidRPr="009346D4">
        <w:rPr>
          <w:lang w:val="fr-FR"/>
        </w:rPr>
        <w:lastRenderedPageBreak/>
        <w:t>Activité 5 : Sécurité réseau</w:t>
      </w:r>
      <w:bookmarkEnd w:id="4"/>
    </w:p>
    <w:p w14:paraId="0C15DB73" w14:textId="77777777" w:rsidR="00167C98" w:rsidRPr="009346D4" w:rsidRDefault="00DE11C0" w:rsidP="00167C9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fr-FR" w:eastAsia="fr-FR"/>
        </w:rPr>
      </w:pPr>
      <w:r w:rsidRPr="009346D4">
        <w:rPr>
          <w:lang w:val="fr-FR"/>
        </w:rPr>
        <w:t xml:space="preserve">Objectif pédagogique : </w:t>
      </w:r>
      <w:r w:rsidR="00167C98" w:rsidRPr="009346D4">
        <w:rPr>
          <w:rFonts w:ascii="Segoe UI" w:eastAsia="Times New Roman" w:hAnsi="Segoe UI" w:cs="Segoe UI"/>
          <w:i/>
          <w:iCs/>
          <w:sz w:val="21"/>
          <w:szCs w:val="21"/>
          <w:lang w:val="fr-FR" w:eastAsia="fr-FR"/>
        </w:rPr>
        <w:t>Appliquer les bonnes pratiques pour sécuriser un réseau et comprendre les mécanismes de protection.</w:t>
      </w:r>
    </w:p>
    <w:p w14:paraId="5BB4C51C" w14:textId="004FAFBF" w:rsidR="00D50C21" w:rsidRPr="009346D4" w:rsidRDefault="00D50C21">
      <w:pPr>
        <w:rPr>
          <w:lang w:val="fr-FR"/>
        </w:rPr>
      </w:pPr>
    </w:p>
    <w:p w14:paraId="40FAA16F" w14:textId="1D06BDB6" w:rsidR="00D50C21" w:rsidRPr="00122AE0" w:rsidRDefault="00F562AD">
      <w:pPr>
        <w:rPr>
          <w:b/>
          <w:bCs/>
        </w:rPr>
      </w:pPr>
      <w:r w:rsidRPr="00122AE0">
        <w:rPr>
          <w:b/>
          <w:bCs/>
        </w:rPr>
        <w:t>Questions:</w:t>
      </w:r>
    </w:p>
    <w:p w14:paraId="6A0FE621" w14:textId="7439ACEB" w:rsidR="00D50C21" w:rsidRPr="00122AE0" w:rsidRDefault="00DE11C0">
      <w:pPr>
        <w:pStyle w:val="Listepuces"/>
        <w:rPr>
          <w:b/>
          <w:bCs/>
          <w:lang w:val="fr-FR"/>
        </w:rPr>
      </w:pPr>
      <w:r w:rsidRPr="00122AE0">
        <w:rPr>
          <w:b/>
          <w:bCs/>
          <w:lang w:val="fr-FR"/>
        </w:rPr>
        <w:t>Pourquoi est-il important de sécuriser un réseau ?</w:t>
      </w:r>
    </w:p>
    <w:p w14:paraId="0F674454" w14:textId="69E31E85" w:rsidR="00122AE0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C’est important p</w:t>
      </w:r>
      <w:r w:rsidRPr="00122AE0">
        <w:rPr>
          <w:lang w:val="fr-FR"/>
        </w:rPr>
        <w:t xml:space="preserve">our protéger les données, empêcher les intrusions, garantir la disponibilité des services et respecter les exigences légales </w:t>
      </w:r>
      <w:r>
        <w:rPr>
          <w:lang w:val="fr-FR"/>
        </w:rPr>
        <w:t xml:space="preserve">comme le </w:t>
      </w:r>
      <w:r w:rsidRPr="00122AE0">
        <w:rPr>
          <w:lang w:val="fr-FR"/>
        </w:rPr>
        <w:t>RGP</w:t>
      </w:r>
      <w:r>
        <w:rPr>
          <w:lang w:val="fr-FR"/>
        </w:rPr>
        <w:t>D par exemple</w:t>
      </w:r>
      <w:r w:rsidRPr="00122AE0">
        <w:rPr>
          <w:lang w:val="fr-FR"/>
        </w:rPr>
        <w:t>.</w:t>
      </w:r>
    </w:p>
    <w:p w14:paraId="0C11C1EC" w14:textId="77777777" w:rsidR="00122AE0" w:rsidRPr="009346D4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</w:p>
    <w:p w14:paraId="7EFC72C6" w14:textId="49F0045C" w:rsidR="00D50C21" w:rsidRPr="00122AE0" w:rsidRDefault="00DE11C0">
      <w:pPr>
        <w:pStyle w:val="Listepuces"/>
        <w:rPr>
          <w:b/>
          <w:bCs/>
          <w:lang w:val="fr-FR"/>
        </w:rPr>
      </w:pPr>
      <w:r w:rsidRPr="00122AE0">
        <w:rPr>
          <w:b/>
          <w:bCs/>
          <w:lang w:val="fr-FR"/>
        </w:rPr>
        <w:t>Qu’est-ce qu’un pare-feu ?</w:t>
      </w:r>
    </w:p>
    <w:p w14:paraId="340B4D71" w14:textId="59DE5FDC" w:rsidR="00122AE0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  <w:r w:rsidRPr="00122AE0">
        <w:rPr>
          <w:lang w:val="fr-FR"/>
        </w:rPr>
        <w:t xml:space="preserve">Un pare-feu est un dispositif qui filtre le trafic réseau </w:t>
      </w:r>
      <w:r>
        <w:rPr>
          <w:lang w:val="fr-FR"/>
        </w:rPr>
        <w:t xml:space="preserve">(entrant/sortant) </w:t>
      </w:r>
      <w:r w:rsidRPr="00122AE0">
        <w:rPr>
          <w:lang w:val="fr-FR"/>
        </w:rPr>
        <w:t>selon des règles de sécurité</w:t>
      </w:r>
      <w:r>
        <w:rPr>
          <w:lang w:val="fr-FR"/>
        </w:rPr>
        <w:t xml:space="preserve"> établies.</w:t>
      </w:r>
    </w:p>
    <w:p w14:paraId="67D7E8BF" w14:textId="77777777" w:rsidR="00122AE0" w:rsidRPr="009346D4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</w:p>
    <w:p w14:paraId="35CC209F" w14:textId="25CA4697" w:rsidR="00D50C21" w:rsidRPr="00122AE0" w:rsidRDefault="00DE11C0">
      <w:pPr>
        <w:pStyle w:val="Listepuces"/>
        <w:rPr>
          <w:b/>
          <w:bCs/>
          <w:lang w:val="fr-FR"/>
        </w:rPr>
      </w:pPr>
      <w:r w:rsidRPr="00122AE0">
        <w:rPr>
          <w:b/>
          <w:bCs/>
          <w:lang w:val="fr-FR"/>
        </w:rPr>
        <w:t>Pourquoi utiliser SSH plutôt que Telnet ?</w:t>
      </w:r>
    </w:p>
    <w:p w14:paraId="2B7BB69E" w14:textId="457E42BE" w:rsidR="00122AE0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SSH</w:t>
      </w:r>
      <w:r w:rsidRPr="00122AE0">
        <w:rPr>
          <w:lang w:val="fr-FR"/>
        </w:rPr>
        <w:t xml:space="preserve"> chiffre les communications, contrairement à Telnet qui transmet les données en clair</w:t>
      </w:r>
      <w:r>
        <w:rPr>
          <w:lang w:val="fr-FR"/>
        </w:rPr>
        <w:t xml:space="preserve"> et qui est donc obsolète.</w:t>
      </w:r>
    </w:p>
    <w:p w14:paraId="1EAEBDAD" w14:textId="77777777" w:rsidR="00122AE0" w:rsidRPr="009346D4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</w:p>
    <w:p w14:paraId="730C55FD" w14:textId="72E2D1A8" w:rsidR="00D50C21" w:rsidRPr="00122AE0" w:rsidRDefault="00DE11C0">
      <w:pPr>
        <w:pStyle w:val="Listepuces"/>
        <w:rPr>
          <w:b/>
          <w:bCs/>
          <w:lang w:val="fr-FR"/>
        </w:rPr>
      </w:pPr>
      <w:r w:rsidRPr="00122AE0">
        <w:rPr>
          <w:b/>
          <w:bCs/>
          <w:lang w:val="fr-FR"/>
        </w:rPr>
        <w:t>Qu’est-ce qu’un VLAN peut apporter en termes de sécurité ?</w:t>
      </w:r>
    </w:p>
    <w:p w14:paraId="53AA7823" w14:textId="49A51501" w:rsidR="00122AE0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Le VLAN permet d’</w:t>
      </w:r>
      <w:r w:rsidRPr="00122AE0">
        <w:rPr>
          <w:lang w:val="fr-FR"/>
        </w:rPr>
        <w:t>isole</w:t>
      </w:r>
      <w:r>
        <w:rPr>
          <w:lang w:val="fr-FR"/>
        </w:rPr>
        <w:t>r</w:t>
      </w:r>
      <w:r w:rsidRPr="00122AE0">
        <w:rPr>
          <w:lang w:val="fr-FR"/>
        </w:rPr>
        <w:t xml:space="preserve"> les flux</w:t>
      </w:r>
      <w:r>
        <w:rPr>
          <w:lang w:val="fr-FR"/>
        </w:rPr>
        <w:t xml:space="preserve"> (confidentialité)</w:t>
      </w:r>
      <w:r w:rsidRPr="00122AE0">
        <w:rPr>
          <w:lang w:val="fr-FR"/>
        </w:rPr>
        <w:t xml:space="preserve">, </w:t>
      </w:r>
      <w:r>
        <w:rPr>
          <w:lang w:val="fr-FR"/>
        </w:rPr>
        <w:t xml:space="preserve">de </w:t>
      </w:r>
      <w:r w:rsidRPr="00122AE0">
        <w:rPr>
          <w:lang w:val="fr-FR"/>
        </w:rPr>
        <w:t>limite</w:t>
      </w:r>
      <w:r>
        <w:rPr>
          <w:lang w:val="fr-FR"/>
        </w:rPr>
        <w:t>r</w:t>
      </w:r>
      <w:r w:rsidRPr="00122AE0">
        <w:rPr>
          <w:lang w:val="fr-FR"/>
        </w:rPr>
        <w:t xml:space="preserve"> la propagation des attaques</w:t>
      </w:r>
      <w:r>
        <w:rPr>
          <w:lang w:val="fr-FR"/>
        </w:rPr>
        <w:t xml:space="preserve"> (car segmenté)</w:t>
      </w:r>
      <w:r w:rsidRPr="00122AE0">
        <w:rPr>
          <w:lang w:val="fr-FR"/>
        </w:rPr>
        <w:t xml:space="preserve"> et permet un contrôle fin des accès </w:t>
      </w:r>
      <w:r>
        <w:rPr>
          <w:lang w:val="fr-FR"/>
        </w:rPr>
        <w:t>dans chaque VLAN.</w:t>
      </w:r>
    </w:p>
    <w:p w14:paraId="793A2F0D" w14:textId="77777777" w:rsidR="00122AE0" w:rsidRPr="009346D4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</w:p>
    <w:p w14:paraId="3B4BD022" w14:textId="35292ED0" w:rsidR="00D50C21" w:rsidRPr="00122AE0" w:rsidRDefault="00DE11C0" w:rsidP="00122AE0">
      <w:pPr>
        <w:pStyle w:val="Listepuces"/>
        <w:rPr>
          <w:b/>
          <w:bCs/>
          <w:lang w:val="fr-FR"/>
        </w:rPr>
      </w:pPr>
      <w:r w:rsidRPr="00122AE0">
        <w:rPr>
          <w:b/>
          <w:bCs/>
          <w:lang w:val="fr-FR"/>
        </w:rPr>
        <w:t>Donne deux bonnes pratiques pour sécuriser un réseau Wi-Fi.</w:t>
      </w:r>
    </w:p>
    <w:p w14:paraId="5F176361" w14:textId="2EF87D62" w:rsidR="00122AE0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Utiliser une clé WPA2/WPA3 avec un mot de passe robuste</w:t>
      </w:r>
      <w:r>
        <w:rPr>
          <w:lang w:val="fr-FR"/>
        </w:rPr>
        <w:br/>
        <w:t>Désactiver tout ce qui n’est pas utile (réseaux invités, WPS, etc.)</w:t>
      </w:r>
    </w:p>
    <w:p w14:paraId="678B56D1" w14:textId="77777777" w:rsidR="00122AE0" w:rsidRPr="00122AE0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</w:p>
    <w:p w14:paraId="667C80B1" w14:textId="3D817CBA" w:rsidR="00D50C21" w:rsidRDefault="00DE11C0">
      <w:pPr>
        <w:pStyle w:val="Titre1"/>
        <w:rPr>
          <w:lang w:val="fr-FR"/>
        </w:rPr>
      </w:pPr>
      <w:bookmarkStart w:id="5" w:name="_Toc217308644"/>
      <w:r w:rsidRPr="009346D4">
        <w:rPr>
          <w:lang w:val="fr-FR"/>
        </w:rPr>
        <w:t>TP 1 : Simulation sur Packet Tracer</w:t>
      </w:r>
      <w:bookmarkEnd w:id="5"/>
    </w:p>
    <w:p w14:paraId="6D1DED19" w14:textId="77777777" w:rsidR="00167C98" w:rsidRPr="009346D4" w:rsidRDefault="00167C98" w:rsidP="00167C9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fr-FR" w:eastAsia="fr-FR"/>
        </w:rPr>
      </w:pPr>
      <w:r w:rsidRPr="009346D4">
        <w:rPr>
          <w:rFonts w:ascii="Segoe UI" w:eastAsia="Times New Roman" w:hAnsi="Segoe UI" w:cs="Segoe UI"/>
          <w:i/>
          <w:iCs/>
          <w:sz w:val="21"/>
          <w:szCs w:val="21"/>
          <w:lang w:val="fr-FR" w:eastAsia="fr-FR"/>
        </w:rPr>
        <w:t>Mettre en œuvre la configuration des VLAN, du routage inter-VLAN, du DHCP et de SSH en simulation et en réel.</w:t>
      </w:r>
    </w:p>
    <w:p w14:paraId="2B9ACFAD" w14:textId="77777777" w:rsidR="00167C98" w:rsidRPr="00167C98" w:rsidRDefault="00167C98" w:rsidP="00167C98">
      <w:pPr>
        <w:rPr>
          <w:lang w:val="fr-FR"/>
        </w:rPr>
      </w:pPr>
    </w:p>
    <w:p w14:paraId="5161E60F" w14:textId="2993648F" w:rsidR="00D50C21" w:rsidRPr="009346D4" w:rsidRDefault="00DE11C0">
      <w:pPr>
        <w:rPr>
          <w:lang w:val="fr-FR"/>
        </w:rPr>
      </w:pPr>
      <w:r w:rsidRPr="009346D4">
        <w:rPr>
          <w:lang w:val="fr-FR"/>
        </w:rPr>
        <w:t xml:space="preserve">Objectif : Créer un réseau avec 4 </w:t>
      </w:r>
      <w:r w:rsidR="00F562AD" w:rsidRPr="009346D4">
        <w:rPr>
          <w:lang w:val="fr-FR"/>
        </w:rPr>
        <w:t>VLANs</w:t>
      </w:r>
      <w:r w:rsidRPr="009346D4">
        <w:rPr>
          <w:lang w:val="fr-FR"/>
        </w:rPr>
        <w:t xml:space="preserve"> (Administration, Production, Direction, Informatique) et configurer le routage inter-VLAN.</w:t>
      </w:r>
    </w:p>
    <w:p w14:paraId="33C3AC89" w14:textId="77777777" w:rsidR="00D50C21" w:rsidRPr="009346D4" w:rsidRDefault="00DE11C0">
      <w:pPr>
        <w:rPr>
          <w:lang w:val="fr-FR"/>
        </w:rPr>
      </w:pPr>
      <w:r w:rsidRPr="009346D4">
        <w:rPr>
          <w:lang w:val="fr-FR"/>
        </w:rPr>
        <w:t>Consignes :</w:t>
      </w:r>
    </w:p>
    <w:p w14:paraId="74BECA80" w14:textId="281EC2AA" w:rsidR="00D50C21" w:rsidRPr="003E5F20" w:rsidRDefault="00DE11C0" w:rsidP="003E5F20">
      <w:pPr>
        <w:pStyle w:val="Paragraphedeliste"/>
        <w:numPr>
          <w:ilvl w:val="0"/>
          <w:numId w:val="16"/>
        </w:numPr>
        <w:rPr>
          <w:lang w:val="fr-FR"/>
        </w:rPr>
      </w:pPr>
      <w:r w:rsidRPr="003E5F20">
        <w:rPr>
          <w:lang w:val="fr-FR"/>
        </w:rPr>
        <w:t>Crée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un switch Cisco L3 (type 250) et configure 4 </w:t>
      </w:r>
      <w:r w:rsidR="00F562AD" w:rsidRPr="003E5F20">
        <w:rPr>
          <w:lang w:val="fr-FR"/>
        </w:rPr>
        <w:t>VLANs</w:t>
      </w:r>
      <w:r w:rsidRPr="003E5F20">
        <w:rPr>
          <w:lang w:val="fr-FR"/>
        </w:rPr>
        <w:t>.</w:t>
      </w:r>
    </w:p>
    <w:p w14:paraId="566B7C52" w14:textId="3F1EB086" w:rsidR="00D50C21" w:rsidRPr="003E5F20" w:rsidRDefault="00DE11C0" w:rsidP="003E5F20">
      <w:pPr>
        <w:pStyle w:val="Paragraphedeliste"/>
        <w:numPr>
          <w:ilvl w:val="0"/>
          <w:numId w:val="16"/>
        </w:numPr>
        <w:rPr>
          <w:lang w:val="fr-FR"/>
        </w:rPr>
      </w:pPr>
      <w:r w:rsidRPr="003E5F20">
        <w:rPr>
          <w:lang w:val="fr-FR"/>
        </w:rPr>
        <w:t>Affecte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un PC par VLAN.</w:t>
      </w:r>
    </w:p>
    <w:p w14:paraId="748D3E50" w14:textId="1766EA6F" w:rsidR="00D50C21" w:rsidRPr="003E5F20" w:rsidRDefault="00DE11C0" w:rsidP="003E5F20">
      <w:pPr>
        <w:pStyle w:val="Paragraphedeliste"/>
        <w:numPr>
          <w:ilvl w:val="0"/>
          <w:numId w:val="16"/>
        </w:numPr>
        <w:rPr>
          <w:lang w:val="fr-FR"/>
        </w:rPr>
      </w:pPr>
      <w:r w:rsidRPr="003E5F20">
        <w:rPr>
          <w:lang w:val="fr-FR"/>
        </w:rPr>
        <w:t>Configure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un serveur DHCP pour attribuer les adresses.</w:t>
      </w:r>
    </w:p>
    <w:p w14:paraId="699C6BCF" w14:textId="623C716C" w:rsidR="00D50C21" w:rsidRPr="003E5F20" w:rsidRDefault="00DE11C0" w:rsidP="003E5F20">
      <w:pPr>
        <w:pStyle w:val="Paragraphedeliste"/>
        <w:numPr>
          <w:ilvl w:val="0"/>
          <w:numId w:val="16"/>
        </w:numPr>
        <w:rPr>
          <w:lang w:val="fr-FR"/>
        </w:rPr>
      </w:pPr>
      <w:r w:rsidRPr="003E5F20">
        <w:rPr>
          <w:lang w:val="fr-FR"/>
        </w:rPr>
        <w:t>Ajoute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un point d’accès Wi-Fi et connecte un PC portable.</w:t>
      </w:r>
    </w:p>
    <w:p w14:paraId="30E0E201" w14:textId="43D838EA" w:rsidR="00D50C21" w:rsidRPr="003E5F20" w:rsidRDefault="00DE11C0" w:rsidP="003E5F20">
      <w:pPr>
        <w:pStyle w:val="Paragraphedeliste"/>
        <w:numPr>
          <w:ilvl w:val="0"/>
          <w:numId w:val="16"/>
        </w:numPr>
        <w:rPr>
          <w:lang w:val="fr-FR"/>
        </w:rPr>
      </w:pPr>
      <w:r w:rsidRPr="003E5F20">
        <w:rPr>
          <w:lang w:val="fr-FR"/>
        </w:rPr>
        <w:t>Active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SSH sur le switch pour une connexion sécurisée.</w:t>
      </w:r>
    </w:p>
    <w:p w14:paraId="3E4B193B" w14:textId="590C4C70" w:rsidR="00D50C21" w:rsidRPr="003E5F20" w:rsidRDefault="00DE11C0" w:rsidP="003E5F20">
      <w:pPr>
        <w:pStyle w:val="Paragraphedeliste"/>
        <w:numPr>
          <w:ilvl w:val="0"/>
          <w:numId w:val="18"/>
        </w:numPr>
        <w:rPr>
          <w:lang w:val="fr-FR"/>
        </w:rPr>
      </w:pPr>
      <w:r w:rsidRPr="003E5F20">
        <w:rPr>
          <w:lang w:val="fr-FR"/>
        </w:rPr>
        <w:t>Utilise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un adressage basé sur VLSM pour optimiser les sous-réseaux.</w:t>
      </w:r>
    </w:p>
    <w:p w14:paraId="6213B03E" w14:textId="47DD3FF3" w:rsidR="00D50C21" w:rsidRPr="003E5F20" w:rsidRDefault="00DE11C0" w:rsidP="003E5F20">
      <w:pPr>
        <w:pStyle w:val="Paragraphedeliste"/>
        <w:numPr>
          <w:ilvl w:val="0"/>
          <w:numId w:val="18"/>
        </w:numPr>
        <w:rPr>
          <w:lang w:val="fr-FR"/>
        </w:rPr>
      </w:pPr>
      <w:r w:rsidRPr="003E5F20">
        <w:rPr>
          <w:lang w:val="fr-FR"/>
        </w:rPr>
        <w:t>Vérifie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la connectivité entre VLAN.</w:t>
      </w:r>
    </w:p>
    <w:p w14:paraId="285D2320" w14:textId="77777777" w:rsidR="00D50C21" w:rsidRPr="009346D4" w:rsidRDefault="00DE11C0">
      <w:pPr>
        <w:pStyle w:val="Titre1"/>
        <w:rPr>
          <w:lang w:val="fr-FR"/>
        </w:rPr>
      </w:pPr>
      <w:bookmarkStart w:id="6" w:name="_Toc217308645"/>
      <w:r w:rsidRPr="009346D4">
        <w:rPr>
          <w:lang w:val="fr-FR"/>
        </w:rPr>
        <w:lastRenderedPageBreak/>
        <w:t>TP 2 : Mise en œuvre sur matériel physique</w:t>
      </w:r>
      <w:bookmarkEnd w:id="6"/>
    </w:p>
    <w:p w14:paraId="18194BFC" w14:textId="77777777" w:rsidR="00D50C21" w:rsidRPr="009346D4" w:rsidRDefault="00DE11C0">
      <w:pPr>
        <w:rPr>
          <w:lang w:val="fr-FR"/>
        </w:rPr>
      </w:pPr>
      <w:r w:rsidRPr="009346D4">
        <w:rPr>
          <w:lang w:val="fr-FR"/>
        </w:rPr>
        <w:t>Objectif : Reproduire la configuration réalisée sur Packet Tracer avec du matériel réel.</w:t>
      </w:r>
    </w:p>
    <w:p w14:paraId="1D84AF5B" w14:textId="77777777" w:rsidR="00D50C21" w:rsidRPr="009346D4" w:rsidRDefault="00DE11C0">
      <w:pPr>
        <w:rPr>
          <w:lang w:val="fr-FR"/>
        </w:rPr>
      </w:pPr>
      <w:r w:rsidRPr="009346D4">
        <w:rPr>
          <w:lang w:val="fr-FR"/>
        </w:rPr>
        <w:t>Consignes :</w:t>
      </w:r>
    </w:p>
    <w:p w14:paraId="0648015E" w14:textId="230F9E5C" w:rsidR="00D50C21" w:rsidRPr="003E5F20" w:rsidRDefault="00DE11C0" w:rsidP="003E5F20">
      <w:pPr>
        <w:pStyle w:val="Paragraphedeliste"/>
        <w:numPr>
          <w:ilvl w:val="0"/>
          <w:numId w:val="19"/>
        </w:numPr>
        <w:rPr>
          <w:lang w:val="fr-FR"/>
        </w:rPr>
      </w:pPr>
      <w:r w:rsidRPr="003E5F20">
        <w:rPr>
          <w:lang w:val="fr-FR"/>
        </w:rPr>
        <w:t>Utilise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un switch Cisco L3 série 250.</w:t>
      </w:r>
    </w:p>
    <w:p w14:paraId="13691552" w14:textId="293AF256" w:rsidR="00D50C21" w:rsidRPr="003E5F20" w:rsidRDefault="00DE11C0" w:rsidP="003E5F20">
      <w:pPr>
        <w:pStyle w:val="Paragraphedeliste"/>
        <w:numPr>
          <w:ilvl w:val="0"/>
          <w:numId w:val="19"/>
        </w:numPr>
        <w:rPr>
          <w:lang w:val="fr-FR"/>
        </w:rPr>
      </w:pPr>
      <w:r w:rsidRPr="003E5F20">
        <w:rPr>
          <w:lang w:val="fr-FR"/>
        </w:rPr>
        <w:t>Configure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les VLAN et le routage inter-VLAN.</w:t>
      </w:r>
    </w:p>
    <w:p w14:paraId="416397AC" w14:textId="556F8896" w:rsidR="00D50C21" w:rsidRPr="003E5F20" w:rsidRDefault="00DE11C0" w:rsidP="003E5F20">
      <w:pPr>
        <w:pStyle w:val="Paragraphedeliste"/>
        <w:numPr>
          <w:ilvl w:val="0"/>
          <w:numId w:val="19"/>
        </w:numPr>
        <w:rPr>
          <w:lang w:val="fr-FR"/>
        </w:rPr>
      </w:pPr>
      <w:r w:rsidRPr="003E5F20">
        <w:rPr>
          <w:lang w:val="fr-FR"/>
        </w:rPr>
        <w:t>Installe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un serveur DHCP.</w:t>
      </w:r>
    </w:p>
    <w:p w14:paraId="24BE73C2" w14:textId="32D7B6F0" w:rsidR="00D50C21" w:rsidRPr="003E5F20" w:rsidRDefault="00DE11C0" w:rsidP="003E5F20">
      <w:pPr>
        <w:pStyle w:val="Paragraphedeliste"/>
        <w:numPr>
          <w:ilvl w:val="0"/>
          <w:numId w:val="19"/>
        </w:numPr>
        <w:rPr>
          <w:lang w:val="fr-FR"/>
        </w:rPr>
      </w:pPr>
      <w:r w:rsidRPr="003E5F20">
        <w:rPr>
          <w:lang w:val="fr-FR"/>
        </w:rPr>
        <w:t>Connecte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un point d’accès Wi-Fi.</w:t>
      </w:r>
    </w:p>
    <w:p w14:paraId="396B9DE3" w14:textId="1891E3DD" w:rsidR="00D50C21" w:rsidRPr="003E5F20" w:rsidRDefault="00DE11C0" w:rsidP="003E5F20">
      <w:pPr>
        <w:pStyle w:val="Paragraphedeliste"/>
        <w:numPr>
          <w:ilvl w:val="0"/>
          <w:numId w:val="19"/>
        </w:numPr>
        <w:rPr>
          <w:lang w:val="fr-FR"/>
        </w:rPr>
      </w:pPr>
      <w:r w:rsidRPr="003E5F20">
        <w:rPr>
          <w:lang w:val="fr-FR"/>
        </w:rPr>
        <w:t>Active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SSH sur le switch.</w:t>
      </w:r>
    </w:p>
    <w:p w14:paraId="7094E115" w14:textId="2FDF647C" w:rsidR="00D50C21" w:rsidRPr="003E5F20" w:rsidRDefault="00DE11C0" w:rsidP="003E5F20">
      <w:pPr>
        <w:pStyle w:val="Paragraphedeliste"/>
        <w:numPr>
          <w:ilvl w:val="0"/>
          <w:numId w:val="19"/>
        </w:numPr>
        <w:rPr>
          <w:lang w:val="fr-FR"/>
        </w:rPr>
      </w:pPr>
      <w:r w:rsidRPr="003E5F20">
        <w:rPr>
          <w:lang w:val="fr-FR"/>
        </w:rPr>
        <w:t>Teste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la connectivité et la distribution des adresses IP.</w:t>
      </w:r>
    </w:p>
    <w:p w14:paraId="1A8BD7BF" w14:textId="1BC0AB1F" w:rsidR="00D50C21" w:rsidRPr="009346D4" w:rsidRDefault="00DE11C0">
      <w:pPr>
        <w:pStyle w:val="Titre1"/>
        <w:rPr>
          <w:lang w:val="fr-FR"/>
        </w:rPr>
      </w:pPr>
      <w:bookmarkStart w:id="7" w:name="_Toc217308646"/>
      <w:r>
        <w:rPr>
          <w:lang w:val="fr-FR"/>
        </w:rPr>
        <w:t>Livrables</w:t>
      </w:r>
      <w:bookmarkEnd w:id="7"/>
    </w:p>
    <w:p w14:paraId="01E06A45" w14:textId="4097217B" w:rsidR="00D50C21" w:rsidRPr="009346D4" w:rsidRDefault="00DE11C0">
      <w:pPr>
        <w:rPr>
          <w:lang w:val="fr-FR"/>
        </w:rPr>
      </w:pPr>
      <w:r w:rsidRPr="009346D4">
        <w:rPr>
          <w:lang w:val="fr-FR"/>
        </w:rPr>
        <w:t xml:space="preserve">Les </w:t>
      </w:r>
      <w:r>
        <w:rPr>
          <w:lang w:val="fr-FR"/>
        </w:rPr>
        <w:t>Livrable</w:t>
      </w:r>
      <w:r w:rsidRPr="009346D4">
        <w:rPr>
          <w:lang w:val="fr-FR"/>
        </w:rPr>
        <w:t xml:space="preserve"> incluent :</w:t>
      </w:r>
    </w:p>
    <w:p w14:paraId="19598F2B" w14:textId="20AAB701" w:rsidR="00D50C21" w:rsidRPr="003E5F20" w:rsidRDefault="00DE11C0" w:rsidP="003E5F20">
      <w:pPr>
        <w:pStyle w:val="Paragraphedeliste"/>
        <w:numPr>
          <w:ilvl w:val="0"/>
          <w:numId w:val="20"/>
        </w:numPr>
        <w:rPr>
          <w:lang w:val="fr-FR"/>
        </w:rPr>
      </w:pPr>
      <w:r w:rsidRPr="003E5F20">
        <w:rPr>
          <w:lang w:val="fr-FR"/>
        </w:rPr>
        <w:t>Tableaux d’adressage VLSM.</w:t>
      </w:r>
    </w:p>
    <w:p w14:paraId="1BD61DA5" w14:textId="79EBEBAB" w:rsidR="00D50C21" w:rsidRPr="003E5F20" w:rsidRDefault="00DE11C0" w:rsidP="003E5F20">
      <w:pPr>
        <w:pStyle w:val="Paragraphedeliste"/>
        <w:numPr>
          <w:ilvl w:val="0"/>
          <w:numId w:val="20"/>
        </w:numPr>
        <w:rPr>
          <w:lang w:val="fr-FR"/>
        </w:rPr>
      </w:pPr>
      <w:r w:rsidRPr="003E5F20">
        <w:rPr>
          <w:lang w:val="fr-FR"/>
        </w:rPr>
        <w:t>Commandes Cisco pour VLAN, SSH, DHCP.</w:t>
      </w:r>
    </w:p>
    <w:p w14:paraId="324D4A3D" w14:textId="05EA971B" w:rsidR="009346D4" w:rsidRPr="003E5F20" w:rsidRDefault="00F562AD" w:rsidP="003E5F20">
      <w:pPr>
        <w:pStyle w:val="Paragraphedeliste"/>
        <w:numPr>
          <w:ilvl w:val="0"/>
          <w:numId w:val="20"/>
        </w:numPr>
      </w:pPr>
      <w:r>
        <w:t>Schéma</w:t>
      </w:r>
      <w:r w:rsidR="00DE11C0">
        <w:t xml:space="preserve"> réseau illustré.</w:t>
      </w:r>
    </w:p>
    <w:sectPr w:rsidR="009346D4" w:rsidRPr="003E5F20" w:rsidSect="009346D4">
      <w:headerReference w:type="default" r:id="rId11"/>
      <w:footerReference w:type="default" r:id="rId12"/>
      <w:pgSz w:w="12240" w:h="15840"/>
      <w:pgMar w:top="720" w:right="720" w:bottom="720" w:left="720" w:header="397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043BD" w14:textId="77777777" w:rsidR="00467BFF" w:rsidRDefault="00467BFF" w:rsidP="009346D4">
      <w:pPr>
        <w:spacing w:after="0" w:line="240" w:lineRule="auto"/>
      </w:pPr>
      <w:r>
        <w:separator/>
      </w:r>
    </w:p>
  </w:endnote>
  <w:endnote w:type="continuationSeparator" w:id="0">
    <w:p w14:paraId="067A3DF9" w14:textId="77777777" w:rsidR="00467BFF" w:rsidRDefault="00467BFF" w:rsidP="00934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15568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2B47A5D" w14:textId="38C7C430" w:rsidR="009346D4" w:rsidRDefault="009346D4" w:rsidP="009346D4">
            <w:pPr>
              <w:pStyle w:val="Pieddepage"/>
            </w:pPr>
            <w:r>
              <w:rPr>
                <w:lang w:val="fr-FR"/>
              </w:rPr>
              <w:t>Jpm-Afpa-2025</w:t>
            </w:r>
            <w:r>
              <w:rPr>
                <w:lang w:val="fr-FR"/>
              </w:rPr>
              <w:tab/>
            </w:r>
            <w:r>
              <w:rPr>
                <w:lang w:val="fr-FR"/>
              </w:rP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EC14DB" w14:textId="3B435F86" w:rsidR="009346D4" w:rsidRPr="009346D4" w:rsidRDefault="009346D4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014B6" w14:textId="77777777" w:rsidR="00467BFF" w:rsidRDefault="00467BFF" w:rsidP="009346D4">
      <w:pPr>
        <w:spacing w:after="0" w:line="240" w:lineRule="auto"/>
      </w:pPr>
      <w:r>
        <w:separator/>
      </w:r>
    </w:p>
  </w:footnote>
  <w:footnote w:type="continuationSeparator" w:id="0">
    <w:p w14:paraId="6D4E8C17" w14:textId="77777777" w:rsidR="00467BFF" w:rsidRDefault="00467BFF" w:rsidP="00934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691FE" w14:textId="26936A35" w:rsidR="009346D4" w:rsidRPr="009346D4" w:rsidRDefault="009346D4">
    <w:pPr>
      <w:pStyle w:val="En-tte"/>
      <w:rPr>
        <w:lang w:val="fr-FR"/>
      </w:rPr>
    </w:pPr>
    <w:r>
      <w:rPr>
        <w:lang w:val="fr-FR"/>
      </w:rPr>
      <w:t xml:space="preserve">Questionnaire </w:t>
    </w:r>
    <w:r w:rsidR="00F562AD">
      <w:rPr>
        <w:lang w:val="fr-FR"/>
      </w:rPr>
      <w:t>découverte</w:t>
    </w:r>
    <w:r>
      <w:rPr>
        <w:lang w:val="fr-FR"/>
      </w:rPr>
      <w:t xml:space="preserve"> des réseaux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D46A0E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3A2B78"/>
    <w:multiLevelType w:val="multilevel"/>
    <w:tmpl w:val="6F069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AF76198"/>
    <w:multiLevelType w:val="multilevel"/>
    <w:tmpl w:val="C34A8518"/>
    <w:lvl w:ilvl="0">
      <w:start w:val="192"/>
      <w:numFmt w:val="decimal"/>
      <w:lvlText w:val="%1"/>
      <w:lvlJc w:val="left"/>
      <w:pPr>
        <w:ind w:left="1500" w:hanging="1500"/>
      </w:pPr>
      <w:rPr>
        <w:rFonts w:hint="default"/>
      </w:rPr>
    </w:lvl>
    <w:lvl w:ilvl="1">
      <w:start w:val="168"/>
      <w:numFmt w:val="decimal"/>
      <w:lvlText w:val="%1.%2"/>
      <w:lvlJc w:val="left"/>
      <w:pPr>
        <w:ind w:left="1500" w:hanging="15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500" w:hanging="1500"/>
      </w:pPr>
      <w:rPr>
        <w:rFonts w:hint="default"/>
      </w:rPr>
    </w:lvl>
    <w:lvl w:ilvl="3">
      <w:start w:val="192"/>
      <w:numFmt w:val="decimal"/>
      <w:lvlText w:val="%1.%2.%3.%4"/>
      <w:lvlJc w:val="left"/>
      <w:pPr>
        <w:ind w:left="1500" w:hanging="15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5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00" w:hanging="15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0" w:hanging="15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00" w:hanging="15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5B5897"/>
    <w:multiLevelType w:val="hybridMultilevel"/>
    <w:tmpl w:val="AE8814D4"/>
    <w:lvl w:ilvl="0" w:tplc="47BEBB8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E289E"/>
    <w:multiLevelType w:val="hybridMultilevel"/>
    <w:tmpl w:val="52867296"/>
    <w:lvl w:ilvl="0" w:tplc="397A8C5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FE0B1E"/>
    <w:multiLevelType w:val="hybridMultilevel"/>
    <w:tmpl w:val="5AFCDC5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AA5B33"/>
    <w:multiLevelType w:val="hybridMultilevel"/>
    <w:tmpl w:val="EAE62FE8"/>
    <w:lvl w:ilvl="0" w:tplc="3496BB6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204F2A"/>
    <w:multiLevelType w:val="hybridMultilevel"/>
    <w:tmpl w:val="9EFE24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D7FCE"/>
    <w:multiLevelType w:val="multilevel"/>
    <w:tmpl w:val="6F069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906E60"/>
    <w:multiLevelType w:val="multilevel"/>
    <w:tmpl w:val="6F069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50A635D"/>
    <w:multiLevelType w:val="multilevel"/>
    <w:tmpl w:val="6F069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5B020D"/>
    <w:multiLevelType w:val="hybridMultilevel"/>
    <w:tmpl w:val="A0E88E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787CB9"/>
    <w:multiLevelType w:val="hybridMultilevel"/>
    <w:tmpl w:val="3E1E98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DF263A"/>
    <w:multiLevelType w:val="multilevel"/>
    <w:tmpl w:val="6F069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313FAB"/>
    <w:multiLevelType w:val="multilevel"/>
    <w:tmpl w:val="6F069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2720913">
    <w:abstractNumId w:val="8"/>
  </w:num>
  <w:num w:numId="2" w16cid:durableId="225730693">
    <w:abstractNumId w:val="6"/>
  </w:num>
  <w:num w:numId="3" w16cid:durableId="845945840">
    <w:abstractNumId w:val="5"/>
  </w:num>
  <w:num w:numId="4" w16cid:durableId="460734028">
    <w:abstractNumId w:val="4"/>
  </w:num>
  <w:num w:numId="5" w16cid:durableId="128473024">
    <w:abstractNumId w:val="7"/>
  </w:num>
  <w:num w:numId="6" w16cid:durableId="2119983573">
    <w:abstractNumId w:val="3"/>
  </w:num>
  <w:num w:numId="7" w16cid:durableId="1874340426">
    <w:abstractNumId w:val="2"/>
  </w:num>
  <w:num w:numId="8" w16cid:durableId="1712611980">
    <w:abstractNumId w:val="1"/>
  </w:num>
  <w:num w:numId="9" w16cid:durableId="2070683689">
    <w:abstractNumId w:val="0"/>
  </w:num>
  <w:num w:numId="10" w16cid:durableId="566065416">
    <w:abstractNumId w:val="22"/>
  </w:num>
  <w:num w:numId="11" w16cid:durableId="1653635225">
    <w:abstractNumId w:val="18"/>
  </w:num>
  <w:num w:numId="12" w16cid:durableId="583029382">
    <w:abstractNumId w:val="9"/>
  </w:num>
  <w:num w:numId="13" w16cid:durableId="340201100">
    <w:abstractNumId w:val="21"/>
  </w:num>
  <w:num w:numId="14" w16cid:durableId="1563641314">
    <w:abstractNumId w:val="17"/>
  </w:num>
  <w:num w:numId="15" w16cid:durableId="1176000939">
    <w:abstractNumId w:val="16"/>
  </w:num>
  <w:num w:numId="16" w16cid:durableId="617373303">
    <w:abstractNumId w:val="19"/>
  </w:num>
  <w:num w:numId="17" w16cid:durableId="376783072">
    <w:abstractNumId w:val="12"/>
  </w:num>
  <w:num w:numId="18" w16cid:durableId="870458447">
    <w:abstractNumId w:val="15"/>
  </w:num>
  <w:num w:numId="19" w16cid:durableId="30543741">
    <w:abstractNumId w:val="20"/>
  </w:num>
  <w:num w:numId="20" w16cid:durableId="181289311">
    <w:abstractNumId w:val="13"/>
  </w:num>
  <w:num w:numId="21" w16cid:durableId="91904737">
    <w:abstractNumId w:val="11"/>
  </w:num>
  <w:num w:numId="22" w16cid:durableId="592400169">
    <w:abstractNumId w:val="14"/>
  </w:num>
  <w:num w:numId="23" w16cid:durableId="8724210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D75"/>
    <w:rsid w:val="00034616"/>
    <w:rsid w:val="0006063C"/>
    <w:rsid w:val="0006782E"/>
    <w:rsid w:val="000819E3"/>
    <w:rsid w:val="000B781A"/>
    <w:rsid w:val="00122AE0"/>
    <w:rsid w:val="0015074B"/>
    <w:rsid w:val="00167C98"/>
    <w:rsid w:val="00220CE0"/>
    <w:rsid w:val="00281F1A"/>
    <w:rsid w:val="002914D2"/>
    <w:rsid w:val="0029639D"/>
    <w:rsid w:val="002F0E9A"/>
    <w:rsid w:val="00326F90"/>
    <w:rsid w:val="003A6311"/>
    <w:rsid w:val="003E5F20"/>
    <w:rsid w:val="00467BFF"/>
    <w:rsid w:val="005D10E4"/>
    <w:rsid w:val="00612B62"/>
    <w:rsid w:val="006C0572"/>
    <w:rsid w:val="00770F08"/>
    <w:rsid w:val="00835C1E"/>
    <w:rsid w:val="009346D4"/>
    <w:rsid w:val="00964D01"/>
    <w:rsid w:val="009D5F94"/>
    <w:rsid w:val="00A26A1F"/>
    <w:rsid w:val="00AA1D8D"/>
    <w:rsid w:val="00B47730"/>
    <w:rsid w:val="00BB0ED4"/>
    <w:rsid w:val="00C622E6"/>
    <w:rsid w:val="00CB0664"/>
    <w:rsid w:val="00D50C21"/>
    <w:rsid w:val="00D74CD5"/>
    <w:rsid w:val="00DD66FF"/>
    <w:rsid w:val="00DE11C0"/>
    <w:rsid w:val="00E30047"/>
    <w:rsid w:val="00E64F5C"/>
    <w:rsid w:val="00F562AD"/>
    <w:rsid w:val="00FB0C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F4A6787"/>
  <w14:defaultImageDpi w14:val="330"/>
  <w15:docId w15:val="{6F4D9B67-A8E2-47D3-B601-15CAD2EF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M2">
    <w:name w:val="toc 2"/>
    <w:basedOn w:val="Normal"/>
    <w:next w:val="Normal"/>
    <w:autoRedefine/>
    <w:uiPriority w:val="39"/>
    <w:unhideWhenUsed/>
    <w:rsid w:val="009346D4"/>
    <w:pPr>
      <w:spacing w:after="100"/>
      <w:ind w:left="220"/>
    </w:pPr>
  </w:style>
  <w:style w:type="paragraph" w:styleId="TM1">
    <w:name w:val="toc 1"/>
    <w:basedOn w:val="Normal"/>
    <w:next w:val="Normal"/>
    <w:autoRedefine/>
    <w:uiPriority w:val="39"/>
    <w:unhideWhenUsed/>
    <w:rsid w:val="009346D4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9346D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B0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1" ma:contentTypeDescription="Crée un document." ma:contentTypeScope="" ma:versionID="8923e8433c6716d7686a5b6f5dd8266e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3e51ea4e23a5e4ea21a9e9451687ca5a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2b4b4-76dc-490b-b8ee-5a98e137da7d" xsi:nil="true"/>
    <lcf76f155ced4ddcb4097134ff3c332f xmlns="7c1ee555-7b3c-4988-931f-cadd2f48d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27A260-2C67-4CB4-B191-A60F741D65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74B6C1-8C66-453B-B5EC-EF2852476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ee555-7b3c-4988-931f-cadd2f48ddb9"/>
    <ds:schemaRef ds:uri="1a22b4b4-76dc-490b-b8ee-5a98e137da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096513-0044-4237-9AB4-32632D3853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9873A7-BE44-4810-A38D-43800AA7B0F8}">
  <ds:schemaRefs>
    <ds:schemaRef ds:uri="http://schemas.microsoft.com/office/2006/metadata/properties"/>
    <ds:schemaRef ds:uri="http://schemas.microsoft.com/office/infopath/2007/PartnerControls"/>
    <ds:schemaRef ds:uri="1725935d-8d69-4224-ad0a-99cc21cc0947"/>
    <ds:schemaRef ds:uri="1a22b4b4-76dc-490b-b8ee-5a98e137da7d"/>
    <ds:schemaRef ds:uri="7c1ee555-7b3c-4988-931f-cadd2f48dd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6</Pages>
  <Words>1305</Words>
  <Characters>7178</Characters>
  <Application>Microsoft Office Word</Application>
  <DocSecurity>0</DocSecurity>
  <Lines>59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8467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Baptiste Heschung</cp:lastModifiedBy>
  <cp:revision>15</cp:revision>
  <dcterms:created xsi:type="dcterms:W3CDTF">2025-12-19T08:01:00Z</dcterms:created>
  <dcterms:modified xsi:type="dcterms:W3CDTF">2025-12-22T14:10:00Z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</Properties>
</file>